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Грицько</w:t>
      </w:r>
    </w:p>
    <w:p>
      <w:r>
        <w:br/>
        <w:t xml:space="preserve"> &lt;p&gt;Грицько вибіг з хати веселий, радий. Батько оце тільки вернувся з міста і привіз йому дві цукерки і великого-великого бублика, такого великого та товстого, що, мабуть, він був більший од Грицькової голови. А проте, може, це Грицькові тільки здавалось, що бублик такий великий, бо хлопець так не часто їв бублики і все маленькі. А надто що тепер був піст — петрівка, їсти було мало чого: хліб, та борщ, та каша або просто хліб та борщ щодня. А тут бублик — такий великий!</w:t>
      </w:r>
    </w:p>
    <w:p>
      <w:r>
        <w:br/>
        <w:t>Грицько вже роззявив рота та й хотів припасти до бублика своїми білими зубами, але зупинивсь — він мов хотів довше поласувати і почав крутити бублик у руках, нюхати, як він гарно пахне. Потім згадав, що бублик ще смачніший буде з вишнями.</w:t>
      </w:r>
    </w:p>
    <w:p>
      <w:r>
        <w:br/>
        <w:t>"Піду в садок — нарву ягід!" — подумав Грицько і перестрибнув через перелаз з двору в садок.</w:t>
      </w:r>
    </w:p>
    <w:p>
      <w:r>
        <w:br/>
        <w:t>Садок був невеличкий, але рясний. Нешироким поділком він простягсь аж до річки, мало не до самісінької кручі. Тут були яблуні, сливи, вишні, — вишень найбільше. Віти так і гнулись під спілими червоними ягідьми.</w:t>
      </w:r>
    </w:p>
    <w:p>
      <w:r>
        <w:br/>
        <w:t>Грицько підскочив до вишні і хотів рвати ягоди, але ту ж мить зупинивсь.</w:t>
      </w:r>
    </w:p>
    <w:p>
      <w:r>
        <w:br/>
        <w:t>Під вишнею стояв невеликий, як і Грицько, років десяти хлопець, але низенький, присадкуватий. Це був Семен, сусідин Мотрин син. Мотря була вдова і жила сумежно з Грицьковим батьком, її садок теж був сумежно з його садком. Та хоч і сусіди були Грицько та Семен, ела ніяк не могли поладнати. Грицько був говіркий, веселий, любив пореготатися; Семен був мовчазний та похмурий. Грицько часто дивувався, чого це і Семен, і його мати все такі похмурі, і одного разу спитавсь про це в матері. Матері часто доводилося зчиняти з Мотрею спірку то за свиней, то за курей, і вона сказала:</w:t>
      </w:r>
    </w:p>
    <w:p>
      <w:r>
        <w:br/>
        <w:t>— Того похмурі, що дуже злі.</w:t>
      </w:r>
    </w:p>
    <w:p>
      <w:r>
        <w:br/>
        <w:t>Але батько сказав:</w:t>
      </w:r>
    </w:p>
    <w:p>
      <w:r>
        <w:br/>
        <w:t>— Якби вони не були такі вбогі, то, може, не були б і такі злі.</w:t>
      </w:r>
    </w:p>
    <w:p>
      <w:r>
        <w:br/>
        <w:t>— Як-то? — спитався Грицько.</w:t>
      </w:r>
    </w:p>
    <w:p>
      <w:r>
        <w:br/>
        <w:t>— Так, — одказав батько, — як живеш недоїдаючи щодня та б’єшся, як риба об лід, заробляючи, то не будеш веселий.</w:t>
      </w:r>
    </w:p>
    <w:p>
      <w:r>
        <w:br/>
        <w:t>Грицько цього до пуття не зрозумів. Йому здалося, що коли добрий, то вже добрий, а коли злий, то злий. А Грицьків батько був чоловік не вбогий, і через те Грицько недостатків не знав. І Грицько згодився з матір’ю і подумав: "Ні, вони злі".</w:t>
      </w:r>
    </w:p>
    <w:p>
      <w:r>
        <w:br/>
        <w:t>І він з Семеном поладнати не міг: вони один одного не полюбляли і вкупі не гралися.</w:t>
      </w:r>
    </w:p>
    <w:p>
      <w:r>
        <w:br/>
        <w:t>Грицько побачив, що Семен рве ягоди, і зупинився. Він подумав: "І чого він тут ягоди рве? Адже у їх свій садок єсть".</w:t>
      </w:r>
    </w:p>
    <w:p>
      <w:r>
        <w:br/>
        <w:t>Семен почув, що хтось іде, озирнувся і побачив Грицька. Він почервонів страшенно, а потім зблід. Хлопці дивились один на одного і мовчали. Нарешті Семен підвів голову і глянув Грицькові просто в вічі. Погляд його був сердитий.</w:t>
      </w:r>
    </w:p>
    <w:p>
      <w:r>
        <w:br/>
        <w:t>— Чого ж ти? — промовив Семен нарешті. — Може, битимеш мене, що я у вас ягоди рву?</w:t>
      </w:r>
    </w:p>
    <w:p>
      <w:r>
        <w:br/>
        <w:t>Грицько подумав: "Ба, який злий!" — і промовив:</w:t>
      </w:r>
    </w:p>
    <w:p>
      <w:r>
        <w:br/>
        <w:t>— А ти чого поліз у чужі вишні? Хіба в тебе своїх нема? Адже у вас так рясно, як і в нас.</w:t>
      </w:r>
    </w:p>
    <w:p>
      <w:r>
        <w:br/>
        <w:t>Семен глянув на свій садок і промовив:</w:t>
      </w:r>
    </w:p>
    <w:p>
      <w:r>
        <w:br/>
        <w:t>— Рясно! Не дуже-то й рясно... Мати не дають їсти — кажуть: продам та хоч на спідницю собі наберу та тобі чоботи дам пошити... А то, кажуть, саме рам’я на нас таке, що й люди...</w:t>
      </w:r>
    </w:p>
    <w:p>
      <w:r>
        <w:br/>
        <w:t>Хлопець зненацька зупинивсь і почервонів ще дужче, ніж спершу: йому зробилось сором, що він вибалакав те, що мати казала. І він розсердився і на себе, що сказав, і на Грицька, що той чув. Він знов сміливо задер голову вгору і промовив:</w:t>
      </w:r>
    </w:p>
    <w:p>
      <w:r>
        <w:br/>
        <w:t>— Не скільки я з’їв твоїх вишень — не дуже чіпляйсь, а то ще й здачі дам такої, що аж носом землю заореш.</w:t>
      </w:r>
    </w:p>
    <w:p>
      <w:r>
        <w:br/>
        <w:t>Грицько й собі розсердивсь і почервонів.</w:t>
      </w:r>
    </w:p>
    <w:p>
      <w:r>
        <w:br/>
        <w:t>— Хто? Ти? — запитався.</w:t>
      </w:r>
    </w:p>
    <w:p>
      <w:r>
        <w:br/>
        <w:t>— Я!</w:t>
      </w:r>
    </w:p>
    <w:p>
      <w:r>
        <w:br/>
        <w:t>— Побачимо! — відказав Грицько і налагодивсь до бою.</w:t>
      </w:r>
    </w:p>
    <w:p>
      <w:r>
        <w:br/>
        <w:t>— От і побачим!</w:t>
      </w:r>
    </w:p>
    <w:p>
      <w:r>
        <w:br/>
        <w:t>І Семен стиснув кулаки. Потім він оступивсь до тину й крикнув:</w:t>
      </w:r>
    </w:p>
    <w:p>
      <w:r>
        <w:br/>
        <w:t>— Не займай!</w:t>
      </w:r>
    </w:p>
    <w:p>
      <w:r>
        <w:br/>
        <w:t>Скрик був голосний. Семенова мати була в садку й почула, що син кричить. За один мент вона опинилася біля тину. Обличчя в неї було бліде, змучене, а тепер усе так і пашіло з гніву. Вона страшенно любила свого сина і нікому не попускала його займати.</w:t>
      </w:r>
    </w:p>
    <w:p>
      <w:r>
        <w:br/>
        <w:t>— Ти за що на Семена напавсь? — скрикнула вона на Грицька.</w:t>
      </w:r>
    </w:p>
    <w:p>
      <w:r>
        <w:br/>
        <w:t>— Я не нападавсь! — одказав Грицько. — Я його не займав. А чого він лізе до нас у садок?</w:t>
      </w:r>
    </w:p>
    <w:p>
      <w:r>
        <w:br/>
        <w:t>Семенова мати ще дужче розсердилась, і її позападалі очі так і зайнялися:</w:t>
      </w:r>
    </w:p>
    <w:p>
      <w:r>
        <w:br/>
        <w:t>— Не займай! — скрикнула вона. — Ба, вже й бити налагодивсь! Ось тільки ступни — так тобі усе волосся й обскубу!</w:t>
      </w:r>
    </w:p>
    <w:p>
      <w:r>
        <w:br/>
        <w:t>Тим часом Семен уже поспішивсь перелізти через тин і, стоячи біля матері, промовив:</w:t>
      </w:r>
    </w:p>
    <w:p>
      <w:r>
        <w:br/>
        <w:t>— Він мене бити хотів...</w:t>
      </w:r>
    </w:p>
    <w:p>
      <w:r>
        <w:br/>
        <w:t>— Я тобі дам бити! я тобі дам! — кричала Семенова мати, показуючи кулаки. — Тікай лиш, а то буде тобі горе!</w:t>
      </w:r>
    </w:p>
    <w:p>
      <w:r>
        <w:br/>
        <w:t>Грицько хотів був щось сказати, але не сказав, повернувсь і пішов. Він не любив заводитись і не задерикуватий був. Мовчки покривсь у вишнях і вже не слухав, що там ще казала Семенова мати. Він нарвав вишень повен бриль і хотів сісти. Але потім роздумавсь: "Піду краще до річки — там сяду над кручею та й їстиму, і їстиму, і дивитимусь — так гарно дивитися, як вода біжить. А потім скупаюся. Тільки самому погано — невесело купаться. От якби ще хто!"</w:t>
      </w:r>
    </w:p>
    <w:p>
      <w:r>
        <w:br/>
        <w:t>Семена він кликати не хоче, та Семен і плавати не вміє — що вже то за купання без плавання! Ото гарно, як пливти наввипередки або пірнати — хто далі випірне.</w:t>
      </w:r>
    </w:p>
    <w:p>
      <w:r>
        <w:br/>
        <w:t>Повагом підійшов Грицько до річки. Круча сажнів у два заввишки круто уривалася згори і спадала в воду. З цієї кручі хлопці, як купалися, стрибали сторч головою і потім далеко-далеко випірнали. Тут тим гарно було стрибати, що глибоко було: ніхто з хлопців-товаришів не міг досягти дна — тільки великі парубки досягали. Але хто з малих умів плавати, то не боявсь кидатись у глибінь: випливе, як очеретина.</w:t>
      </w:r>
    </w:p>
    <w:p>
      <w:r>
        <w:br/>
        <w:t>Грицько став над кручею. В одній руці в його був бублик, у другій — бриль з вишнями. Він задививсь на хвилі, як вони швидко одна за однією бігли, виблискуючи проти сонця. Подивившися трохи, притулив бублик до губів, одкусив і почав жувати.</w:t>
      </w:r>
    </w:p>
    <w:p>
      <w:r>
        <w:br/>
        <w:t>А Семен усе те бачив.</w:t>
      </w:r>
    </w:p>
    <w:p>
      <w:r>
        <w:br/>
        <w:t>Він стояв біля матері в своєму садку і бачив, як Грицько їв бублик. Семен був голодний, і йому страшенно схотілося бублика. Але попрохати в Грицька він не насмілювався ніколи, а тепер, після сварки, й надто. І він тільки заздро дививсь, як Грицько раз і вдруге вкусив бублика. Зненацька одна думка промайнула йому в голові: "А що, якби зайти тихенько ззаду та відняти бублика в Грицька?"</w:t>
      </w:r>
    </w:p>
    <w:p>
      <w:r>
        <w:br/>
        <w:t>І він не думав довго, а зараз же тихенько вийшов з садка і почав підходити до Грицька. Од садка до річки було трохи чистого місця.</w:t>
      </w:r>
    </w:p>
    <w:p>
      <w:r>
        <w:br/>
        <w:t>Отут саме й боявся Семен, щоб Грицько його не помітив. Але Грицько не помічав.</w:t>
      </w:r>
    </w:p>
    <w:p>
      <w:r>
        <w:br/>
        <w:t>Семенова мати озирнулась, і вже не побачила біля себе сина. Вона глянула на річку і вздріла, як Семен стиха підходив до Грицька. Спершу хотіла гукнути сина, а тоді подумала: "Ану, що воно з того буде? Хай лиш Семен дасть йому штурханця — чи не шубовсне він у річку?"</w:t>
      </w:r>
    </w:p>
    <w:p>
      <w:r>
        <w:br/>
        <w:t>Але зараз же побачила, що Семен не битися йшов з Грицьком. Він тихо зайшов до Грицька ззаду і відразу хотів вихопити бублика. Але недобре націливсь — ухопив не за бублик, а за руку. Семена це розлютувало. Як несамовитий, він з усієї сили вдарив Грицька кулаком по обличчю, але сам поточивсь, не вдержавсь і послизнувся у кручу ногою. Він ухопивсь за бур’янину, але бур’янина вирвалась, і Семен з розгону шубовснув у воду.</w:t>
      </w:r>
    </w:p>
    <w:p>
      <w:r>
        <w:br/>
        <w:t>Страшний крик розітнувсь позад Грицька. Він побачив Семенову матір — вона бігла до річки, кричачи, як несамовита:</w:t>
      </w:r>
    </w:p>
    <w:p>
      <w:r>
        <w:br/>
        <w:t>— Рятуйте, хто в бога вірує!</w:t>
      </w:r>
    </w:p>
    <w:p>
      <w:r>
        <w:br/>
        <w:t>Але Семен випірнув з води. Він силкувавсь не потопати, держатися на поверсі, та не міг: він не вмів плавати.</w:t>
      </w:r>
    </w:p>
    <w:p>
      <w:r>
        <w:br/>
        <w:t>Семенова мати добігла до кручі, але пособити не могла. Вона тільки рвала на собі волосся та кричала:</w:t>
      </w:r>
    </w:p>
    <w:p>
      <w:r>
        <w:br/>
        <w:t>— Лишенько моє!.. Горенько моє!.. Сину мій!.. Рятуйте!..</w:t>
      </w:r>
    </w:p>
    <w:p>
      <w:r>
        <w:br/>
        <w:t>Усе зробилось так швидко, що Грицько спершу нічого не тямив. Він почув тільки, що Семен його вдарив, і що в його страшенно заболіло обличчя. У його в серці закипіло зло на Семена за це. Ту ж мить він побачив, як Семен шубовснув у воду, як він потопав. Грицько трохи не скрикнув: — А що! оце тобі, щоб не бивсь! — А через мить уже все зрозумів.</w:t>
      </w:r>
    </w:p>
    <w:p>
      <w:r>
        <w:br/>
        <w:t>І бублик, і бриль з вишнями покотились додолу. І сам Грицько як був, у одежі, шубовснув з кручі в воду. Він випірнув зараз же і поплив до Семена, що ще держався на воді. Семен був недалеко, і Грицько доплив до його легко. Але тільки доплив, Семен зараз так учепивсь йому за руку, що трохи не потопив і його.</w:t>
      </w:r>
    </w:p>
    <w:p>
      <w:r>
        <w:br/>
        <w:t>— Не тягни мене! Тільки держись за мене! — крикнув Грицько.</w:t>
      </w:r>
    </w:p>
    <w:p>
      <w:r>
        <w:br/>
        <w:t>Та Семен, здурівши з переляку, не випускав Грицькової руки. Грицько сіпнув і висмикнув у його руку і поплив, Семен учепивсь Грицькові за сорочку.</w:t>
      </w:r>
    </w:p>
    <w:p>
      <w:r>
        <w:br/>
        <w:t>Але одежа вже намокла на обох хлопцях. Грицько ледве плив. Хвилею відносило його від берега. Кілька разів наливало йому в рота води. У його вже не ставало сили, а надто ще й Семен так страшенно тяг. Грицькові ноги почали спускатися униз. Семен був важкий, як каменюка. Грицько стулив рота: вода вже сягала йому до очей. Але ту ж мить він зібрав усю силу і заляпав руками й ногами.</w:t>
      </w:r>
    </w:p>
    <w:p>
      <w:r>
        <w:br/>
        <w:t>Це його обрятувало. За яку хвилину він уже вхопився за камінь, що стирчав під кручею.</w:t>
      </w:r>
    </w:p>
    <w:p>
      <w:r>
        <w:br/>
        <w:t>Що далі було — Грицько не пам’ятав. Він зомлів і не чув, як поприбігали люди на Мотрин крик, як витягли його з Семеном. Він уже тоді очутивсь, як полежав трохи на траві проти сонця. Розплющив очі і побачив, що біля його стоїть батько, ще люди і Семенова мати. Грицько підвівся.</w:t>
      </w:r>
    </w:p>
    <w:p>
      <w:r>
        <w:br/>
        <w:t>— Хвала богові! — промовив батько, а за їм і люди.</w:t>
      </w:r>
    </w:p>
    <w:p>
      <w:r>
        <w:br/>
        <w:t>— Ну, хлопче, добрий з тебе козак буде, моторний! — похвалив Грицька дядько Тарас.</w:t>
      </w:r>
    </w:p>
    <w:p>
      <w:r>
        <w:br/>
        <w:t>Тільки як він сказав це, Грицько зрозумів, чого це все так: він згадав, що витяг Семена. Ту ж мить Семенова мати підбігла до Грицька і, одразу вхопивши його, притиснула до себе і тричі поцілувала, промовивши:</w:t>
      </w:r>
    </w:p>
    <w:p>
      <w:r>
        <w:br/>
        <w:t>— Дай тобі, боже, усьго... усьго... за те... ти...</w:t>
      </w:r>
    </w:p>
    <w:p>
      <w:r>
        <w:br/>
        <w:t>І вона заплакала, а за нею заплакав і мокрий, змерзлий Семен.</w:t>
      </w:r>
    </w:p>
    <w:p>
      <w:r>
        <w:br/>
        <w:t>Того ж таки дня Грицько, згадуючи про те, що поцілувала його Семенова мати, подумав собі: "Ні, вона не зла... Мабуть, правду тато казали, що вона тим така сердита, що вбога. І Семен того сердитий, що вбогий та голодний. І чого я, дурний, не віддав йому того бублика?" — подумав Грицько і згадав, що він досі не їв його.</w:t>
      </w:r>
    </w:p>
    <w:p>
      <w:r>
        <w:br/>
        <w:t>Не знаю вже, чи ділив він того дня з Семеном того бублика, тільки запевне знаю, що з того часу у їх із Семеном ні спірки, ні сварки ніякої ніколи не було...</w:t>
      </w:r>
    </w:p>
    <w:p>
      <w:r>
        <w:br/>
        <w:t>1890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Грицько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