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Грицеві гадки. (Переробка)</w:t>
      </w:r>
    </w:p>
    <w:p>
      <w:r>
        <w:br/>
        <w:t xml:space="preserve"> Затихає всюди,&lt;br /&gt;</w:t>
        <w:br/>
        <w:t>Гірш мороз крепить;&lt;br /&gt;</w:t>
        <w:br/>
        <w:t>Спати вклались люди,&lt;br /&gt;</w:t>
        <w:br/>
        <w:t>Та не всяке спить.</w:t>
      </w:r>
    </w:p>
    <w:p>
      <w:r>
        <w:br/>
        <w:t>Грицеві цікаво:&lt;br /&gt;</w:t>
        <w:br/>
        <w:t>Ніч ясна така...&lt;br /&gt;</w:t>
        <w:br/>
        <w:t>Блідний промінь мляво&lt;br /&gt;</w:t>
        <w:br/>
        <w:t>По стіні блука...</w:t>
      </w:r>
    </w:p>
    <w:p>
      <w:r>
        <w:br/>
        <w:t>Сумно крізь віконце&lt;br /&gt;</w:t>
        <w:br/>
        <w:t>Молодик зорить...&lt;br /&gt;</w:t>
        <w:br/>
        <w:t>Ба... Чого ж пак сонце&lt;br /&gt;</w:t>
        <w:br/>
        <w:t>Ярко так горить?</w:t>
      </w:r>
    </w:p>
    <w:p>
      <w:r>
        <w:br/>
        <w:t>Начитав про лиса...&lt;br /&gt;</w:t>
        <w:br/>
        <w:t>Хитрий — кат бери...&lt;br /&gt;</w:t>
        <w:br/>
        <w:t>Страшно серед ліса&lt;br /&gt;</w:t>
        <w:br/>
        <w:t>Темної пори...</w:t>
      </w:r>
    </w:p>
    <w:p>
      <w:r>
        <w:br/>
        <w:t>Повно скрізь ведмедів;&lt;br /&gt;</w:t>
        <w:br/>
        <w:t>Виє вовцюга...&lt;br /&gt;</w:t>
        <w:br/>
        <w:t>Всього б там угледів...&lt;br /&gt;</w:t>
        <w:br/>
        <w:t>От хоча б яга...</w:t>
      </w:r>
    </w:p>
    <w:p>
      <w:r>
        <w:br/>
        <w:t>Кажуть, ніби в ступі&lt;br /&gt;</w:t>
        <w:br/>
        <w:t>Їздить без коня...&lt;br /&gt;</w:t>
        <w:br/>
        <w:t>Мало чого глупі&lt;br /&gt;</w:t>
        <w:br/>
        <w:t>Плещуть навмання...</w:t>
      </w:r>
    </w:p>
    <w:p>
      <w:r>
        <w:br/>
        <w:t>Є місця, чувати,-&lt;br /&gt;</w:t>
        <w:br/>
        <w:t>Круглий рік весна...&lt;br /&gt;</w:t>
        <w:br/>
        <w:t>Добре б побувати,&lt;br /&gt;</w:t>
        <w:br/>
        <w:t>Що за сторона...</w:t>
      </w:r>
    </w:p>
    <w:p>
      <w:r>
        <w:br/>
        <w:t>Мабути — далечко...&lt;br /&gt;</w:t>
        <w:br/>
        <w:t>Може, там пташки&lt;br /&gt;</w:t>
        <w:br/>
        <w:t>Саме в’ють гніздечко,&lt;br /&gt;</w:t>
        <w:br/>
        <w:t>Розцвіли квітки...</w:t>
      </w:r>
    </w:p>
    <w:p>
      <w:r>
        <w:br/>
        <w:t>Що нам з того? Годі!&lt;br /&gt;</w:t>
        <w:br/>
        <w:t>Квапся заробить,&lt;br /&gt;</w:t>
        <w:br/>
        <w:t>Батькові в пригоді&lt;br /&gt;</w:t>
        <w:br/>
        <w:t>Трохи пособить.</w:t>
      </w:r>
    </w:p>
    <w:p>
      <w:r>
        <w:br/>
        <w:t>І за це спасибі:&lt;br /&gt;</w:t>
        <w:br/>
        <w:t>Є бідніші нас;&lt;br /&gt;</w:t>
        <w:br/>
        <w:t>Ми собі при хлібі,&lt;br /&gt;</w:t>
        <w:br/>
        <w:t>А ті й так під час.</w:t>
      </w:r>
    </w:p>
    <w:p>
      <w:r>
        <w:br/>
        <w:t>Тих згадати треба,&lt;br /&gt;</w:t>
        <w:br/>
        <w:t>Так міркую я;&lt;br /&gt;</w:t>
        <w:br/>
        <w:t>За отих до неба&lt;br /&gt;</w:t>
        <w:br/>
        <w:t>Вся мольба моя.</w:t>
      </w:r>
    </w:p>
    <w:p>
      <w:r>
        <w:br/>
        <w:t>Боже правди милий,&lt;br /&gt;</w:t>
        <w:br/>
        <w:t>Друже бідарів!&lt;br /&gt;</w:t>
        <w:br/>
        <w:t>Визволь люд похилий&lt;br /&gt;</w:t>
        <w:br/>
        <w:t>З вічних тягарів!</w:t>
      </w:r>
    </w:p>
    <w:p>
      <w:r>
        <w:br/>
        <w:t>Хай дуки байдужі&lt;br /&gt;</w:t>
        <w:br/>
        <w:t>До братів своїх —&lt;br /&gt;</w:t>
        <w:br/>
        <w:t>З голоду та стужі&lt;br /&gt;</w:t>
        <w:br/>
        <w:t>Вирятують їх.</w:t>
      </w:r>
    </w:p>
    <w:p>
      <w:r>
        <w:br/>
        <w:t>Щоб усіх огріли&lt;br /&gt;</w:t>
        <w:br/>
        <w:t>Ласка та привіт,&lt;br /&gt;</w:t>
        <w:br/>
        <w:t>Щоб усі зуміли&lt;br /&gt;</w:t>
        <w:br/>
        <w:t>Полюбити світ!</w:t>
      </w:r>
    </w:p>
    <w:p>
      <w:r>
        <w:br/>
        <w:t>Отак догадався&lt;br /&gt;</w:t>
        <w:br/>
        <w:t>Серед ліжка Гриць;&lt;br /&gt;</w:t>
        <w:br/>
        <w:t>Як уже не клався —&lt;br /&gt;</w:t>
        <w:br/>
        <w:t>Набік, горілиць,-</w:t>
      </w:r>
    </w:p>
    <w:p>
      <w:r>
        <w:br/>
        <w:t>Сон не йде хлоп’яті,&lt;br /&gt;</w:t>
        <w:br/>
        <w:t>Нужаться гадки...&lt;br /&gt;</w:t>
        <w:br/>
        <w:t>Хоч давно по хаті&lt;br /&gt;</w:t>
        <w:br/>
        <w:t>Вже хропли батьки.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Грицеві гадки. (Переробка)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