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Грішниця</w:t>
      </w:r>
    </w:p>
    <w:p>
      <w:r>
        <w:br/>
        <w:t xml:space="preserve"> Колись давно в далекій стороні&lt;br /&gt;</w:t>
        <w:br/>
        <w:t>Була війна страшна і незвичайна:&lt;br /&gt;</w:t>
        <w:br/>
        <w:t>Те лихо звалось білою війною.&lt;br /&gt;</w:t>
        <w:br/>
        <w:t>Без гасел бойових, без гучної музики,&lt;br /&gt;</w:t>
        <w:br/>
        <w:t>Без грімких вистрілів, без ясних корогов.&lt;br /&gt;</w:t>
        <w:br/>
        <w:t>Вона була немов лихе повітря,&lt;br /&gt;</w:t>
        <w:br/>
        <w:t>Що прилітає на совиних крилах.&lt;br /&gt;</w:t>
        <w:br/>
        <w:t>І полягав вояк за вояком,&lt;br /&gt;</w:t>
        <w:br/>
        <w:t>Полки зникали, як вали на морі:&lt;br /&gt;</w:t>
        <w:br/>
        <w:t>На поєдинки там виходили вночі,&lt;br /&gt;</w:t>
        <w:br/>
        <w:t>Ховаючи під пахву короговку.&lt;br /&gt;</w:t>
        <w:br/>
        <w:t>У темряві густій ніхто не бачив,&lt;br /&gt;</w:t>
        <w:br/>
        <w:t>Як блискала й щербилась ясна зброя,&lt;br /&gt;</w:t>
        <w:br/>
        <w:t>Як падав і конав один з борців,&lt;br /&gt;</w:t>
        <w:br/>
        <w:t>Як ворог загрібав його у темну яму,&lt;br /&gt;</w:t>
        <w:br/>
        <w:t>Не раз іще живого. Старшина&lt;br /&gt;</w:t>
        <w:br/>
        <w:t>Лічила ранком військо, і багато&lt;br /&gt;</w:t>
        <w:br/>
        <w:t>Найкращих вояків у ньому бракувало:&lt;br /&gt;</w:t>
        <w:br/>
        <w:t>Ніхто не знав, де й як вони лягли.&lt;br /&gt;</w:t>
        <w:br/>
        <w:t>В той час найбільше воювали шнуром,&lt;br /&gt;</w:t>
        <w:br/>
        <w:t>Кайданами, отрутою, підкопом,&lt;br /&gt;</w:t>
        <w:br/>
        <w:t>А зрада гаслом військовим була.&lt;br /&gt;</w:t>
        <w:br/>
        <w:t>Часами тільки бомба огнева&lt;br /&gt;</w:t>
        <w:br/>
        <w:t>Могильну тишу розбивала гучно&lt;br /&gt;</w:t>
        <w:br/>
        <w:t>І всіх навколо ранила скалками.&lt;br /&gt;</w:t>
        <w:br/>
        <w:t>Раз в темну ніч на бій дівчина вийшла&lt;br /&gt;</w:t>
        <w:br/>
        <w:t>(Тоді йшли всі. жінки і чоловіки,&lt;br /&gt;</w:t>
        <w:br/>
        <w:t>І навіть діти не сиділи дома).&lt;br /&gt;</w:t>
        <w:br/>
        <w:t>Вона була при зброї: у руках&lt;br /&gt;</w:t>
        <w:br/>
        <w:t>Був заступ гострий, а в кишені куля,&lt;br /&gt;</w:t>
        <w:br/>
        <w:t>Набитая знадобам розривним.&lt;br /&gt;</w:t>
        <w:br/>
        <w:t>Дівчина йдучи тихо шепотіла,</w:t>
      </w:r>
    </w:p>
    <w:p>
      <w:r>
        <w:br/>
        <w:t>Л на устах був усміх зловорожий:&lt;br /&gt;</w:t>
        <w:br/>
        <w:t>"Ой, підкопаю вражеє гніздо!&lt;br /&gt;</w:t>
        <w:br/>
        <w:t>Злетять вони угору, мов ті птахи!"&lt;br /&gt;</w:t>
        <w:br/>
        <w:t>От підійшла вона під темний мур&lt;br /&gt;</w:t>
        <w:br/>
        <w:t>Високої будови. Притаїлась,&lt;br /&gt;</w:t>
        <w:br/>
        <w:t>Перечекала сторожкий патруль&lt;br /&gt;</w:t>
        <w:br/>
        <w:t>І почала копать завзято, швидко...&lt;br /&gt;</w:t>
        <w:br/>
        <w:t>До половини підкопала стіну,&lt;br /&gt;</w:t>
        <w:br/>
        <w:t>Підклала кулю розривну під неї,&lt;br /&gt;</w:t>
        <w:br/>
        <w:t>А потім добула вогню і запалила&lt;br /&gt;</w:t>
        <w:br/>
        <w:t>У кулі трут і подалась додому&lt;br /&gt;</w:t>
        <w:br/>
        <w:t>З надією страшною. Коли раптом&lt;br /&gt;</w:t>
        <w:br/>
        <w:t>Мов грім ударив,— куля розірвала&lt;br /&gt;</w:t>
        <w:br/>
        <w:t>Завчасно стіну, і каміння гостре&lt;br /&gt;</w:t>
        <w:br/>
        <w:t>Посипалось навколо, наче град.&lt;br /&gt;</w:t>
        <w:br/>
        <w:t>І ось один важкий та гострий камінь&lt;br /&gt;</w:t>
        <w:br/>
        <w:t>Улучив дівчину, і полягла вона,&lt;br /&gt;</w:t>
        <w:br/>
        <w:t>Немов прибита градом ніжна квітка.&lt;br /&gt;</w:t>
        <w:br/>
        <w:t>Тут незабаром прилетів патруль,&lt;br /&gt;</w:t>
        <w:br/>
        <w:t>Знялася заметня, тривога, шуканина.&lt;br /&gt;</w:t>
        <w:br/>
        <w:t>І дівчину знайшли. "Чи, мертва, чи зомліла?" —&lt;br /&gt;</w:t>
        <w:br/>
        <w:t>Питали вояки. "Несіть її в шпиталь!" —&lt;br /&gt;</w:t>
        <w:br/>
        <w:t>Сказав старший. — "Нехай її черниці&lt;br /&gt;</w:t>
        <w:br/>
        <w:t>Там одволодають, а потім буде суд".&lt;br /&gt;</w:t>
        <w:br/>
        <w:t>І віднесли в шпиталь зомлілую дівчину.&lt;br /&gt;</w:t>
        <w:br/>
        <w:t>І прийняли її там сестри милосердні,—&lt;br /&gt;</w:t>
        <w:br/>
        <w:t>Вони приймали всіх,— приставили до неї&lt;br /&gt;</w:t>
        <w:br/>
        <w:t>Черницю молоденьку, щоб гляділа.&lt;br /&gt;</w:t>
        <w:br/>
        <w:t>Лежала цілий день без пам'яті слаба,&lt;br /&gt;</w:t>
        <w:br/>
        <w:t>Але надвечір їй вернувся тямок,&lt;br /&gt;</w:t>
        <w:br/>
        <w:t>Одкрила очі, глянула навколо:&lt;br /&gt;</w:t>
        <w:br/>
        <w:t>Склепіння біле. образ і лампада&lt;br /&gt;</w:t>
        <w:br/>
        <w:t>І біля ліжка, наче другий образ,&lt;br /&gt;</w:t>
        <w:br/>
        <w:t>Бліда дівчина в чорному убранні.</w:t>
      </w:r>
    </w:p>
    <w:p>
      <w:r>
        <w:br/>
        <w:t>Хвора&lt;br /&gt;</w:t>
        <w:br/>
        <w:t>Де я і хто ти?</w:t>
      </w:r>
    </w:p>
    <w:p>
      <w:r>
        <w:br/>
        <w:t>Черниця</w:t>
      </w:r>
    </w:p>
    <w:p>
      <w:r>
        <w:br/>
        <w:t>Сестро, мир тобі!&lt;br /&gt;</w:t>
        <w:br/>
        <w:t>Се божая оселя, ти в шпиталі,&lt;br /&gt;</w:t>
        <w:br/>
        <w:t>А я твоя сестра, тебе гляджу.&lt;br /&gt;</w:t>
        <w:br/>
        <w:t>Хвала найвищому, що ти опам'яталась.</w:t>
      </w:r>
    </w:p>
    <w:p>
      <w:r>
        <w:br/>
        <w:t>Хвора&lt;br /&gt;</w:t>
        <w:br/>
        <w:t>А чула ти, що сталось сеї ночі?</w:t>
      </w:r>
    </w:p>
    <w:p>
      <w:r>
        <w:br/>
        <w:t>Черниця&lt;br /&gt;</w:t>
        <w:br/>
        <w:t>Хай бог простить тому, хто се вчинив...</w:t>
      </w:r>
    </w:p>
    <w:p>
      <w:r>
        <w:br/>
        <w:t>Хвора&lt;br /&gt;</w:t>
        <w:br/>
        <w:t>Се я!&lt;br /&gt;</w:t>
        <w:br/>
        <w:t>Черниця&lt;br /&gt;</w:t>
        <w:br/>
        <w:t>О сестрої ти!.. Ти каєшся, запевне!&lt;br /&gt;</w:t>
        <w:br/>
        <w:t>Хвора</w:t>
      </w:r>
    </w:p>
    <w:p>
      <w:r>
        <w:br/>
        <w:t>Ні, каяться вважала б я за гріх!&lt;br /&gt;</w:t>
        <w:br/>
        <w:t>Скажи,— ти певне знаєш,— адже в замку&lt;br /&gt;</w:t>
        <w:br/>
        <w:t>Усі погинули! ніхто з них не зоставсь!</w:t>
      </w:r>
    </w:p>
    <w:p>
      <w:r>
        <w:br/>
        <w:t>Черниця</w:t>
      </w:r>
    </w:p>
    <w:p>
      <w:r>
        <w:br/>
        <w:t>Ні, милував господь. Одна лиш вежа&lt;br /&gt;</w:t>
        <w:br/>
        <w:t>Упала, на той час там не було нікого.</w:t>
      </w:r>
    </w:p>
    <w:p>
      <w:r>
        <w:br/>
        <w:t>Хвора&lt;br /&gt;</w:t>
        <w:br/>
        <w:t>О, що ти кажешї! (Хвора заридала).</w:t>
      </w:r>
    </w:p>
    <w:p>
      <w:r>
        <w:br/>
        <w:t>Черниця</w:t>
      </w:r>
    </w:p>
    <w:p>
      <w:r>
        <w:br/>
        <w:t>Вгамуйся, бідна сестро, помолися&lt;br /&gt;</w:t>
        <w:br/>
        <w:t>Зо мною вкупі богові святому,&lt;br /&gt;</w:t>
        <w:br/>
        <w:t>Подякуй, що не дав тобі вчинити, зла,&lt;br /&gt;</w:t>
        <w:br/>
        <w:t>Проси., щоб мир твоїй душі послав він&lt;br /&gt;</w:t>
        <w:br/>
        <w:t>І в серце повернув забутую любов.&lt;br /&gt;</w:t>
        <w:br/>
        <w:t>Сльозами змий оту лихую пляму,&lt;br /&gt;</w:t>
        <w:br/>
        <w:t>Що положив гидкий, ворожий замір.&lt;br /&gt;</w:t>
        <w:br/>
        <w:t>Аби простив тебе суддя небесний,&lt;br /&gt;</w:t>
        <w:br/>
        <w:t>А суд земний для праведних — ніщо.</w:t>
      </w:r>
    </w:p>
    <w:p>
      <w:r>
        <w:br/>
        <w:t>Хвора</w:t>
      </w:r>
    </w:p>
    <w:p>
      <w:r>
        <w:br/>
        <w:t>Гадаєш ти. що я боюся суду?&lt;br /&gt;</w:t>
        <w:br/>
        <w:t>Запевне, бридко між гадюк попасти,&lt;br /&gt;</w:t>
        <w:br/>
        <w:t>Запевне, бридко між гадюк попасти,&lt;br /&gt;</w:t>
        <w:br/>
        <w:t>Та я їх не боюсь, суд не страшний для мене,—&lt;br /&gt;</w:t>
        <w:br/>
        <w:t>Небесний чи земний, для мене все одно,—&lt;br /&gt;</w:t>
        <w:br/>
        <w:t>Однакові для мене рай і пекло,&lt;br /&gt;</w:t>
        <w:br/>
        <w:t>Бо я не вірю в них.</w:t>
      </w:r>
    </w:p>
    <w:p>
      <w:r>
        <w:br/>
        <w:t>Черниця</w:t>
      </w:r>
    </w:p>
    <w:p>
      <w:r>
        <w:br/>
        <w:t>О господи, рятуй&lt;br /&gt;</w:t>
        <w:br/>
        <w:t>Оцю заблукану, нещасну душу!&lt;br /&gt;</w:t>
        <w:br/>
        <w:t>Послухай, сестро, ти ще молода,&lt;br /&gt;</w:t>
        <w:br/>
        <w:t>І, може, прийдеться загинути...</w:t>
      </w:r>
    </w:p>
    <w:p>
      <w:r>
        <w:br/>
        <w:t>Хвора</w:t>
      </w:r>
    </w:p>
    <w:p>
      <w:r>
        <w:br/>
        <w:t>Дарма!.&lt;br /&gt;</w:t>
        <w:br/>
        <w:t>Не жаль мені, що молодою згину,&lt;br /&gt;</w:t>
        <w:br/>
        <w:t>А жаль — о лютий жаль, що пропаду даремне.</w:t>
      </w:r>
    </w:p>
    <w:p>
      <w:r>
        <w:br/>
        <w:t>Черниця</w:t>
      </w:r>
    </w:p>
    <w:p>
      <w:r>
        <w:br/>
        <w:t>Ніхто даремне в господа не гине,&lt;br /&gt;</w:t>
        <w:br/>
        <w:t>Без волі божої і волос не спаде.</w:t>
      </w:r>
    </w:p>
    <w:p>
      <w:r>
        <w:br/>
        <w:t>Хвора</w:t>
      </w:r>
    </w:p>
    <w:p>
      <w:r>
        <w:br/>
        <w:t>Не хтіла б я тебе вразити,, сестро,&lt;br /&gt;</w:t>
        <w:br/>
        <w:t>Та, бачу, прийдеться розмову залишити,&lt;br /&gt;</w:t>
        <w:br/>
        <w:t>Бо ми говоримо на різних мовах.</w:t>
      </w:r>
    </w:p>
    <w:p>
      <w:r>
        <w:br/>
        <w:t>Черниця&lt;br /&gt;</w:t>
        <w:br/>
        <w:t>Ні!&lt;br /&gt;</w:t>
        <w:br/>
        <w:t>У всіх людей одна е спільна мова —&lt;br /&gt;</w:t>
        <w:br/>
        <w:t>Братерськая любов.</w:t>
      </w:r>
    </w:p>
    <w:p>
      <w:r>
        <w:br/>
        <w:t>Хвора</w:t>
      </w:r>
    </w:p>
    <w:p>
      <w:r>
        <w:br/>
        <w:t>Любов, ти кажеш?&lt;br /&gt;</w:t>
        <w:br/>
        <w:t>А я б сказала — щирість...</w:t>
      </w:r>
    </w:p>
    <w:p>
      <w:r>
        <w:br/>
        <w:t>Черниця</w:t>
      </w:r>
    </w:p>
    <w:p>
      <w:r>
        <w:br/>
        <w:t>Прожени&lt;br /&gt;</w:t>
        <w:br/>
        <w:t>Ненависті дракона геть із серця,&lt;br /&gt;</w:t>
        <w:br/>
        <w:t>Нехай в ньому зостанеться любов,&lt;br /&gt;</w:t>
        <w:br/>
        <w:t>І ми. одна одну запевне зрозумієм,&lt;br /&gt;</w:t>
        <w:br/>
        <w:t>Як розумів розбійника Христос.</w:t>
      </w:r>
    </w:p>
    <w:p>
      <w:r>
        <w:br/>
        <w:t>Хвора</w:t>
      </w:r>
    </w:p>
    <w:p>
      <w:r>
        <w:br/>
        <w:t>Пожди., кохана сестро, я те бачу,&lt;br /&gt;</w:t>
        <w:br/>
        <w:t>Що ти. мене і жалуєш, і любиш,&lt;br /&gt;</w:t>
        <w:br/>
        <w:t>Хоч я тобі чужа. Та я б хотіла,&lt;br /&gt;</w:t>
        <w:br/>
        <w:t>Щоб знала ти, кого і за що любиш.&lt;br /&gt;</w:t>
        <w:br/>
        <w:t>І як осудиш, то щоб знала за що.&lt;br /&gt;</w:t>
        <w:br/>
        <w:t>Сядь ближче біля мене, нахили&lt;br /&gt;</w:t>
        <w:br/>
        <w:t>Лагідне личенько до мене ближче,&lt;br /&gt;</w:t>
        <w:br/>
        <w:t>Забудь про те, що звете ви гріхом&lt;br /&gt;</w:t>
        <w:br/>
        <w:t>Чи праведністю, слухай тільки пильно.</w:t>
      </w:r>
    </w:p>
    <w:p>
      <w:r>
        <w:br/>
        <w:t>Черниця&lt;br /&gt;</w:t>
        <w:br/>
        <w:t>Боюся я, що втомишся,— ти ж хвора.</w:t>
      </w:r>
    </w:p>
    <w:p>
      <w:r>
        <w:br/>
        <w:t>Хвора</w:t>
      </w:r>
    </w:p>
    <w:p>
      <w:r>
        <w:br/>
        <w:t>Дарма! нехай умру, та думка не умре!&lt;br /&gt;</w:t>
        <w:br/>
        <w:t>В таке безсмертя й я привикла вірить.&lt;br /&gt;</w:t>
        <w:br/>
        <w:t>Адже і в вас е сповідь перед смертю...&lt;br /&gt;</w:t>
        <w:br/>
        <w:t>Мене жде шибениця — я те знаю.&lt;br /&gt;</w:t>
        <w:br/>
        <w:t>Так слухай. Ти все згадуєш любов,&lt;br /&gt;</w:t>
        <w:br/>
        <w:t>Вона й моя наставниця єдина.&lt;br /&gt;</w:t>
        <w:br/>
        <w:t>Мене любов ненависті навчила,&lt;br /&gt;</w:t>
        <w:br/>
        <w:t>Колись і я була, як ти, лагідна, тиха&lt;br /&gt;</w:t>
        <w:br/>
        <w:t>І вірила в братерськую любов,&lt;br /&gt;</w:t>
        <w:br/>
        <w:t>Бо при мені були брати кохані,&lt;br /&gt;</w:t>
        <w:br/>
        <w:t>Родина й ніжні подруги мої.&lt;br /&gt;</w:t>
        <w:br/>
        <w:t>Образу я сльозами зустрічала&lt;br /&gt;</w:t>
        <w:br/>
        <w:t>І перед кривдою схиляла я чоло,&lt;br /&gt;</w:t>
        <w:br/>
        <w:t>Коли вона на мене наступала.&lt;br /&gt;</w:t>
        <w:br/>
        <w:t>Я матері і батькові корилась,&lt;br /&gt;</w:t>
        <w:br/>
        <w:t>Вони ж були до мене завжди добрі.&lt;br /&gt;</w:t>
        <w:br/>
        <w:t>Я думала, що лад такий можливий&lt;br /&gt;</w:t>
        <w:br/>
        <w:t>Між ворогом і бранцем... Коли се&lt;br /&gt;</w:t>
        <w:br/>
        <w:t>Розпочалося біле лихоліття&lt;br /&gt;</w:t>
        <w:br/>
        <w:t>І наше місто зайняла облога:&lt;br /&gt;</w:t>
        <w:br/>
        <w:t>Боролося воно. змагалось, як уміло,&lt;br /&gt;</w:t>
        <w:br/>
        <w:t>А потім мусило одперти браму,&lt;br /&gt;</w:t>
        <w:br/>
        <w:t>І вороги ввійшли з тріумфом в неї.&lt;br /&gt;</w:t>
        <w:br/>
        <w:t>Я бачила тоді, що хто хиливсь найнижче,&lt;br /&gt;</w:t>
        <w:br/>
        <w:t>Того найбільш топтали люди й коні.&lt;br /&gt;</w:t>
        <w:br/>
        <w:t>Мій батько й мати ворогам корились,&lt;br /&gt;</w:t>
        <w:br/>
        <w:t>А добрості не бачили ніколи.&lt;br /&gt;</w:t>
        <w:br/>
        <w:t>У мене розум наче потьмарився,&lt;br /&gt;</w:t>
        <w:br/>
        <w:t>Не знала я, де правда і де кривда,&lt;br /&gt;</w:t>
        <w:br/>
        <w:t>Я знала тільки, що мені так жаль,&lt;br /&gt;</w:t>
        <w:br/>
        <w:t>Так жаль на ворогів і жаль на подоланних.&lt;br /&gt;</w:t>
        <w:br/>
        <w:t>Сумний був час; товариші мої</w:t>
      </w:r>
    </w:p>
    <w:p>
      <w:r>
        <w:br/>
        <w:t>Пішли у військо, кликали й мене.&lt;br /&gt;</w:t>
        <w:br/>
        <w:t>Та я в собі не чула сили.&lt;br /&gt;</w:t>
        <w:br/>
        <w:t>Ті, що зостались, я їх одцуралась&lt;br /&gt;</w:t>
        <w:br/>
        <w:t>Або вони мене, пропала наша згода.&lt;br /&gt;</w:t>
        <w:br/>
        <w:t>Брати і сестри смутнії ходили,&lt;br /&gt;</w:t>
        <w:br/>
        <w:t>Той самий жаль гнітив їх, що й мене.&lt;br /&gt;</w:t>
        <w:br/>
        <w:t>Та що казати? В подоланнім місті&lt;br /&gt;</w:t>
        <w:br/>
        <w:t>Немає щастя і не може бути!&lt;br /&gt;</w:t>
        <w:br/>
        <w:t>Хотіла я спершу, як ти, піти в черниці,&lt;br /&gt;</w:t>
        <w:br/>
        <w:t>У сестри милосердні, та для сього&lt;br /&gt;</w:t>
        <w:br/>
        <w:t>Потрібна віра,— я її не мала...&lt;br /&gt;</w:t>
        <w:br/>
        <w:t>Отак життя минало день за днем.&lt;br /&gt;</w:t>
        <w:br/>
        <w:t>Я бачила, як гинуло найкраще,&lt;br /&gt;</w:t>
        <w:br/>
        <w:t>Як родичі мої гнили по тюрмах&lt;br /&gt;</w:t>
        <w:br/>
        <w:t>І як високе низько упадало.&lt;br /&gt;</w:t>
        <w:br/>
        <w:t>Тоді в мені спалахнула ненависть&lt;br /&gt;</w:t>
        <w:br/>
        <w:t>До тих, що нищили мою любов.&lt;br /&gt;</w:t>
        <w:br/>
        <w:t>Ненависть розгоралась більше й більше,&lt;br /&gt;</w:t>
        <w:br/>
        <w:t>Та я не знала, де її подіти.&lt;br /&gt;</w:t>
        <w:br/>
        <w:t>Так, може б, я себе вогнем спалила власним.&lt;br /&gt;</w:t>
        <w:br/>
        <w:t>Так, може б, я себе вогнем спалила власним.&lt;br /&gt;</w:t>
        <w:br/>
        <w:t>Та іншеє судилося мені.&lt;br /&gt;</w:t>
        <w:br/>
        <w:t>Прийшов один товариш і промовив:&lt;br /&gt;</w:t>
        <w:br/>
        <w:t>"Ходи; ми знову на війну зібрались!&lt;br /&gt;</w:t>
        <w:br/>
        <w:t>Не ми уб'єм, то нас вони уб'ють;&lt;br /&gt;</w:t>
        <w:br/>
        <w:t>Ми мусим боронитись, поможи нам!&lt;br /&gt;</w:t>
        <w:br/>
        <w:t>Невже ти будеш осторонь сидіти&lt;br /&gt;</w:t>
        <w:br/>
        <w:t>І споглядать, як ллється братня кров?&lt;br /&gt;</w:t>
        <w:br/>
        <w:t>Ні, сором се терпіти. Наша смерть&lt;br /&gt;</w:t>
        <w:br/>
        <w:t>Научить інших, як їм треба жити.&lt;br /&gt;</w:t>
        <w:br/>
        <w:t>Ходи, з тобою, певне, й другі підуть".&lt;br /&gt;</w:t>
        <w:br/>
        <w:t>І я пішла...</w:t>
      </w:r>
    </w:p>
    <w:p>
      <w:r>
        <w:br/>
        <w:t>Черниця&lt;br /&gt;</w:t>
        <w:br/>
        <w:t>А мати? а родина?</w:t>
      </w:r>
    </w:p>
    <w:p>
      <w:r>
        <w:br/>
        <w:t>Хвора&lt;br /&gt;</w:t>
        <w:br/>
        <w:t>У ту хвилину я про них забула,&lt;br /&gt;</w:t>
        <w:br/>
        <w:t>Та, може б, не згадала і тепер,&lt;br /&gt;</w:t>
        <w:br/>
        <w:t>Якби вдалось моє велике діло.&lt;br /&gt;</w:t>
        <w:br/>
        <w:t>Я б упилася щастям перемоги,—&lt;br /&gt;</w:t>
        <w:br/>
        <w:t>Не спогадом, надією жила б.&lt;br /&gt;</w:t>
        <w:br/>
        <w:t>Але ж тепера я даремне гину&lt;br /&gt;</w:t>
        <w:br/>
        <w:t>І думаю про той даремний жаль,&lt;br /&gt;</w:t>
        <w:br/>
        <w:t>Що може вбить мою кохану матір.&lt;br /&gt;</w:t>
        <w:br/>
        <w:t>Своїх сестер я бачу у жалобі,&lt;br /&gt;</w:t>
        <w:br/>
        <w:t>Братів у смутку — і даремне все!..&lt;br /&gt;</w:t>
        <w:br/>
        <w:t>Коли б могла я ще хоч раз побачить&lt;br /&gt;</w:t>
        <w:br/>
        <w:t>Моїх коханих!..</w:t>
      </w:r>
    </w:p>
    <w:p>
      <w:r>
        <w:br/>
        <w:t>Черниця&lt;br /&gt;</w:t>
        <w:br/>
        <w:t>Сестро, не журись!&lt;br /&gt;</w:t>
        <w:br/>
        <w:t>Якби ти тільки вірила у те,&lt;br /&gt;</w:t>
        <w:br/>
        <w:t>В що вірим ми, потішилась би певне.&lt;br /&gt;</w:t>
        <w:br/>
        <w:t>Ми віримо, що в іншім, кращім світі&lt;br /&gt;</w:t>
        <w:br/>
        <w:t>Побачимо усіх, кого любили.&lt;br /&gt;</w:t>
        <w:br/>
        <w:t>Хвора&lt;br /&gt;</w:t>
        <w:br/>
        <w:t>Шкода! Ви вірите, що єсть і рай, і пекло.&lt;br /&gt;</w:t>
        <w:br/>
        <w:t>Що люди й "там" не можуть рівні бути.&lt;br /&gt;</w:t>
        <w:br/>
        <w:t>Моя лагідна мати не злочинка,&lt;br /&gt;</w:t>
        <w:br/>
        <w:t>Не вбила і не хтіла вбить нікого,&lt;br /&gt;</w:t>
        <w:br/>
        <w:t>їй мусить райська брама відчинитись.&lt;br /&gt;</w:t>
        <w:br/>
        <w:t>А для таких, як я, в раю немає місця.</w:t>
      </w:r>
    </w:p>
    <w:p>
      <w:r>
        <w:br/>
        <w:t>Черниця&lt;br /&gt;</w:t>
        <w:br/>
        <w:t>Все переможе щире каяття,&lt;br /&gt;</w:t>
        <w:br/>
        <w:t>І гріх, і пекло перед ним зникають,&lt;br /&gt;</w:t>
        <w:br/>
        <w:t>І райська брама навстежи одкрита.&lt;br /&gt;</w:t>
        <w:br/>
        <w:t>Згадай же, сестро, любую родину,&lt;br /&gt;</w:t>
        <w:br/>
        <w:t>Пожалуй душу бідну, молоденьку,&lt;br /&gt;</w:t>
        <w:br/>
        <w:t>За віщо ж має гинути вона?</w:t>
      </w:r>
    </w:p>
    <w:p>
      <w:r>
        <w:br/>
        <w:t>Хвора</w:t>
      </w:r>
    </w:p>
    <w:p>
      <w:r>
        <w:br/>
        <w:t>Чернице, спогадай: стоїть у вашій книзі:&lt;br /&gt;</w:t>
        <w:br/>
        <w:t>"Ніхто не має більшої любові,&lt;br /&gt;</w:t>
        <w:br/>
        <w:t>Як той, хто душу покладе за друзів".&lt;br /&gt;</w:t>
        <w:br/>
        <w:t>Ну, годі, я скінчила, ти. вже знаєш,&lt;br /&gt;</w:t>
        <w:br/>
        <w:t>І як осудиш, то вже знаєш за що.</w:t>
      </w:r>
    </w:p>
    <w:p>
      <w:r>
        <w:br/>
        <w:t>Умовкла хвора, і черниця тихо&lt;br /&gt;</w:t>
        <w:br/>
        <w:t>Сиділа, очі в землю опустивши...</w:t>
      </w:r>
    </w:p>
    <w:p>
      <w:r>
        <w:br/>
        <w:t>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Грішниця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