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Гриб і Грибів гриб</w:t>
      </w:r>
    </w:p>
    <w:p>
      <w:r>
        <w:br/>
        <w:t xml:space="preserve"> Після теплих рясних дощів&lt;br /&gt;</w:t>
        <w:br/>
        <w:t>поряд з великим грибом зіп'явся маленький гриб.&lt;br /&gt;</w:t>
        <w:br/>
        <w:t>Назвали його — Грибів гриб.&lt;br /&gt;</w:t>
        <w:br/>
        <w:t>Грибів гриб ховався за листям.&lt;br /&gt;</w:t>
        <w:br/>
        <w:t>лякався черв'ячків і жучків,&lt;br /&gt;</w:t>
        <w:br/>
        <w:t>а особливо боявся білочки,&lt;br /&gt;</w:t>
        <w:br/>
        <w:t>яка вже прибігала одного разу&lt;br /&gt;</w:t>
        <w:br/>
        <w:t>і відгризла татові вуха.&lt;br /&gt;</w:t>
        <w:br/>
        <w:t>Якоїсь ночі Грибів гриб&lt;br /&gt;</w:t>
        <w:br/>
        <w:t>так багато напився води,&lt;br /&gt;</w:t>
        <w:br/>
        <w:t>що на ранок виріс більшим за тата.&lt;br /&gt;</w:t>
        <w:br/>
        <w:t>Ще здалеку угледіла його білочка,&lt;br /&gt;</w:t>
        <w:br/>
        <w:t>прискакала і відгризла йому вуха.&lt;br /&gt;</w:t>
        <w:br/>
        <w:t>Тепер стоять на узліссі двоє грибів без вух&lt;br /&gt;</w:t>
        <w:br/>
        <w:t>Гриб і Грибів гриб.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Гриб і Грибів гриб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