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Говори, яшко, іще розказуй!</w:t>
      </w:r>
    </w:p>
    <w:p>
      <w:r>
        <w:br/>
        <w:t xml:space="preserve"> Як була після війни розруха,&lt;br /&gt;</w:t>
        <w:br/>
        <w:t>дядько Білик взяв торбину: що ж,&lt;br /&gt;</w:t>
        <w:br/>
        <w:t>поки що прощай, ріка Ревуха! —&lt;br /&gt;</w:t>
        <w:br/>
        <w:t>та й подався із синком за Сож.</w:t>
      </w:r>
    </w:p>
    <w:p>
      <w:r>
        <w:br/>
        <w:t>Взяв він хліба й солі на дорогу&lt;br /&gt;</w:t>
        <w:br/>
        <w:t>(бо дорога довга і важка).&lt;br /&gt;</w:t>
        <w:br/>
        <w:t>Добре, що з собою на підмогу&lt;br /&gt;</w:t>
        <w:br/>
        <w:t>підхопив кмітливого Яшка.</w:t>
      </w:r>
    </w:p>
    <w:p>
      <w:r>
        <w:br/>
        <w:t>Тесля там робив хліви, сараї,&lt;br /&gt;</w:t>
        <w:br/>
        <w:t>поправляв на зиму реманент.&lt;br /&gt;</w:t>
        <w:br/>
        <w:t>А Яшко, як це в майстрів буває,&lt;br /&gt;</w:t>
        <w:br/>
        <w:t>щось тесав та подавав струмент.</w:t>
      </w:r>
    </w:p>
    <w:p>
      <w:r>
        <w:br/>
        <w:t>Од хлоп'ят почув він про героїв,&lt;br /&gt;</w:t>
        <w:br/>
        <w:t>про відвагу їхню на війні.&lt;br /&gt;</w:t>
        <w:br/>
        <w:t>І незчувся, як слова засвоїв,&lt;br /&gt;</w:t>
        <w:br/>
        <w:t>білоруську мову і пісні.</w:t>
      </w:r>
    </w:p>
    <w:p>
      <w:r>
        <w:br/>
        <w:t>І за кілька місяців по тому&lt;br /&gt;</w:t>
        <w:br/>
        <w:t>(непомітно літній час зрина)&lt;br /&gt;</w:t>
        <w:br/>
        <w:t>повернулися вони додому,&lt;br /&gt;</w:t>
        <w:br/>
        <w:t>заробили бульби і зерна.</w:t>
      </w:r>
    </w:p>
    <w:p>
      <w:r>
        <w:br/>
        <w:t>І Яшко став дітям говорити&lt;br /&gt;</w:t>
        <w:br/>
        <w:t>все, що чув за Сожем від хлоп'ят.&lt;br /&gt;</w:t>
        <w:br/>
        <w:t>Обступають хлопця наші діти,&lt;br /&gt;</w:t>
        <w:br/>
        <w:t>розглядають з голови до п'ят.</w:t>
      </w:r>
    </w:p>
    <w:p>
      <w:r>
        <w:br/>
        <w:t>Полонить Яшко, чарує навіть&lt;br /&gt;</w:t>
        <w:br/>
        <w:t>дзвінко-ніжним білоруським "дзє".&lt;br /&gt;</w:t>
        <w:br/>
        <w:t>Оголошує, чита напам'ять —&lt;br /&gt;</w:t>
        <w:br/>
        <w:t>Янка Купала:&lt;br /&gt;</w:t>
        <w:br/>
        <w:t>"А хто там ідзє?"</w:t>
      </w:r>
    </w:p>
    <w:p>
      <w:r>
        <w:br/>
        <w:t>Білоруська мова — наче казка, —&lt;br /&gt;</w:t>
        <w:br/>
        <w:t>вперше чують Таня, Коля, Гриць:&lt;br /&gt;</w:t>
        <w:br/>
        <w:t>— Говори, Яшко!&lt;br /&gt;</w:t>
        <w:br/>
        <w:t>— Ды калі ласка,&lt;br /&gt;</w:t>
        <w:br/>
        <w:t>буду і чытаць і гаварыць...</w:t>
      </w:r>
    </w:p>
    <w:p>
      <w:r>
        <w:br/>
        <w:t>І вони ізнов то біля хати,&lt;br /&gt;</w:t>
        <w:br/>
        <w:t>то біля Ревухи бережка&lt;br /&gt;</w:t>
        <w:br/>
        <w:t>сходяться гуртом, щоб розпитати,&lt;br /&gt;</w:t>
        <w:br/>
        <w:t>щоб послухать Білика Яшка.</w:t>
      </w:r>
    </w:p>
    <w:p>
      <w:r>
        <w:br/>
        <w:t>Де Яшко з'являється — одразу&lt;br /&gt;</w:t>
        <w:br/>
        <w:t>неодмінний хвостик дітвори:&lt;br /&gt;</w:t>
        <w:br/>
        <w:t>— Говори, Яшко, іще розказуй!&lt;br /&gt;</w:t>
        <w:br/>
        <w:t>— Говори, будь ласка, говори!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Говори, яшко, іще розказуй!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