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Горам божественним</w:t>
      </w:r>
    </w:p>
    <w:p>
      <w:r>
        <w:br/>
        <w:t xml:space="preserve"> Ви, сині льодовці, гранітні верховини,&lt;br /&gt;</w:t>
        <w:br/>
        <w:t>Уламки гострих скель, ви, подуви вітрів&lt;br /&gt;</w:t>
        <w:br/>
        <w:t>Над морем золотим розложистих ланів,&lt;br /&gt;</w:t>
        <w:br/>
        <w:t>Провалля і ліси, де спочивають тіні;</w:t>
      </w:r>
    </w:p>
    <w:p>
      <w:r>
        <w:br/>
        <w:t>Печери темряві, непривітні долини,&lt;br /&gt;</w:t>
        <w:br/>
        <w:t>Де непокірливі вигнанці давніх днів&lt;br /&gt;</w:t>
        <w:br/>
        <w:t>Воліли наслухать до клекоту орлів,-&lt;br /&gt;</w:t>
        <w:br/>
        <w:t>Благословення вам од рабської родини!</w:t>
      </w:r>
    </w:p>
    <w:p>
      <w:r>
        <w:br/>
        <w:t>Утікши від тюрми і міста клятих стін,&lt;br /&gt;</w:t>
        <w:br/>
        <w:t>Цю стеллу і олтар поставив раб Гемін&lt;br /&gt;</w:t>
        <w:br/>
        <w:t>Вам, гори, сторожі незайманої волі.</w:t>
      </w:r>
    </w:p>
    <w:p>
      <w:r>
        <w:br/>
        <w:t>На вас, ясні шпилі, що мовчите весь вік,&lt;br /&gt;</w:t>
        <w:br/>
        <w:t>В повітрі чистому, яким не дишуть долі,&lt;br /&gt;</w:t>
        <w:br/>
        <w:t>Людини вольної лунає вольний крик.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Горам божественним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