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Голубонько-дівчинонько...</w:t>
      </w:r>
    </w:p>
    <w:p>
      <w:r>
        <w:br/>
        <w:t xml:space="preserve"> Голубонько-дівчинонько,&lt;br /&gt;</w:t>
        <w:br/>
        <w:t>Зіронько моя!&lt;br /&gt;</w:t>
        <w:br/>
        <w:t>Не питайся, моя мила,&lt;br /&gt;</w:t>
        <w:br/>
        <w:t>Чого смутен я!&lt;br /&gt;</w:t>
        <w:br/>
        <w:t>Живо-живо того смутку&lt;br /&gt;</w:t>
        <w:br/>
        <w:t>І ти не минеш!..&lt;br /&gt;</w:t>
        <w:br/>
        <w:t>Отоді ти, моя мила,&lt;br /&gt;</w:t>
        <w:br/>
        <w:t>Мене спом'янеш…</w:t>
      </w:r>
    </w:p>
    <w:p>
      <w:r>
        <w:br/>
      </w:r>
    </w:p>
    <w:p>
      <w:r>
        <w:br/>
        <w:t>Голубонько-дівчинонько,&lt;br /&gt;</w:t>
        <w:br/>
        <w:t>Мій рожевий цвіт!&lt;br /&gt;</w:t>
        <w:br/>
        <w:t>Ти весела, світом рада,&lt;br /&gt;</w:t>
        <w:br/>
        <w:t>Тобі милий світ!..&lt;br /&gt;</w:t>
        <w:br/>
        <w:t>Живо-живо світом знудиш,&lt;br /&gt;</w:t>
        <w:br/>
        <w:t>Тяженько здихнеш…&lt;br /&gt;</w:t>
        <w:br/>
        <w:t>Отоді ти, моя мила,&lt;br /&gt;</w:t>
        <w:br/>
        <w:t>Мене спом'янеш!..</w:t>
      </w:r>
    </w:p>
    <w:p>
      <w:r>
        <w:br/>
      </w:r>
    </w:p>
    <w:p>
      <w:r>
        <w:br/>
        <w:t>Гудуть пчоли коло тебе,&lt;br /&gt;</w:t>
        <w:br/>
        <w:t>Ти, як лист, дрижиш…&lt;br /&gt;</w:t>
        <w:br/>
        <w:t>Ти їх гониш, не одгониш&lt;br /&gt;</w:t>
        <w:br/>
        <w:t>І сама біжиш…&lt;br /&gt;</w:t>
        <w:br/>
        <w:t>Живо-живо під ті співи,&lt;br /&gt;</w:t>
        <w:br/>
        <w:t>Як дитя, заснеш…&lt;br /&gt;</w:t>
        <w:br/>
        <w:t>Отоді ти, моя мила,&lt;br /&gt;</w:t>
        <w:br/>
        <w:t>Мене спом'янеш…</w:t>
      </w:r>
    </w:p>
    <w:p>
      <w:r>
        <w:br/>
      </w:r>
    </w:p>
    <w:p>
      <w:r>
        <w:br/>
        <w:t>Ти затопиш очі в очі —&lt;br /&gt;</w:t>
        <w:br/>
        <w:t>Очі не схибнуть!&lt;br /&gt;</w:t>
        <w:br/>
        <w:t>Тобі дивно, що чужії&lt;br /&gt;</w:t>
        <w:br/>
        <w:t>Від твоїх змигнуть…&lt;br /&gt;</w:t>
        <w:br/>
        <w:t>Живо-живо сама глянеш —&lt;br /&gt;</w:t>
        <w:br/>
        <w:t>І сама змигнеш.&lt;br /&gt;</w:t>
        <w:br/>
        <w:t>Отоді ти, моя мила,&lt;br /&gt;</w:t>
        <w:br/>
        <w:t>Мене спом'янеш…</w:t>
      </w:r>
    </w:p>
    <w:p>
      <w:r>
        <w:br/>
      </w:r>
    </w:p>
    <w:p>
      <w:r>
        <w:br/>
        <w:t>Ти вітаєш, обіймаєш&lt;br /&gt;</w:t>
        <w:br/>
        <w:t>Своїх і чужих!&lt;br /&gt;</w:t>
        <w:br/>
        <w:t>Як дитина, ти, дівчино,&lt;br /&gt;</w:t>
        <w:br/>
        <w:t>Ластишся до них…&lt;br /&gt;</w:t>
        <w:br/>
        <w:t>Живо-живо од чужого&lt;br /&gt;</w:t>
        <w:br/>
        <w:t>Руки одвинеш…&lt;br /&gt;</w:t>
        <w:br/>
        <w:t>Отоді ти, моя мила,&lt;br /&gt;</w:t>
        <w:br/>
        <w:t>Мене спом'янеш…</w:t>
      </w:r>
    </w:p>
    <w:p>
      <w:r>
        <w:br/>
      </w:r>
    </w:p>
    <w:p>
      <w:r>
        <w:br/>
        <w:t>Прийде ранок — ти весела,&lt;br /&gt;</w:t>
        <w:br/>
        <w:t>Других веселиш…&lt;br /&gt;</w:t>
        <w:br/>
        <w:t>Прийде нічка — ти в постелі,&lt;br /&gt;</w:t>
        <w:br/>
        <w:t>Як голубка, спиш…&lt;br /&gt;</w:t>
        <w:br/>
        <w:t>Живо-живо цілі ночки&lt;br /&gt;</w:t>
        <w:br/>
        <w:t>Оком не скинеш…&lt;br /&gt;</w:t>
        <w:br/>
        <w:t>Отоді ти, моя мила,&lt;br /&gt;</w:t>
        <w:br/>
        <w:t>Мене спом'янеш…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Голубонько-дівчинонько...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