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Голубінь розливається знов...</w:t>
      </w:r>
    </w:p>
    <w:p>
      <w:r>
        <w:br/>
        <w:t xml:space="preserve"> ***</w:t>
      </w:r>
    </w:p>
    <w:p>
      <w:r>
        <w:br/>
        <w:t>Голубінь розливається знов,&lt;br /&gt;</w:t>
        <w:br/>
        <w:t>Забуваються батьківські далі.&lt;br /&gt;</w:t>
        <w:br/>
        <w:t>Вперше я заспівав про любов,&lt;br /&gt;</w:t>
        <w:br/>
        <w:t>Вперше я не бажаю скандалить.</w:t>
      </w:r>
    </w:p>
    <w:p>
      <w:r>
        <w:br/>
        <w:t>Був я весь, як занедбаний сад.&lt;br /&gt;</w:t>
        <w:br/>
        <w:t>Лиш вино б, та жінки, та гуляння.&lt;br /&gt;</w:t>
        <w:br/>
        <w:t>Так і жив, не дивившись назад,&lt;br /&gt;</w:t>
        <w:br/>
        <w:t>Розпиляючи молодість ранню.</w:t>
      </w:r>
    </w:p>
    <w:p>
      <w:r>
        <w:br/>
        <w:t>Лиш би поруч сидіти мені&lt;br /&gt;</w:t>
        <w:br/>
        <w:t>І в бездоння очей заглядати,&lt;br /&gt;</w:t>
        <w:br/>
        <w:t>Щоб мої заперечивши дні,&lt;br /&gt;</w:t>
        <w:br/>
        <w:t>До другого піти не змогла ти.</w:t>
      </w:r>
    </w:p>
    <w:p>
      <w:r>
        <w:br/>
        <w:t>Рівний поступ, берізковий стан.&lt;br /&gt;</w:t>
        <w:br/>
        <w:t>Знала б, знала ти серцем суворим,&lt;br /&gt;</w:t>
        <w:br/>
        <w:t>Як уміє любить хуліган&lt;br /&gt;</w:t>
        <w:br/>
        <w:t>Й відчувати дитинно покору.</w:t>
      </w:r>
    </w:p>
    <w:p>
      <w:r>
        <w:br/>
        <w:t>Я навіки б забув кабаки&lt;br /&gt;</w:t>
        <w:br/>
        <w:t>І про вірші б не згадував навіть,&lt;br /&gt;</w:t>
        <w:br/>
        <w:t>Тільки б тихо торкатись руки.&lt;br /&gt;</w:t>
        <w:br/>
        <w:t>І волосся, що золотом манять.</w:t>
      </w:r>
    </w:p>
    <w:p>
      <w:r>
        <w:br/>
        <w:t>Я з тобою б край світу пішов&lt;br /&gt;</w:t>
        <w:br/>
        <w:t>Хоч в свої, хоч в незвідані далі...&lt;br /&gt;</w:t>
        <w:br/>
        <w:t>Вперше я заспівав про любов,&lt;br /&gt;</w:t>
        <w:br/>
        <w:t>Вперше я не бажаю скандалить.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Голубінь розливається знов...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