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Голуб і лелека</w:t>
      </w:r>
    </w:p>
    <w:p>
      <w:r>
        <w:br/>
        <w:t xml:space="preserve"> Якось-то навесні,&lt;br /&gt;</w:t>
        <w:br/>
        <w:t>Коли настали теплі дні,&lt;br /&gt;</w:t>
        <w:br/>
        <w:t>Лелека з вирію прилинув&lt;br /&gt;</w:t>
        <w:br/>
        <w:t>На дороге гніздо своє,&lt;br /&gt;</w:t>
        <w:br/>
        <w:t>Що восени покинув&lt;br /&gt;</w:t>
        <w:br/>
        <w:t>(В житті усяко є!)</w:t>
      </w:r>
    </w:p>
    <w:p>
      <w:r>
        <w:br/>
        <w:t>Домашній Голуб запитав:&lt;br /&gt;</w:t>
        <w:br/>
        <w:t>— Де, друже, був?&lt;br /&gt;</w:t>
        <w:br/>
        <w:t>Що чув?&lt;br /&gt;</w:t>
        <w:br/>
        <w:t>— До вирію літав.&lt;br /&gt;</w:t>
        <w:br/>
        <w:t>Злякався &amp;ndash; вітер в уші свище,&lt;br /&gt;</w:t>
        <w:br/>
        <w:t>Із півночі повіяв холодище,&lt;br /&gt;</w:t>
        <w:br/>
        <w:t>За ним повзе страшна зима&amp;hellip;&lt;br /&gt;</w:t>
        <w:br/>
        <w:t>А в вирію&amp;hellip; Зими нема,&lt;br /&gt;</w:t>
        <w:br/>
        <w:t>Природа стрінула привітом:&lt;br /&gt;</w:t>
        <w:br/>
        <w:t>Там вічне літо!..—</w:t>
      </w:r>
    </w:p>
    <w:p>
      <w:r>
        <w:br/>
        <w:t>А Голуб з усміхом йому:&lt;br /&gt;</w:t>
        <w:br/>
        <w:t>— Тоді ж чому&lt;br /&gt;</w:t>
        <w:br/>
        <w:t>Ти кинув ту країну,&lt;br /&gt;</w:t>
        <w:br/>
        <w:t>Розхвалений той рай,&lt;br /&gt;</w:t>
        <w:br/>
        <w:t>І повернувся на Вкраїну?</w:t>
      </w:r>
    </w:p>
    <w:p>
      <w:r>
        <w:br/>
        <w:t>— Бо це &amp;ndash; мій рідний край!&lt;br /&gt;</w:t>
        <w:br/>
        <w:t>Любов до рідного — могутнє диво!&lt;br /&gt;</w:t>
        <w:br/>
        <w:t>Нехай живеш на чужині щасливо,&lt;br /&gt;</w:t>
        <w:br/>
        <w:t>А туга гірко в серце б'є:&lt;br /&gt;</w:t>
        <w:br/>
        <w:t>Зове Вітчизна й путь далека,&lt;br /&gt;</w:t>
        <w:br/>
        <w:t>І ти летиш, як з вирію Лелека&lt;br /&gt;</w:t>
        <w:br/>
        <w:t>В гніздо своє.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Голуб і лелека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