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 ході</w:t>
      </w:r>
    </w:p>
    <w:p>
      <w:r>
        <w:br/>
        <w:t xml:space="preserve"> &lt;p&gt;Степ був сизий, мов крило орла.</w:t>
      </w:r>
    </w:p>
    <w:p>
      <w:r>
        <w:br/>
        <w:t>Василь із сином заорали ранок на сході, у степу, і сіли під возом снідати. Коні коло воза їли овес із січкою, трусили по полудрабках овесини і сіяли на свіжу ріллю; сіно з рептуха смикав вітер і люто кидав ним об голу землю.</w:t>
      </w:r>
    </w:p>
    <w:p>
      <w:r>
        <w:br/>
        <w:t>Сонце підвелося червоне, заспане, а на вітер, по-Василевому, хрести з вінчиками помалювало на небі...</w:t>
      </w:r>
    </w:p>
    <w:p>
      <w:r>
        <w:br/>
        <w:t>Василь з батьківською ласкою одрізав синові паляниці (пилюга хрускала на зубах), підсунув капустяний листок із салом і повернув голову до воза, слухав:</w:t>
      </w:r>
    </w:p>
    <w:p>
      <w:r>
        <w:br/>
        <w:t>— Десь журавлі летять... Птиця весну чує, а вітряно сьогодні...</w:t>
      </w:r>
    </w:p>
    <w:p>
      <w:r>
        <w:br/>
        <w:t>Він глянув на широкі груди сина, зміряв очима міцну будову його тіла, і легка тінь смутку заломилась вітром на брові Василя:</w:t>
      </w:r>
    </w:p>
    <w:p>
      <w:r>
        <w:br/>
        <w:t>— Ти б застебнувся... Ет, видумує чортовню: "Закурити хочу". Брат, літо як попокуриш коло коси — не то закуриш — почорнієш на жужелицю!..</w:t>
      </w:r>
    </w:p>
    <w:p>
      <w:r>
        <w:br/>
        <w:t>Обидва засміялись; Павло обтер сіном пальці, нахилився до барила і тихо ковтав воду — "буль-буль"...</w:t>
      </w:r>
    </w:p>
    <w:p>
      <w:r>
        <w:br/>
        <w:t>Батько дожовував шматок хліба, позирав на коні і гукав за вітром:</w:t>
      </w:r>
    </w:p>
    <w:p>
      <w:r>
        <w:br/>
        <w:t>— Ну, стій, ще за зиму не вимокла?.. Ич, ребра знать, а губою бринькає, як під осінь!..</w:t>
      </w:r>
    </w:p>
    <w:p>
      <w:r>
        <w:br/>
        <w:t>Василь устав і поправив борозньому Чалому шаньку, потім накинув на плечі шинелю і знову засміявся до сина:</w:t>
      </w:r>
    </w:p>
    <w:p>
      <w:r>
        <w:br/>
        <w:t>— Закурить хочеться, правда? А як витягну книжечку про Тараса Григоровича,— будеш сердиться!</w:t>
      </w:r>
    </w:p>
    <w:p>
      <w:r>
        <w:br/>
        <w:t>Павло скривився і здержав посмішку на русявих вусах — аж заплигала засміятись, але вітер рвонув її, і карі, великі очі Павла дивились на батька не то образливо, не то з проханням.</w:t>
      </w:r>
    </w:p>
    <w:p>
      <w:r>
        <w:br/>
        <w:t>Він не вдержався.</w:t>
      </w:r>
    </w:p>
    <w:p>
      <w:r>
        <w:br/>
        <w:t>— Канєшно, курить могилу з хрестом Тараса Григоровича — чортовня, а ще православні, вєруєщі... Мало вам приношу з комнезаму газет?.. Нє-е, давай Тарасову могилу!..</w:t>
      </w:r>
    </w:p>
    <w:p>
      <w:r>
        <w:br/>
        <w:t>Дивився насмішкувато на батька — сміялись очі:</w:t>
      </w:r>
    </w:p>
    <w:p>
      <w:r>
        <w:br/>
        <w:t>— А ще в неділю —"ти б, Павлуша, про гайдамаччину що-небудь прочитав, га?.." Прочитаєш тепер: я шарив-шарив — де це ділося життя Шевченка, а батько, виходить, засмалюють його? Дов-о-о-ль-но: давайте закуримо!</w:t>
      </w:r>
    </w:p>
    <w:p>
      <w:r>
        <w:br/>
        <w:t>Василь витяг капшук, поклав його на коліна, і на простягнену руку сина — "нє, стой, раз гріх — значить усім гріх" — він почав оправдуватись; голос його хрипко рвався з грудей, поспішав:</w:t>
      </w:r>
    </w:p>
    <w:p>
      <w:r>
        <w:br/>
        <w:t>— Я ж не курю його "Кобзаря", а тільки ту м’якеньку червону книжечку, де хата... а до могили ще не дойшов і не буду її курити!.. Да.</w:t>
      </w:r>
    </w:p>
    <w:p>
      <w:r>
        <w:br/>
        <w:t>Він розв’язав капшук і простяг з папером синові, додав:</w:t>
      </w:r>
    </w:p>
    <w:p>
      <w:r>
        <w:br/>
        <w:t>— Ну, ти ж сам знаєш — край: нема бомаги, а газет власть не присилає... Приходиться...— і Василь винувато гукнув знову на коні: — Ану, Чалий, не дурій!</w:t>
      </w:r>
    </w:p>
    <w:p>
      <w:r>
        <w:br/>
        <w:t>Павло одірвав листочок паперу, перевернув його і, посміхаючись до батька, прочитав:</w:t>
      </w:r>
    </w:p>
    <w:p>
      <w:r>
        <w:br/>
        <w:t>— Бачите: "Учітеся, брати мої, думайте, читайте..."</w:t>
      </w:r>
    </w:p>
    <w:p>
      <w:r>
        <w:br/>
        <w:t>Василь перевів розмову до землі; книжечку з хатою Шевченка обережно згорнув, поклав у капшук і за іскрами городнього тютюну несміло кашлянув, оббив попілець цигарки:</w:t>
      </w:r>
    </w:p>
    <w:p>
      <w:r>
        <w:br/>
        <w:t>— До вечора умре десятина, га?</w:t>
      </w:r>
    </w:p>
    <w:p>
      <w:r>
        <w:br/>
        <w:t>Син затягся димом і пускав носом:</w:t>
      </w:r>
    </w:p>
    <w:p>
      <w:r>
        <w:br/>
        <w:t>— Умре-е... Ще до захід сонця упораємо. Правда, Чалий?..</w:t>
      </w:r>
    </w:p>
    <w:p>
      <w:r>
        <w:br/>
        <w:t>Чалий на слова Павлові повернув голову од шаньки, подивився на нього своїми великими очима, де маленькими рівчаками текли од вітру сльози, трохи подумав, підкинув головою шаньку і незадоволено сипнув на землю січки.</w:t>
      </w:r>
    </w:p>
    <w:p>
      <w:r>
        <w:br/>
        <w:t>Василь підвівся із землі, розправив поперек і ще раз суворо гукнув на коня:</w:t>
      </w:r>
    </w:p>
    <w:p>
      <w:r>
        <w:br/>
        <w:t>— Ану!</w:t>
      </w:r>
    </w:p>
    <w:p>
      <w:r>
        <w:br/>
        <w:t>Брови Василя похмарніли під вітром, очі заласкавши, і він твердо сперся руками на чепіги плуга; слова вирвались з грудей не до сина, а просто в степ — і були рвачкі, мов вітер:</w:t>
      </w:r>
    </w:p>
    <w:p>
      <w:r>
        <w:br/>
        <w:t>— Тець, ореш, а красних днів не бачиш; була царизна — робили, прийшов Совєт — робимо, а пани як длили шовками в городах, і по цей день пливуть!</w:t>
      </w:r>
    </w:p>
    <w:p>
      <w:r>
        <w:br/>
        <w:t>Думав:</w:t>
      </w:r>
    </w:p>
    <w:p>
      <w:r>
        <w:br/>
        <w:t>— Отут тобі, Павле, все твоє — "Учітеся, брати мої...",— він злісно обдер на пужалні кору і кинув її аж за обніжок: — Така тобі чехоня, вийде на базар з собачкою — плюнуть би не схотів, а візьме масло, що на подворне заплатить виніс... і "не жолтоє!.."</w:t>
      </w:r>
    </w:p>
    <w:p>
      <w:r>
        <w:br/>
        <w:t>Думка Василя горіла, її підхоплював у словах вітер і несміло кидав у сухе бадилля степу...</w:t>
      </w:r>
    </w:p>
    <w:p>
      <w:r>
        <w:br/>
        <w:t>Він запрягав у борозну Чалого, розправляв під хомутом гриву коня і підкидав на мулятину сіна.</w:t>
      </w:r>
    </w:p>
    <w:p>
      <w:r>
        <w:br/>
        <w:t>— Робочі? Вони теж лямку тягнуть, як і ми... Хіба не приносили на села останні штани на минжу?.. А хто винен, хто?! Отак і виходить: і власть наша, і порядки нові, а все по-старому, збулися великих панів, чорт наплодив дрібних, і п’ють як п’явки!.. Кай, капітал, одним словом!.. Ану, рушай, Чалий! А то в тюрму за такі речі підеш!..</w:t>
      </w:r>
    </w:p>
    <w:p>
      <w:r>
        <w:br/>
        <w:t>Василь злісно засміявся, поправив шлею коневі і твердо став у борозну.</w:t>
      </w:r>
    </w:p>
    <w:p>
      <w:r>
        <w:br/>
        <w:t>Коні смикнули...</w:t>
      </w:r>
    </w:p>
    <w:p>
      <w:r>
        <w:br/>
        <w:t>Павло підняв батіг — він звився од вітру: — "Гиття, малі, тупай!..", і коні тупали, земля рипіла під плугом, торішні вінички під барками коней низько схиляли свої нечесані кучері і падали у борозну — їх привертала земля, і степом — вітер: різкий, м’який, пахучий вітер і дзвін гайки коло плуга...</w:t>
      </w:r>
    </w:p>
    <w:p>
      <w:r>
        <w:br/>
        <w:t>— Тупай, малі-і-і!..</w:t>
      </w:r>
    </w:p>
    <w:p>
      <w:r>
        <w:br/>
        <w:t>Над степом стало сонце, Павло здержав коні — повертали коло Зеленої могили — і зціпив кулак.</w:t>
      </w:r>
    </w:p>
    <w:p>
      <w:r>
        <w:br/>
        <w:t>— Ви про панів даром такої думки: хто ж тоді лій збиратиме з нас, як їх не стане?.. О, якби...— він не скінчив за вітром думки: — Соб, Канталупка, сліпа, чи що?</w:t>
      </w:r>
    </w:p>
    <w:p>
      <w:r>
        <w:br/>
        <w:t>Коні йшли добре. Павло водив рівно, держав поводи міцно, очі блищали одним блиском з Чалим, брови сходилися серпами, прижмурені від пилу, ступав по землі широко і твердо.</w:t>
      </w:r>
    </w:p>
    <w:p>
      <w:r>
        <w:br/>
        <w:t>— Хіба графиня Браницька думала, що я її письма куритиму? Ха-ха-ха!..</w:t>
      </w:r>
    </w:p>
    <w:p>
      <w:r>
        <w:br/>
        <w:t>І вітер так само разом з Василем:</w:t>
      </w:r>
    </w:p>
    <w:p>
      <w:r>
        <w:br/>
        <w:t>— Ха-ха-ха!.. Наче воєнна цензура, ха-ха-ха.</w:t>
      </w:r>
    </w:p>
    <w:p>
      <w:r>
        <w:br/>
        <w:t>На межі дзвонив плуг; тоді Павло припиняв коні і повертав своє лице до степу:</w:t>
      </w:r>
    </w:p>
    <w:p>
      <w:r>
        <w:br/>
        <w:t>— Які лани держала сама: од залізниць до Дніпра — ліси, озера, луги... Мабуть, шматок сподниці дала б скурити, не то письма, аби не орав цієї десятини Василь Орлюк?!.</w:t>
      </w:r>
    </w:p>
    <w:p>
      <w:r>
        <w:br/>
        <w:t>Старий висмикав істик, прочищав плуга:</w:t>
      </w:r>
    </w:p>
    <w:p>
      <w:r>
        <w:br/>
        <w:t>— А тепер скрізь кротами поліз по степу мужик — наш степ, брешуть!</w:t>
      </w:r>
    </w:p>
    <w:p>
      <w:r>
        <w:br/>
        <w:t>Павло сміявся:</w:t>
      </w:r>
    </w:p>
    <w:p>
      <w:r>
        <w:br/>
        <w:t>— Ого-го-го! Коли діло касається степу, ми тоді як мур; тоді, брат, не скубнеш дурничкою... Зелена могила знає. З вилами боронимо степ, ге?</w:t>
      </w:r>
    </w:p>
    <w:p>
      <w:r>
        <w:br/>
        <w:t>Він розправляв поводи, слухав, як форкав Чалий до води, і далеко кинув очима до криничовини в левадах: "Напоїть треба..."</w:t>
      </w:r>
    </w:p>
    <w:p>
      <w:r>
        <w:br/>
        <w:t>Така балачка подобалась Василеві, він держав міцніше чепіги плуга, а коли починали нову борозну, дзвонив ним, мов молодий,— куріла земля...</w:t>
      </w:r>
    </w:p>
    <w:p>
      <w:r>
        <w:br/>
        <w:t>І тільки синова спина сіріла за яблуками на стегнах Канталупки, а голос проти вітру:</w:t>
      </w:r>
    </w:p>
    <w:p>
      <w:r>
        <w:br/>
        <w:t>— От я хотів би, аби подивилась графиня Браницька, як дядьки з вилами рушають у бій... Зомліла б, тату, щоб побачила вас розхристаного на шляху, гей — зомліла... Чалий, не слухай!..</w:t>
      </w:r>
    </w:p>
    <w:p>
      <w:r>
        <w:br/>
        <w:t>У Василя зацвіли очі силою... Він їх прижмурив і повернув головою просто до сонця — там у синіх туманах плив степ і низько-низько, аж над хрестом Покрови, клекотіли журавлі — виводили пісню... І степ, і сонце, і далекий бір — все співало разом з журавлиною піснею у грудях Василя:</w:t>
      </w:r>
    </w:p>
    <w:p>
      <w:r>
        <w:br/>
        <w:t>— Земля... Земля... Земля...</w:t>
      </w:r>
    </w:p>
    <w:p>
      <w:r>
        <w:br/>
        <w:t>Він хотів показати свою радість синові — нахилився, взяв у жменю грудку землі, роздавив її:</w:t>
      </w:r>
    </w:p>
    <w:p>
      <w:r>
        <w:br/>
        <w:t>— А панський пар добрий, треба сказати правду, вміли, сукини сини, нами обробляти землю!..</w:t>
      </w:r>
    </w:p>
    <w:p>
      <w:r>
        <w:br/>
        <w:t>Перед його очима стояла лозою панська пшениця — вилискувалась, мінилася смугами зеленими, жовтими, блакитними і гасла на обрії, мов радість Василева. О, він знає, як падало сонце у цвіт польової моркви, мов у чащу,— це була межа панського і мужицького.</w:t>
      </w:r>
    </w:p>
    <w:p>
      <w:r>
        <w:br/>
        <w:t>Василь став хижим і хитрим:</w:t>
      </w:r>
    </w:p>
    <w:p>
      <w:r>
        <w:br/>
        <w:t>— Гай гуде і риба грає: пшеничка була, та загула... Не вернеться... Прокурили.</w:t>
      </w:r>
    </w:p>
    <w:p>
      <w:r>
        <w:br/>
        <w:t>Він похмарнів; слова падали у борозну і побажання землі були прості, мужицькі:</w:t>
      </w:r>
    </w:p>
    <w:p>
      <w:r>
        <w:br/>
        <w:t>— Хай родить тепер — ми кров’ю сполоскали степ...</w:t>
      </w:r>
    </w:p>
    <w:p>
      <w:r>
        <w:br/>
        <w:t>Задзвонив плуг, коні рвонули, й леміш вивернув на землю череп людини. Василь із сиром стали.</w:t>
      </w:r>
    </w:p>
    <w:p>
      <w:r>
        <w:br/>
        <w:t>— Оце ж тая Зелена могила, що кров’ю китайців куріла...</w:t>
      </w:r>
    </w:p>
    <w:p>
      <w:r>
        <w:br/>
        <w:t>Павло перевернув пужалном голову, оглянув плескатий лоб, розломлену скивицю і задумався.-</w:t>
      </w:r>
    </w:p>
    <w:p>
      <w:r>
        <w:br/>
        <w:t>— Китайці — вірні служаки...</w:t>
      </w:r>
    </w:p>
    <w:p>
      <w:r>
        <w:br/>
        <w:t>Василь присів і тихо дзвонив істиком об голову, а сина спитав очима в землю:</w:t>
      </w:r>
    </w:p>
    <w:p>
      <w:r>
        <w:br/>
        <w:t>— Голова, як казан чумацький... А може, це який степовик наш закляк тут із вилами?</w:t>
      </w:r>
    </w:p>
    <w:p>
      <w:r>
        <w:br/>
        <w:t>Павло скривився і хитнув головою — "ні", а батькові просто сказав:</w:t>
      </w:r>
    </w:p>
    <w:p>
      <w:r>
        <w:br/>
        <w:t>— Наших тут не били. Хіба не видно? Це голова ході... Тут були тільки вони.</w:t>
      </w:r>
    </w:p>
    <w:p>
      <w:r>
        <w:br/>
        <w:t>Одпріг коня і поїхав задуманий напувати під левади; по дорозі розчісував гриву Чалого, і голова ході в мереживі думки Павлової стояла тільки один мент і заткалася... Його лоскотав степовий вітер, напинав груди, і в пам’яті стала Ганна, його жінка,— а дівчиною якраз тоді — вибирала плоскінь — за стеблиною смикала із свого серця "журавочку"... Чи син, чи дочка?..</w:t>
      </w:r>
    </w:p>
    <w:p>
      <w:r>
        <w:br/>
        <w:t>Йому хотілось співати; він пустив вільно поводи і пішов назустріч вітрові шукати у пісні дівчину, що кажуть люди:</w:t>
      </w:r>
    </w:p>
    <w:p>
      <w:r>
        <w:br/>
        <w:t>А я б рада задля тебе брата отруїти...</w:t>
      </w:r>
    </w:p>
    <w:p>
      <w:r>
        <w:br/>
        <w:t>І з болем дає Павло пораду дівчині — пісня стелеться по гриві Чалого, він стомлено ступає, а степ не слухає, свистить у торішніх бур’янах і на чотири вітри розсотує пісню:</w:t>
      </w:r>
    </w:p>
    <w:p>
      <w:r>
        <w:br/>
        <w:t>В чистім полі могилочка,</w:t>
      </w:r>
    </w:p>
    <w:p>
      <w:r>
        <w:br/>
        <w:t>На могилі калиночка,</w:t>
      </w:r>
    </w:p>
    <w:p>
      <w:r>
        <w:br/>
        <w:t>На калині — гадючина;</w:t>
      </w:r>
    </w:p>
    <w:p>
      <w:r>
        <w:br/>
        <w:t>На калину сонце пече,</w:t>
      </w:r>
    </w:p>
    <w:p>
      <w:r>
        <w:br/>
        <w:t>А з гадини отруй тече...</w:t>
      </w:r>
    </w:p>
    <w:p>
      <w:r>
        <w:br/>
        <w:t>Павло ненавидить таку сестру і кидає коневі, мов товаришеві:</w:t>
      </w:r>
    </w:p>
    <w:p>
      <w:r>
        <w:br/>
        <w:t>— Ні, не цієї, Чалий, треба співати!</w:t>
      </w:r>
    </w:p>
    <w:p>
      <w:r>
        <w:br/>
        <w:t>Перед ним знову сіріє на ріллі голова ході, кінь щулить вухо — слухає:</w:t>
      </w:r>
    </w:p>
    <w:p>
      <w:r>
        <w:br/>
        <w:t>— Знаєш, якої співали, коли наступали на Зелену могилу?.. Ти тоді толочив панську пшеницю, рвав копитами коріння вівса, і на всю прить — "ех, карабінка моя, давно порох нюхала" — роями кулі.</w:t>
      </w:r>
    </w:p>
    <w:p>
      <w:r>
        <w:br/>
        <w:t>Голова ході?</w:t>
      </w:r>
    </w:p>
    <w:p>
      <w:r>
        <w:br/>
        <w:t>— Яз Хайнан!.. Я з Хайнан!..— Це був дикий крик у степу одного китайця.</w:t>
      </w:r>
    </w:p>
    <w:p>
      <w:r>
        <w:br/>
        <w:t>Павло пам’ятає.</w:t>
      </w:r>
    </w:p>
    <w:p>
      <w:r>
        <w:br/>
        <w:t>"Сонце пече,— пригадується йому пісня,— а з шаблі кров тече..."</w:t>
      </w:r>
    </w:p>
    <w:p>
      <w:r>
        <w:br/>
        <w:t>...І голова одного ході стоїть і зараз нерозгадана: розстріляли сорок, а останньому сам отаман волю дав...</w:t>
      </w:r>
    </w:p>
    <w:p>
      <w:r>
        <w:br/>
        <w:t>Розкошені очі китайця дивились прямо, без страху, трохи закриті віями, і сміялися над смертю.</w:t>
      </w:r>
    </w:p>
    <w:p>
      <w:r>
        <w:br/>
        <w:t>— Твой думал, ходя не умел умірай? Я не сказал: "3 Хайнан!" Знай: патрон єсть — свобод єсть. Мой умірай за свобод... всех свобод умірай...</w:t>
      </w:r>
    </w:p>
    <w:p>
      <w:r>
        <w:br/>
        <w:t>— Та-а-ак.</w:t>
      </w:r>
    </w:p>
    <w:p>
      <w:r>
        <w:br/>
        <w:t>Чорна тінь до сонця лягла на мочарищі; іржали коні до води... . .</w:t>
      </w:r>
    </w:p>
    <w:p>
      <w:r>
        <w:br/>
        <w:t>Ще мати покійні казали: "З усіх комуністів такий був один розумний ходя, все посміхається: "Бедно,— каже,— живеш". А вскочила до хати Якилинка, він розчинив якусь коробку, витяг чорне-чорне, мов жуки, з синіми камінчиками намисто, передав мені: "Вона ході боїться, дай сама". Попрощався, такий добрий, тільки нелупки й попоїв, хотіла внести ряжанки, а він..."</w:t>
      </w:r>
    </w:p>
    <w:p>
      <w:r>
        <w:br/>
        <w:t>Павло з якимсь дитячим жалем засміявся:</w:t>
      </w:r>
    </w:p>
    <w:p>
      <w:r>
        <w:br/>
        <w:t>— Чудна у мене була мати: "А може,— казала,— і мій син десь по чужих українах буде скитатись, а хтось шматок хліба дасть — в горлі стане?.."</w:t>
      </w:r>
    </w:p>
    <w:p>
      <w:r>
        <w:br/>
        <w:t>Коли напоїв коні, прив’язав до верби Чалого і приліг сам напитись криничної води, споліскував барило — у криниці, між зеленим жабуринням, знову здалась голова ході і пам’ять пустила за вітром ще одне...</w:t>
      </w:r>
    </w:p>
    <w:p>
      <w:r>
        <w:br/>
        <w:t>Тоді така смага пекла нас, почорніли, мило на конях, а отаман без сорочки кінноті дякував... і кинув своє слово до Ході насмішкувато, з ненавистю:</w:t>
      </w:r>
    </w:p>
    <w:p>
      <w:r>
        <w:br/>
        <w:t>— Чуєш, хлопці, "патрон єсть — свобод єсть! Мой умірай за свобод". А ми за що вмираємо?</w:t>
      </w:r>
    </w:p>
    <w:p>
      <w:r>
        <w:br/>
        <w:t>І наказ дано мені:</w:t>
      </w:r>
    </w:p>
    <w:p>
      <w:r>
        <w:br/>
        <w:t>— Ану, Павлику, прожени стовповим шляхом китайоза!</w:t>
      </w:r>
    </w:p>
    <w:p>
      <w:r>
        <w:br/>
        <w:t>Кавалеристи закидали назад чорні шлики, сміялися, витирали рукавами гімнастерок піт, і гарячим степом котилась п’яна думка одного повстанця:</w:t>
      </w:r>
    </w:p>
    <w:p>
      <w:r>
        <w:br/>
        <w:t>— А якому він богу вірує, га?..</w:t>
      </w:r>
    </w:p>
    <w:p>
      <w:r>
        <w:br/>
        <w:t>Ходя сів на обніжок і ждав; косі очі його дивились на сонце; жовті здорові зуби смоктали колінце житини, а пальцями перебирав траву, здавалось, ловив там метеликів, мережав їм крильця і — пускав...</w:t>
      </w:r>
    </w:p>
    <w:p>
      <w:r>
        <w:br/>
        <w:t>Я мляво зняв з плеча рушницю, підійшов до ході, він спокійно показав рукою на груди, і мережані метелики заплутались у лайці отамана:</w:t>
      </w:r>
    </w:p>
    <w:p>
      <w:r>
        <w:br/>
        <w:t>— Чого ти не прогнав його степом?..</w:t>
      </w:r>
    </w:p>
    <w:p>
      <w:r>
        <w:br/>
        <w:t>Він сильно ударив прикладом по скивиці ходю, і разом з розривною кулею закуріла кров...</w:t>
      </w:r>
    </w:p>
    <w:p>
      <w:r>
        <w:br/>
        <w:t>. . . . . . . . . . . . . . . . . . . . . . . . . . . . .</w:t>
      </w:r>
    </w:p>
    <w:p>
      <w:r>
        <w:br/>
        <w:t>...У пізній полудень доорали десятину; коні ходили важко, думка Павла не в’язалася з батьківською, і він замовк.</w:t>
      </w:r>
    </w:p>
    <w:p>
      <w:r>
        <w:br/>
        <w:t>Коли розорали останню борозну, Василь перехрестився, розправив до чепіг руки і став на захід сонця, мов кремезна, згорблена тінь степу, а Павло чогось поспитав батька:</w:t>
      </w:r>
    </w:p>
    <w:p>
      <w:r>
        <w:br/>
        <w:t>— Де ж ви діли голову ході?</w:t>
      </w:r>
    </w:p>
    <w:p>
      <w:r>
        <w:br/>
        <w:t>— Е-е, ходя мій лежить коло воза: це ж тут китайців побито?</w:t>
      </w:r>
    </w:p>
    <w:p>
      <w:r>
        <w:br/>
        <w:t>Павло мовчки кивнув головою, але старий наче забувся і вів балачку далі:</w:t>
      </w:r>
    </w:p>
    <w:p>
      <w:r>
        <w:br/>
        <w:t>— Справді, чого він прийшов умирать до нас у степи?</w:t>
      </w:r>
    </w:p>
    <w:p>
      <w:r>
        <w:br/>
        <w:t>Син був незадоволений: голова ході стояла перед ним і зараз, а з нею бій за Зелену могилу і метелики сонце тчуть на крильцях...</w:t>
      </w:r>
    </w:p>
    <w:p>
      <w:r>
        <w:br/>
        <w:t>— Та-ак... Упорали... це зветься — амінь... і Чалому спасибі.</w:t>
      </w:r>
    </w:p>
    <w:p>
      <w:r>
        <w:br/>
        <w:t>Коло воза вони застали Ганну, жінку Павлову.</w:t>
      </w:r>
    </w:p>
    <w:p>
      <w:r>
        <w:br/>
        <w:t>— Сиджу й дивлюся — батько голову китайця хотять додому везти...</w:t>
      </w:r>
    </w:p>
    <w:p>
      <w:r>
        <w:br/>
        <w:t>Василь мирно, любовно дивився на Павла, рівняв жваву Ганну і рішив по-своєму:</w:t>
      </w:r>
    </w:p>
    <w:p>
      <w:r>
        <w:br/>
        <w:t>— Трошки не доорана борозна на розум, але роботяща й гарна. Житимуть.</w:t>
      </w:r>
    </w:p>
    <w:p>
      <w:r>
        <w:br/>
        <w:t>Павло запріг коні, поклав на віз плуга, підібрав сіно, повернув воза до шляху і ще раз підійшов до голови ході, а Ганні по дорозі суворо сказав:</w:t>
      </w:r>
    </w:p>
    <w:p>
      <w:r>
        <w:br/>
        <w:t>— Сідайте з батьком на віз, тільки рептух собі підклади, понімаєш?</w:t>
      </w:r>
    </w:p>
    <w:p>
      <w:r>
        <w:br/>
        <w:t>"Мой умірай за свобод..."</w:t>
      </w:r>
    </w:p>
    <w:p>
      <w:r>
        <w:br/>
        <w:t>Він ударив носком черевика голову ході, вона кумедно розкололась надвоє і покотилась по свіжій ріллі.</w:t>
      </w:r>
    </w:p>
    <w:p>
      <w:r>
        <w:br/>
        <w:t>Василеві це не сподобалось, він образливо поспитав сина:</w:t>
      </w:r>
    </w:p>
    <w:p>
      <w:r>
        <w:br/>
        <w:t>— І нащо це робить?</w:t>
      </w:r>
    </w:p>
    <w:p>
      <w:r>
        <w:br/>
        <w:t>А Ганна, мов посмітюха:</w:t>
      </w:r>
    </w:p>
    <w:p>
      <w:r>
        <w:br/>
        <w:t>— Фі-хі, а вам що, китайця жаль?</w:t>
      </w:r>
    </w:p>
    <w:p>
      <w:r>
        <w:br/>
        <w:t>Павло задержав віжками коні і сміх Ганни, оглянувся назад, де сіріли дві половини голови ході:</w:t>
      </w:r>
    </w:p>
    <w:p>
      <w:r>
        <w:br/>
        <w:t>— Хай на чотири вітри рознесе, коли це голова ході, якого я знаю!</w:t>
      </w:r>
    </w:p>
    <w:p>
      <w:r>
        <w:br/>
        <w:t>Всі мовчали. Віжки заграли у руках Павла, він не слухав, як летіли за вітром слова батька:</w:t>
      </w:r>
    </w:p>
    <w:p>
      <w:r>
        <w:br/>
        <w:t>— Ге... Отак прийшлося козакові вмерти. Де Китай той... і розкидали людей по світах...</w:t>
      </w:r>
    </w:p>
    <w:p>
      <w:r>
        <w:br/>
        <w:t>У вибоїнах задзвонив плуг, Павло повернувся всім тілом до Ганни, догоряло у хмарах вечірнє сонце, а вітер нахиляв голову Ганни до нього і на лемеші одбив два силуети...</w:t>
      </w:r>
    </w:p>
    <w:p>
      <w:r>
        <w:br/>
        <w:t>Ганна згасала під сонцем, мов прив’яла аргонія; вони везли з Павлом якусь свою радість і сміялися... Вона штовхала його:</w:t>
      </w:r>
    </w:p>
    <w:p>
      <w:r>
        <w:br/>
        <w:t>— У-у, і — сплеще... хіба доктор бог. "Син чи дочка?" Вітер гнав хмари, переймав Василевого воза, а Павло показував йому свої здорові, побризкані степовим пилом руки коло віжок і різко, бадьоро гукав:</w:t>
      </w:r>
    </w:p>
    <w:p>
      <w:r>
        <w:br/>
        <w:t>— Тупай, Чалий!.. Скоро домівка...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 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