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Голодному й опеньки – м’ясо</w:t>
      </w:r>
    </w:p>
    <w:p>
      <w:r>
        <w:br/>
        <w:t xml:space="preserve"> &lt;p&gt;Міщанська комедія-водевіль на 2 дії</w:t>
      </w:r>
    </w:p>
    <w:p>
      <w:r>
        <w:br/>
        <w:t>ДІЙОВІ ОСОБИ:</w:t>
      </w:r>
    </w:p>
    <w:p>
      <w:r>
        <w:br/>
        <w:t>Трохим Петрович Дармостук, київський міщанин, бондар, немолодий, сивуватий, але кремезний, здоровий чоловік. Удівець.</w:t>
      </w:r>
    </w:p>
    <w:p>
      <w:r>
        <w:br/>
        <w:t>Марта Сидорівна Мочульська, міщанка, немолода панна, 35 літ, негарна. Має різницю й хату.</w:t>
      </w:r>
    </w:p>
    <w:p>
      <w:r>
        <w:br/>
        <w:t>Петро Іванович Скрипчинський, дрібний чиновник з казенної палати, 25 літ. Проворний, штукар.</w:t>
      </w:r>
    </w:p>
    <w:p>
      <w:r>
        <w:br/>
        <w:t>Василь Тихонович Солодкевич, дрібний чиновник з казенної палати, 25 літ, товариш Скрипчинського з духовної школи.</w:t>
      </w:r>
    </w:p>
    <w:p>
      <w:r>
        <w:br/>
        <w:t>Ф е с я, молода дівчина | міщанки, швачки з магазину мод,</w:t>
      </w:r>
    </w:p>
    <w:p>
      <w:r>
        <w:br/>
        <w:t>Леся, молода дівчина /живуть в Мочульської в флігелі.</w:t>
      </w:r>
    </w:p>
    <w:p>
      <w:r>
        <w:br/>
        <w:t>М е л а ш к а, наймичка Мочульської, сільська молодиця.</w:t>
      </w:r>
    </w:p>
    <w:p>
      <w:r>
        <w:br/>
        <w:t>Тетяна Круторебриха, шептуха, стара баба.</w:t>
      </w:r>
    </w:p>
    <w:p>
      <w:r>
        <w:br/>
        <w:t>Гості: міщанки й міщани.</w:t>
      </w:r>
    </w:p>
    <w:p>
      <w:r>
        <w:br/>
        <w:t>Дія діється в Києві на Глибочиці.</w:t>
      </w:r>
    </w:p>
    <w:p>
      <w:r>
        <w:br/>
        <w:t>ДІЯ ПЕРША</w:t>
      </w:r>
    </w:p>
    <w:p>
      <w:r>
        <w:br/>
        <w:t>На сцені — кімната в домі Мочульської, в котрої стоять на кватирі Скрипчинський та Солодкевич. В убогій кімнаті двоє простих ліжок, стіл та два прості стільці. Двері збоку в пекарню; другі двері в коридор.</w:t>
      </w:r>
    </w:p>
    <w:p>
      <w:r>
        <w:br/>
        <w:t>ВИХІД 1</w:t>
      </w:r>
    </w:p>
    <w:p>
      <w:r>
        <w:br/>
        <w:t>Мочульська сама.</w:t>
      </w:r>
    </w:p>
    <w:p>
      <w:r>
        <w:br/>
        <w:t>Мочульська (прибирає в кімнаті). Та й дав же мені господь кватирантів! Жеруть, як вовки, а грошей за кватиру не платять вже два місяці. Підождіть, Марто Сидорівно, та й підождіть! А доки вже мені ждати. Не знаю, як од їх одчепитись. Пішла б в поліцію жалітись, так не смію: як увійду в ту поліцію, то аж уся трушуся. Не дать їсти — шкода хлопців, а найбільше того Солодкевича, що такий гарний, як намальований. Про Скрипчинського мені байдуже. Хоч і веселий, та вже дуже великий вітрогон: все жартує та на смішки мене підіймає. Але хоч я й добра, та, мабуть, сьогодня не дам-таки їм обідати. Нехай скакають голодні! Може, викручу якого карбованця.</w:t>
      </w:r>
    </w:p>
    <w:p>
      <w:r>
        <w:br/>
        <w:t>ВИХІД 2</w:t>
      </w:r>
    </w:p>
    <w:p>
      <w:r>
        <w:br/>
        <w:t>Мочульська та Дармостук.</w:t>
      </w:r>
    </w:p>
    <w:p>
      <w:r>
        <w:br/>
        <w:t>Дармостук (входить з обручами та клепками в руках). Добридень вам, Марто Сидорівно! Як ваше здоров'ячко?</w:t>
      </w:r>
    </w:p>
    <w:p>
      <w:r>
        <w:br/>
        <w:t>Мочульська. Доброго здоров'я, Трохиме Петровичу. Спасибі вам. Що це ви? З ярмарку, чи що?</w:t>
      </w:r>
    </w:p>
    <w:p>
      <w:r>
        <w:br/>
        <w:t>Дармостук. Та еге ж! Ви мене просили зробити вам діжку на капусту. Ось, гляньте, яких я вам обручиків та клепочок дістав! Чи добрі?</w:t>
      </w:r>
    </w:p>
    <w:p>
      <w:r>
        <w:br/>
        <w:t>Мочульська. Та добрі ж та міцні! Буде добряща діжка. А це що в вас під пахвою? Паляниця, чи що?</w:t>
      </w:r>
    </w:p>
    <w:p>
      <w:r>
        <w:br/>
        <w:t>Дармостук. Е! Не вгадали! Це те, що ви найбільше любите.</w:t>
      </w:r>
    </w:p>
    <w:p>
      <w:r>
        <w:br/>
        <w:t>Мочульська. Що ж би там таке смачне? Може, маковники?</w:t>
      </w:r>
    </w:p>
    <w:p>
      <w:r>
        <w:br/>
        <w:t>Дармостук. Ні!</w:t>
      </w:r>
    </w:p>
    <w:p>
      <w:r>
        <w:br/>
        <w:t>Мочульська. Може, коржики з мигдалями? Дармостук. Ні!</w:t>
      </w:r>
    </w:p>
    <w:p>
      <w:r>
        <w:br/>
        <w:t>Мочульська. Що ж воно таке? Та вже й сама не знаю, що я найбільше люблю. Та покажіть-бо! (Йде до його, він оступається).</w:t>
      </w:r>
    </w:p>
    <w:p>
      <w:r>
        <w:br/>
        <w:t>Дармостук. Не покажу, нехай кортить. (Розв'язує з хустки чубату курку й показує). Ось що! Чубатенька курочка. А правда, вгадав ваш смак?</w:t>
      </w:r>
    </w:p>
    <w:p>
      <w:r>
        <w:br/>
        <w:t>Мочульська. Так, так, так. Це правда: я дуже люблю чубатих курей. Але ж і ви, Трохимовичу, догадливі.</w:t>
      </w:r>
    </w:p>
    <w:p>
      <w:r>
        <w:br/>
        <w:t>Дармостук. А бачите! Догадався, що вам до смаку. Нате ж вам цей гостинчик.</w:t>
      </w:r>
    </w:p>
    <w:p>
      <w:r>
        <w:br/>
        <w:t>Мочульська. Спасибі, спасибі за гостинчик. Коли б ще й чубатого півня дістали, мала б і чубаті курчата.</w:t>
      </w:r>
    </w:p>
    <w:p>
      <w:r>
        <w:br/>
        <w:t>Дармостук. За чубатим півнем недалеко ходити, бо він і сам прийшов до курочки.</w:t>
      </w:r>
    </w:p>
    <w:p>
      <w:r>
        <w:br/>
        <w:t>Мочульська. Он куди гне старий!</w:t>
      </w:r>
    </w:p>
    <w:p>
      <w:r>
        <w:br/>
        <w:t>Дармостук. Який же я старий? Як угляджу де молоденьку молодичку або дівчину, то аж жижки задрижать. (Залицяється до Мочульської... Співає).</w:t>
      </w:r>
    </w:p>
    <w:p>
      <w:r>
        <w:br/>
        <w:t>Якби мені зранку, Горілочки чарку</w:t>
      </w:r>
    </w:p>
    <w:p>
      <w:r>
        <w:br/>
        <w:t>(витяга з кишені пляшку)</w:t>
      </w:r>
    </w:p>
    <w:p>
      <w:r>
        <w:br/>
        <w:t>Та тютюн та люльку, Дівчину Ганульку.</w:t>
      </w:r>
    </w:p>
    <w:p>
      <w:r>
        <w:br/>
        <w:t>А от я приніс вам і тієї солоденької вишнівочки, що ви любите. Така добра, що як вип'єш, то й губи оближеш.</w:t>
      </w:r>
    </w:p>
    <w:p>
      <w:r>
        <w:br/>
        <w:t>Мочульська. Чого це ви сьогодня такі щедрі?</w:t>
      </w:r>
    </w:p>
    <w:p>
      <w:r>
        <w:br/>
        <w:t>Дармостук. Тим, що вас сьогодня дуже люблю.</w:t>
      </w:r>
    </w:p>
    <w:p>
      <w:r>
        <w:br/>
        <w:t>Мочульська (соромливо). Тільки сьогодня. А вчора?</w:t>
      </w:r>
    </w:p>
    <w:p>
      <w:r>
        <w:br/>
        <w:t>Дармостук. Та і вчора й позавчора, і торік й позаторік.</w:t>
      </w:r>
    </w:p>
    <w:p>
      <w:r>
        <w:br/>
        <w:t>Мочульська. Яке ви чудне говорите, аж мені сором. (Затуляє очі долонею). А я передніше од вас цього не чула...</w:t>
      </w:r>
    </w:p>
    <w:p>
      <w:r>
        <w:br/>
        <w:t>Дармостук (набік). Хоч і поганенька на виду моя сусіда, але товстенька та й грошовита. Має різниці. Варто було б удівцеві на старість притулитись до цієї різниці. (Голосно). Передніше не чули од мене цього, бо я так, як і ви, соромливий собі трохи. А це мене так вхопило за серце, неначе його хто залізним обручем скрутив. Марто Сидорівно! (Дивиться на неї з любощами в очах). Ох, довше не видержу... Та сідаймо ж та покуштуйте оцієї солоденької та добренької, то, може, й ви станете добріші до мене.</w:t>
      </w:r>
    </w:p>
    <w:p>
      <w:r>
        <w:br/>
        <w:t>Мочульська. То й сідаймо. Прошу покірненько.</w:t>
      </w:r>
    </w:p>
    <w:p>
      <w:r>
        <w:br/>
        <w:t>ВИХІД З</w:t>
      </w:r>
    </w:p>
    <w:p>
      <w:r>
        <w:br/>
        <w:t>Ті самі й Мелашка.</w:t>
      </w:r>
    </w:p>
    <w:p>
      <w:r>
        <w:br/>
        <w:t>Мочульська. Мелашко! А принеси сюди дві чарки та вхопи на тарілку закусочки. Мелашка. Зараз.</w:t>
      </w:r>
    </w:p>
    <w:p>
      <w:r>
        <w:br/>
        <w:t>Мелашка приносить дві чарки й тарілку з закускою, становить на стіл і виходить.</w:t>
      </w:r>
    </w:p>
    <w:p>
      <w:r>
        <w:br/>
        <w:t>ВИХІД 4 Дармостук та Мочульська.</w:t>
      </w:r>
    </w:p>
    <w:p>
      <w:r>
        <w:br/>
        <w:t>Дармостук. Вип'ємо ж по чарці та поп'ємося та й будемо веселі, та, може, трошки й пожартуємо. (Наливає чарки). Дай же, боже, нам здоров'я!</w:t>
      </w:r>
    </w:p>
    <w:p>
      <w:r>
        <w:br/>
        <w:t>Мочульська. Даруй, господи! Ет! Куди мені до жартів. Тут мені такий клопіт з тими столовниками. Не платять грошей за кватиру вже два місяці, та ще й вередують.</w:t>
      </w:r>
    </w:p>
    <w:p>
      <w:r>
        <w:br/>
        <w:t>Дармостук. То ви їх проженіть з кватирі. Мочульська. Гріха боюся. Бог зна, що на тім світі буде.</w:t>
      </w:r>
    </w:p>
    <w:p>
      <w:r>
        <w:br/>
        <w:t>Дармостук. Чи вже ж ви так багато нагрішили? Та вас янголи понесуть просто в рай та й посадять в садочку під вишнями. Праведна, добра ви душа!</w:t>
      </w:r>
    </w:p>
    <w:p>
      <w:r>
        <w:br/>
        <w:t>Мочульська. Ой, не кажіть цього. Господи, як боюся пекла та чортів. Добре нам на цім світі, а що на тім світі буде, один господь знає. А як згадаю про пекло, то й цілу ніч не сплю, бо кажуть же, що буде каяття, та вороття не буде.</w:t>
      </w:r>
    </w:p>
    <w:p>
      <w:r>
        <w:br/>
        <w:t>Дармостук. А що? Нагрішив, багато накришив та й не виїв? Чи так? От ми й ще нагрішимо: вип'ємо ще по чарочці. (Наливає. П'ють).</w:t>
      </w:r>
    </w:p>
    <w:p>
      <w:r>
        <w:br/>
        <w:t>Мочульська. Ой, смачна ж вишнівочка! Од гріха ніяк не вдержусь. Ой боже мій! Боже мій! (Зітхає і хреститься). Прости нам і помилуй нас, грішних.</w:t>
      </w:r>
    </w:p>
    <w:p>
      <w:r>
        <w:br/>
        <w:t>Дармостук. Та лучче заспіваймо: ви ж так любите співати.</w:t>
      </w:r>
    </w:p>
    <w:p>
      <w:r>
        <w:br/>
        <w:t>Мочульська. Що правда, то правда. Тільки якби якої святої.</w:t>
      </w:r>
    </w:p>
    <w:p>
      <w:r>
        <w:br/>
        <w:t>Дармостук. Нехай буде й святої. (Співає. Мочульська підтягує).</w:t>
      </w:r>
    </w:p>
    <w:p>
      <w:r>
        <w:br/>
        <w:t>Горлиця, як друга лишиться, Навіки з другим не спариться; Де древо зелене, цвітьми украшене,</w:t>
      </w:r>
    </w:p>
    <w:p>
      <w:r>
        <w:br/>
        <w:t>Не сяде, не сяде. Вона летить, повна тоски-туги, В далекі сухі, пусті луги: Де древо зелене, цвітьми украшене,</w:t>
      </w:r>
    </w:p>
    <w:p>
      <w:r>
        <w:br/>
        <w:t>Не сяде, не сяде.</w:t>
      </w:r>
    </w:p>
    <w:p>
      <w:r>
        <w:br/>
        <w:t>Мочульська (важко зітхнувши, втирає сльози). Ой господи! Що правда, то правда: горлиця, як втеряє друга, то й пропаща навіки.</w:t>
      </w:r>
    </w:p>
    <w:p>
      <w:r>
        <w:br/>
        <w:t>Дармостук. Брехня! Другого друга знайде. От і я: втеряв першу жінку, а вас люблю, як рябеньку перепеличку. (Щипає Мочульську за плече).</w:t>
      </w:r>
    </w:p>
    <w:p>
      <w:r>
        <w:br/>
        <w:t>Мочульська. Та гетьте-бо! Які ви!</w:t>
      </w:r>
    </w:p>
    <w:p>
      <w:r>
        <w:br/>
        <w:t>Дармостук. Гм-гм. (Тихо). Коли б мені не ті капосні кватиранти. (Голосно). Гм... гм... Ви тих голодранців, торботрусів попрогоньте ік бісовій матері. Не дайте їм обідати, та й годі: од голоду повтікають.</w:t>
      </w:r>
    </w:p>
    <w:p>
      <w:r>
        <w:br/>
        <w:t>Мочульська. Невже? А справді треба так зробити. Не дам їм сьогодня обідати.</w:t>
      </w:r>
    </w:p>
    <w:p>
      <w:r>
        <w:br/>
        <w:t>Дармостук. Так би й давно. А то ви м'якенькі та добренькі з ними. А як будуть кричати, то ви до мене: я ваш заступник! Я вас обороню. А за те... (Женихається). Я б став вашим заступником хоч і до смерті. Я б вам понабивав добрими обручами всі діжки, бочки, навіть подушки й перини.</w:t>
      </w:r>
    </w:p>
    <w:p>
      <w:r>
        <w:br/>
        <w:t>Мочульська. Це, мабуть, наливочка вас трошки розтривожила.</w:t>
      </w:r>
    </w:p>
    <w:p>
      <w:r>
        <w:br/>
        <w:t>За дверима чуть тупотіння.</w:t>
      </w:r>
    </w:p>
    <w:p>
      <w:r>
        <w:br/>
        <w:t>Мочульська. Ой лишечко! Це ж мої йдуть. Ходімо, Трохиме Петровичу, до моєї кімнати.</w:t>
      </w:r>
    </w:p>
    <w:p>
      <w:r>
        <w:br/>
        <w:t>Дармостук хапає пляшку, чарки, обручі та клепки і виходить в бокові двері.</w:t>
      </w:r>
    </w:p>
    <w:p>
      <w:r>
        <w:br/>
        <w:t>ВИХІД 5</w:t>
      </w:r>
    </w:p>
    <w:p>
      <w:r>
        <w:br/>
        <w:t>Мочульська сама.</w:t>
      </w:r>
    </w:p>
    <w:p>
      <w:r>
        <w:br/>
        <w:t>Мочульська. От і цей старий наче хоче теє... теє... мабуть, женитись хоче зо мною. От такого жениха висиділа за 35 літ! Та й цей ще перший! Здається, я й не погана. (Заглядає в дзеркальце). І брівки чорненькі, і губи товстенькі, та ніякий дідько не чепляється та й не чепляє-ться. А заміж, господи, прости мої гріхи, так хочеться! Ой люблю тих проклятущих паничів, та ще й гарних! Так би взяла п'ять або шість та й обняла разом! Та й за цих голодранців пішла б заміж за обох, бо, дідько їх не взяв, гарні, гарні та веселі! (Втікає в пекарню).</w:t>
      </w:r>
    </w:p>
    <w:p>
      <w:r>
        <w:br/>
        <w:t>ВИХІД 6</w:t>
      </w:r>
    </w:p>
    <w:p>
      <w:r>
        <w:br/>
        <w:t>Скрипчинський та Солодкевич.</w:t>
      </w:r>
    </w:p>
    <w:p>
      <w:r>
        <w:br/>
        <w:t>Обидва влітають в віцмундирах і з здоровими купами бумаг під</w:t>
      </w:r>
    </w:p>
    <w:p>
      <w:r>
        <w:br/>
        <w:t>пахвою.</w:t>
      </w:r>
    </w:p>
    <w:p>
      <w:r>
        <w:br/>
        <w:t>Скрипчинський. Ну та й іродової роботи було сьогодня в канцелярії! Ще й предсідатель вилаяв. А я таки показав йому язика за спиною. Чи ти, Солодкевичу, хочеш їсти? (Шпурляє бумаги на ліжко).</w:t>
      </w:r>
    </w:p>
    <w:p>
      <w:r>
        <w:br/>
        <w:t>Солодкевич. Хочу так, що аж шкура тріщить. (Кидає бумаги на стіл).</w:t>
      </w:r>
    </w:p>
    <w:p>
      <w:r>
        <w:br/>
        <w:t>Скрипчинський. Я б, здається, готовий і чоботи з'їсти. Вже й живіт затягло.</w:t>
      </w:r>
    </w:p>
    <w:p>
      <w:r>
        <w:br/>
        <w:t>Солодкевич. А в мене, думаєш, не затягло. Я б чорта з'їв, якби оце впіймав.</w:t>
      </w:r>
    </w:p>
    <w:p>
      <w:r>
        <w:br/>
        <w:t>Скрипчинський. Поніс нас чорт у ті канцелярії!</w:t>
      </w:r>
    </w:p>
    <w:p>
      <w:r>
        <w:br/>
        <w:t>Якби ми оце були мужиками, мали б клаптичок землі, мали б воли, мали б хліб.</w:t>
      </w:r>
    </w:p>
    <w:p>
      <w:r>
        <w:br/>
        <w:t>Солодкевич. Мали б сіль, мали б кашу...</w:t>
      </w:r>
    </w:p>
    <w:p>
      <w:r>
        <w:br/>
        <w:t>Скрипчинський. Мали б сало...</w:t>
      </w:r>
    </w:p>
    <w:p>
      <w:r>
        <w:br/>
        <w:t>Солодкевич. Ой, не згадуй про сало, бо аж слинка покотилась. Ще гірше схотілось їсти.</w:t>
      </w:r>
    </w:p>
    <w:p>
      <w:r>
        <w:br/>
        <w:t>Скрипчинський. Хіба кидаймо оці голодні віцмундири та поженимось на репаних мужичках.</w:t>
      </w:r>
    </w:p>
    <w:p>
      <w:r>
        <w:br/>
        <w:t>Солодкевич. Або наймімось за кучерів, бо кучерів багатий пан все-таки харчує. Кучер хоч ніколи не голодний.</w:t>
      </w:r>
    </w:p>
    <w:p>
      <w:r>
        <w:br/>
        <w:t>Скрипчинський. Ой, схаменись! Ти ж колезький регістратор! Де ти чув, щоб колезькі регістратори коням хвости крутили?</w:t>
      </w:r>
    </w:p>
    <w:p>
      <w:r>
        <w:br/>
        <w:t>Солодкевич. Ні, не чув про таке диво.</w:t>
      </w:r>
    </w:p>
    <w:p>
      <w:r>
        <w:br/>
        <w:t>Скрипчинський (в двері). Мелашко! Мелашко! Давай вже обідати.</w:t>
      </w:r>
    </w:p>
    <w:p>
      <w:r>
        <w:br/>
        <w:t>ВИХІД 7</w:t>
      </w:r>
    </w:p>
    <w:p>
      <w:r>
        <w:br/>
        <w:t>Ті самі й Мелашка виходить з кочергою.</w:t>
      </w:r>
    </w:p>
    <w:p>
      <w:r>
        <w:br/>
        <w:t>М е л а ш к а. Чого це ви кричите? Приступає, чи що?</w:t>
      </w:r>
    </w:p>
    <w:p>
      <w:r>
        <w:br/>
        <w:t>Скрипчинський. Хіба ти не бачиш, що ми прийшли? і І к —</w:t>
      </w:r>
    </w:p>
    <w:p>
      <w:r>
        <w:br/>
        <w:t>Мелашка. Та бачу ж: не повилазили. Яке диво!</w:t>
      </w:r>
    </w:p>
    <w:p>
      <w:r>
        <w:br/>
        <w:t>Скрипчинський. Давай обідати!</w:t>
      </w:r>
    </w:p>
    <w:p>
      <w:r>
        <w:br/>
        <w:t>Мелашка. Обід ще не вкипів. Підождіть трохи. Піду поштурхаю кочергою в порожню піч, то, може, швидше вкипить.</w:t>
      </w:r>
    </w:p>
    <w:p>
      <w:r>
        <w:br/>
        <w:t>Скрипчинський. Доки його ждати, коли їсти хочеться?</w:t>
      </w:r>
    </w:p>
    <w:p>
      <w:r>
        <w:br/>
        <w:t>Мелашка. А мені яке діло, що хочеться. Коли хочеться, то нехай перехочеться.</w:t>
      </w:r>
    </w:p>
    <w:p>
      <w:r>
        <w:br/>
        <w:t>Скрипчинський (однімає од Мелашки кочергу і заміряється на неї). Ось я тебе як вчустрю кочергою, то й обід буде готовий.</w:t>
      </w:r>
    </w:p>
    <w:p>
      <w:r>
        <w:br/>
        <w:t>Мелашка. Куди ж пак! Злякалася. Оддайте кочергу. Глядіть лиш, не дуже бийтеся, бо з кочергою світ пройдеш, та назад не вернешся. Гетьте! Дайте кочергу! (Однімає кочергу і тікає сміючись).</w:t>
      </w:r>
    </w:p>
    <w:p>
      <w:r>
        <w:br/>
        <w:t>Солодкевич. Смішки — з бабиної кішки, а їсти хочеться. 1</w:t>
      </w:r>
    </w:p>
    <w:p>
      <w:r>
        <w:br/>
        <w:t>Скрипчинський. Марто Сидорівно! Марто Сидорівно!</w:t>
      </w:r>
    </w:p>
    <w:p>
      <w:r>
        <w:br/>
        <w:t>ВИХІД 8</w:t>
      </w:r>
    </w:p>
    <w:p>
      <w:r>
        <w:br/>
        <w:t>Скрипчинський, Солодкевич, Мочульська.</w:t>
      </w:r>
    </w:p>
    <w:p>
      <w:r>
        <w:br/>
        <w:t>Мочульська (входить). Чого там "Марто Сидорівно"? Щоб не забули, як мене звуть?</w:t>
      </w:r>
    </w:p>
    <w:p>
      <w:r>
        <w:br/>
        <w:t>Скрипчинський. А що ви сьогодня на обід варили?</w:t>
      </w:r>
    </w:p>
    <w:p>
      <w:r>
        <w:br/>
        <w:t>Мочульська. Для себе на обід був борщ з м'ясом, печене порося, гусятина та вареники з сметаною.</w:t>
      </w:r>
    </w:p>
    <w:p>
      <w:r>
        <w:br/>
        <w:t>Скрипчинський та Солодкевич (прицма-кують). Ццц... Ццц. А! Ото смачний обід! (Скрипчинський скаче й плеще в долоні).</w:t>
      </w:r>
    </w:p>
    <w:p>
      <w:r>
        <w:br/>
        <w:t>Мочульська. Не скакайте, бо то для себе, а для вас варила долото в окропі, а на друге печені тріски.</w:t>
      </w:r>
    </w:p>
    <w:p>
      <w:r>
        <w:br/>
        <w:t>Скрипчинський та Солодкевич. Ого! Печені тріски! Може, ще й під соусом з грибками. Не видумуйте та не жартуйте, та давайте мерщій обідати, бо в мене аж живіт болить.</w:t>
      </w:r>
    </w:p>
    <w:p>
      <w:r>
        <w:br/>
        <w:t>Мочульська. Заплатіть передніше за минувші два місяці, тоді будете й обідати.</w:t>
      </w:r>
    </w:p>
    <w:p>
      <w:r>
        <w:br/>
        <w:t>Скрипчинський. Та заплатимо, тілько передніше пообідаємо.</w:t>
      </w:r>
    </w:p>
    <w:p>
      <w:r>
        <w:br/>
        <w:t>Мочульська. Дуріть вже кого дурнішого, а не мене. Годі вже мене дурити.</w:t>
      </w:r>
    </w:p>
    <w:p>
      <w:r>
        <w:br/>
        <w:t>Скрипчинський (кричить). Давать обідать!</w:t>
      </w:r>
    </w:p>
    <w:p>
      <w:r>
        <w:br/>
        <w:t>Мочульська. Чого це ви кричите, як на батька? Думаєте, я вас злякалась?</w:t>
      </w:r>
    </w:p>
    <w:p>
      <w:r>
        <w:br/>
        <w:t>Солодкевич. Петре Івановичу! Не кричи-бо. Ми вас просимо, Марто Сидорівно!</w:t>
      </w:r>
    </w:p>
    <w:p>
      <w:r>
        <w:br/>
        <w:t>Скрипчинський (тихо). І, ти, дурню! Проханням щось вдієш! Кричи та ґвалтуй, то, може, до чогось і добудешся. (Голосно). Давать обід зараз! А то вікна поб'ю!</w:t>
      </w:r>
    </w:p>
    <w:p>
      <w:r>
        <w:br/>
        <w:t>Мочульська. Як поб'єте, то й повставляєте.</w:t>
      </w:r>
    </w:p>
    <w:p>
      <w:r>
        <w:br/>
        <w:t>Скрипчинський. Ми вас в поліцію. Що це таке за напасть! Колезьким регістраторам не дають обідати. Ми служимо на царській службі. В поліцію!</w:t>
      </w:r>
    </w:p>
    <w:p>
      <w:r>
        <w:br/>
        <w:t>Мочульська. Не верещіть, бо і в мене заступник є. Там такі ручища, як довбні. Як телепне, то голова до порога покотиться.</w:t>
      </w:r>
    </w:p>
    <w:p>
      <w:r>
        <w:br/>
        <w:t>Солодкевич. Хто ж це такий? Це, мабуть, бондар.</w:t>
      </w:r>
    </w:p>
    <w:p>
      <w:r>
        <w:br/>
        <w:t>Мочульська. А хоч би й бондар! Коли ви горді та пишні, то ми й до бондаря. І бондар ще молодець хоч куди: увинеться за вас двох молодих. (Виходить).</w:t>
      </w:r>
    </w:p>
    <w:p>
      <w:r>
        <w:br/>
        <w:t>ВИХІД 9 Скрипчинський та Солодкевич.</w:t>
      </w:r>
    </w:p>
    <w:p>
      <w:r>
        <w:br/>
        <w:t>Солодкевич. От тобі на! Це той скажений бондар підмовив її. Вона б сама до цього не додумалась. Що ж тепер робити?</w:t>
      </w:r>
    </w:p>
    <w:p>
      <w:r>
        <w:br/>
        <w:t>Скрипчинський. Треба пускатись на хитрощі. Може, перехитруємо бабу та й вихитруємо обід.</w:t>
      </w:r>
    </w:p>
    <w:p>
      <w:r>
        <w:br/>
        <w:t>Солодкевич. А їсти, господи, як хочеться.</w:t>
      </w:r>
    </w:p>
    <w:p>
      <w:r>
        <w:br/>
        <w:t>Скрипчинський. А! Я й забувся! Та же ж моя дияконша прислала мені ковбасу. Я вчора з'їв трохи не всю, але ще зосталось кільце на сьогодня.</w:t>
      </w:r>
    </w:p>
    <w:p>
      <w:r>
        <w:br/>
        <w:t>Солодкевич. Невже? Де ж вона?</w:t>
      </w:r>
    </w:p>
    <w:p>
      <w:r>
        <w:br/>
        <w:t>Скрипчинський. Отам на ліжку в мене під подушкою.</w:t>
      </w:r>
    </w:p>
    <w:p>
      <w:r>
        <w:br/>
        <w:t>Солодкевич (шукає під подушкою і витягує чобіт, кидає його з злістю). Ще й дурить.</w:t>
      </w:r>
    </w:p>
    <w:p>
      <w:r>
        <w:br/>
        <w:t>Скрипчинський. Чи немає в тебе папіроски? Може, заморимо черв'яка. В мене не зісталось тютюну ані стебла. ^</w:t>
      </w:r>
    </w:p>
    <w:p>
      <w:r>
        <w:br/>
        <w:t>Солодкевич (шукає в портмоне). Ось зісталась одна папіроска. (Запалює й курить).</w:t>
      </w:r>
    </w:p>
    <w:p>
      <w:r>
        <w:br/>
        <w:t>Скрипчинський. Дай, братику, хоч раз потягнути. (Курить і оглядається на двері). Ой, інспектор іде! (Солодкевич злякався, ховається за ліжко і присідає. Скрипчинський тим часом викурює папіроску).</w:t>
      </w:r>
    </w:p>
    <w:p>
      <w:r>
        <w:br/>
        <w:t>Скрипчинський (регочеться). От дурень! Та вилазь! Ти й забувся, що ти вже колезький регістратор.</w:t>
      </w:r>
    </w:p>
    <w:p>
      <w:r>
        <w:br/>
        <w:t>Солодкевич (вилазить і важко дише). Ой! Ой! Цур тобі, як ти мене налякав. А папіроса де?</w:t>
      </w:r>
    </w:p>
    <w:p>
      <w:r>
        <w:br/>
        <w:t>Скрипчинський. Вже викурив.</w:t>
      </w:r>
    </w:p>
    <w:p>
      <w:r>
        <w:br/>
        <w:t>Солодкевич. Та й не хитрий же ти з біса.</w:t>
      </w:r>
    </w:p>
    <w:p>
      <w:r>
        <w:br/>
        <w:t>Скрипчинський. Давай встругнемо бабі комедію. Вона добра й боязка, ще й дуже ласа до паничів. Можна б у неї видурить обід ще гм... жениханням та залицянням, але на голодний живіт любов не припадає. Це зробимо наївшись, іншим часом, а поки що спробуємо комедію першу. Слухай! Я вдам, що в мене живіт болить, що мене завіна взяла, та буду ґвалтувати. А ти ґвалтуй за мною. Чуєш?</w:t>
      </w:r>
    </w:p>
    <w:p>
      <w:r>
        <w:br/>
        <w:t>Со лодкевич. Коли з мене писар добрий, та актьор чорт зна який: не вдам добре.</w:t>
      </w:r>
    </w:p>
    <w:p>
      <w:r>
        <w:br/>
        <w:t>Скрипчинський. Та потрапляй за мною. (Починає стогнати, хапаючись за живіт). Ой! Ой! Живіт болить.</w:t>
      </w:r>
    </w:p>
    <w:p>
      <w:r>
        <w:br/>
        <w:t>Солодкевич. Ой! Ой! Живіт болить.</w:t>
      </w:r>
    </w:p>
    <w:p>
      <w:r>
        <w:br/>
        <w:t>Скрипчинський (голосніше). Ой! Ой! Ой! Живіт болить! Ой!</w:t>
      </w:r>
    </w:p>
    <w:p>
      <w:r>
        <w:br/>
        <w:t>Солодкевич. Ой! Ой! Ой! Живіт болить! Ой!</w:t>
      </w:r>
    </w:p>
    <w:p>
      <w:r>
        <w:br/>
        <w:t>Скрипчинський (штовхає його в бік). Та лучче грай комедію, бо й обіду не заробимо. І в школі був попихачем, і тепер таким зістався. Кричи голосніше, а то й наша публіка в пекарні посне! (Кричить). Ой, рятуйте! Ой, болить!</w:t>
      </w:r>
    </w:p>
    <w:p>
      <w:r>
        <w:br/>
        <w:t>Солодкевич. Ой, рятуйте! Ой, болить!</w:t>
      </w:r>
    </w:p>
    <w:p>
      <w:r>
        <w:br/>
        <w:t>ВИХІД 10</w:t>
      </w:r>
    </w:p>
    <w:p>
      <w:r>
        <w:br/>
        <w:t>Скрипчинський, Солодкевич та Мочульська.</w:t>
      </w:r>
    </w:p>
    <w:p>
      <w:r>
        <w:br/>
        <w:t>Мочульська (виходить). Що тут сталося? Чого це ви стогнете?</w:t>
      </w:r>
    </w:p>
    <w:p>
      <w:r>
        <w:br/>
        <w:t>Скрипчинський. Ой! Ой! Ой! (Хапається за живіт). Я не знаю, чи завіна взяла, чи що.</w:t>
      </w:r>
    </w:p>
    <w:p>
      <w:r>
        <w:br/>
        <w:t>Солодкевич. Чи завіна взяла, чи що.</w:t>
      </w:r>
    </w:p>
    <w:p>
      <w:r>
        <w:br/>
        <w:t>Мочульська. Ой боже мій! Може, стрітенська вода поможе. Мелашко! Подай сюди пляшку з стрітенською водою! (Мелашка подає пляшку. Мочульська дає пити обом паничам воду, маже обом водою лоб, щоки, мочить голову). Чи легше стало?</w:t>
      </w:r>
    </w:p>
    <w:p>
      <w:r>
        <w:br/>
        <w:t>Скрипчинський. Однаковісінько. Ой, болить живіт! Мабуть, вже швидко чорти вхоплять мою душу.</w:t>
      </w:r>
    </w:p>
    <w:p>
      <w:r>
        <w:br/>
        <w:t>Солодкевич. Ой, болить! Мабуть, вже швидко чорти вхоплять мої... мої... чоботи.</w:t>
      </w:r>
    </w:p>
    <w:p>
      <w:r>
        <w:br/>
        <w:t>Скрипчинський. Душу! Оглух, чи що!</w:t>
      </w:r>
    </w:p>
    <w:p>
      <w:r>
        <w:br/>
        <w:t>Солодкевич. Душу! Оглух, чи що!</w:t>
      </w:r>
    </w:p>
    <w:p>
      <w:r>
        <w:br/>
        <w:t>Мочульська. Мелашко! (Мелашка входить). Побіжи в флігель та поклич тітку Тетяну, може б, вона заварила од пристріту. Це все од пристріту.</w:t>
      </w:r>
    </w:p>
    <w:p>
      <w:r>
        <w:br/>
        <w:t>Скрипчинський. Це не од пристріту. Це завіна нас вхопила од голоду.</w:t>
      </w:r>
    </w:p>
    <w:p>
      <w:r>
        <w:br/>
        <w:t>Мочульська. Авжеж! Ще що видумайте. Не їм же я щонеділі до служби божої, та ще й разу мене завіна не брала.</w:t>
      </w:r>
    </w:p>
    <w:p>
      <w:r>
        <w:br/>
        <w:t>ВИХІД и Ті самі й знахурка Тетяна.</w:t>
      </w:r>
    </w:p>
    <w:p>
      <w:r>
        <w:br/>
        <w:t>Тетяна. Що це таке в вас? Чого це вони так страшно стогнуть? Може, пооб'їдались? Я ж казала вам, Марто Сидорівно, не годуйте їх, як кабанів на сало.</w:t>
      </w:r>
    </w:p>
    <w:p>
      <w:r>
        <w:br/>
        <w:t>Скрипчинський. Ну, вже й придбали сала! Такі гладкі, як хорти. Ой! Ой!</w:t>
      </w:r>
    </w:p>
    <w:p>
      <w:r>
        <w:br/>
        <w:t>Тетяна. Це од пристріту. Треба заварити. Але чи є в вас, Марто Сидорівно, куліш?</w:t>
      </w:r>
    </w:p>
    <w:p>
      <w:r>
        <w:br/>
        <w:t>Мочульська. Де ж він пак узявся б? Поки зварю, то ще й помруть.</w:t>
      </w:r>
    </w:p>
    <w:p>
      <w:r>
        <w:br/>
        <w:t>Скрипчинський. Ой, швидше, бо пропаду. Лусне живіт.</w:t>
      </w:r>
    </w:p>
    <w:p>
      <w:r>
        <w:br/>
        <w:t>Солодкевич. Ой, швидше, бо пропаду. Лусне... сір-тук.</w:t>
      </w:r>
    </w:p>
    <w:p>
      <w:r>
        <w:br/>
        <w:t>Мочульська. Є юшка з м'ясом. Скрипчинський. Ой, мерщій юшки з м'ясом.</w:t>
      </w:r>
    </w:p>
    <w:p>
      <w:r>
        <w:br/>
        <w:t>Мочульська виносить миску з юшкою. Тетяна бере в руки миску.</w:t>
      </w:r>
    </w:p>
    <w:p>
      <w:r>
        <w:br/>
        <w:t>Тетяна. Принесіть ще ложку та веретено та три вуглики: сарандара, марандара! Скрути хворобу по ребрах!</w:t>
      </w:r>
    </w:p>
    <w:p>
      <w:r>
        <w:br/>
        <w:t>Мелашка приносить, подає Тетяні і стає коло порога.</w:t>
      </w:r>
    </w:p>
    <w:p>
      <w:r>
        <w:br/>
        <w:t>Скрипчинський. Ой, скрути її та ще й добре!</w:t>
      </w:r>
    </w:p>
    <w:p>
      <w:r>
        <w:br/>
        <w:t>Солодкевич. Скрути її та ще й добре!</w:t>
      </w:r>
    </w:p>
    <w:p>
      <w:r>
        <w:br/>
        <w:t>Тетяна. Не жартуйте, бо й раба божа Тетяна нічого не поможе. Це діло боже: жарти сюди не пристали.</w:t>
      </w:r>
    </w:p>
    <w:p>
      <w:r>
        <w:br/>
        <w:t>Скрипчинський. Ба вже раба божа Тетяна й помогла.</w:t>
      </w:r>
    </w:p>
    <w:p>
      <w:r>
        <w:br/>
        <w:t>Схоплюється з ліжка, хапає миску й ложку, сідає за стіл і їсть юшку. Солодкевич підбігає, вихоплює в його ложку і собі хлеще, передаючи знов ложку Скрипчинському.</w:t>
      </w:r>
    </w:p>
    <w:p>
      <w:r>
        <w:br/>
        <w:t>Мочульська. Ой лишечко! Що це за кумедія? Вже й живіт перестав боліти. (Стоїть, роззявивши рота).</w:t>
      </w:r>
    </w:p>
    <w:p>
      <w:r>
        <w:br/>
        <w:t>Тетяна (біжить до стола). То це були жарти? То це ви глузуєте з мене?</w:t>
      </w:r>
    </w:p>
    <w:p>
      <w:r>
        <w:br/>
        <w:t>Скрипчинський. Тікай, сарандаро-марандаро, бо як телепну, то й перекинешся!</w:t>
      </w:r>
    </w:p>
    <w:p>
      <w:r>
        <w:br/>
        <w:t>Тетяна. То це я вам далася на смішки? О! Цього я не знесу! Цього я не ждала од розумних людей. А ще й колезький розпиратор.</w:t>
      </w:r>
    </w:p>
    <w:p>
      <w:r>
        <w:br/>
        <w:t>Скрипчинський. Тим-то я й не йму віри бабським твоїм брехням, шептухо. (Передражнює). Піди собі з живота і з хвоста, пермолой, бермолой: аспид угас, саран-дара здохла, марандара скрутилась, а Тетяну чорт ухопив, а я юшку уплітаю. (Показує Тетяні язика).</w:t>
      </w:r>
    </w:p>
    <w:p>
      <w:r>
        <w:br/>
        <w:t>Тетяна. Гляди лишень, щоб і тебе не скривило на один бік. Он недавно купцеві Голопупенкові надуло пузо отак! (Показує руками). Трохи не луснув, як наївся солоного судака з хріном. А хто поміг? Тетяна Крутореб-риха. Потривай! Скрутить тебе колись; будеш в ноги кланятись, та не прийду. Я стара, шістдесят літ прожила на світі, бачила не таких вітрогонів, як ти. А ти проти мене блазень, торботрус.</w:t>
      </w:r>
    </w:p>
    <w:p>
      <w:r>
        <w:br/>
        <w:t>Скрипчинський (хапає купу паперів і шпурляє ними на Тетяну). Оце тобі сарандара-марандара, відьмо.</w:t>
      </w:r>
    </w:p>
    <w:p>
      <w:r>
        <w:br/>
        <w:t>Тетяна. А зась! І я вмію кидатись. (Хапає з долу папери, кидає ними на Скрипчинсъкого і виходить з хати).</w:t>
      </w:r>
    </w:p>
    <w:p>
      <w:r>
        <w:br/>
        <w:t>Скрипчинський. Сарандара! Амінь втік! лови його!</w:t>
      </w:r>
    </w:p>
    <w:p>
      <w:r>
        <w:br/>
        <w:t>ВИХІД 12 .Ті самі без Тетяни.</w:t>
      </w:r>
    </w:p>
    <w:p>
      <w:r>
        <w:br/>
        <w:t>Мочульська. Ну та й наробили ви, паничики, сорому! Цього я не ждала од вас. Обідили ви мою благочестиву сусіду, насміялись з неї і з мене.</w:t>
      </w:r>
    </w:p>
    <w:p>
      <w:r>
        <w:br/>
        <w:t>Скрипчинський. Ет! Говори до гори! Ви знаєте, що буде на тім світі отаким шептухам, як Тетяна, та і всім скупим бабам?</w:t>
      </w:r>
    </w:p>
    <w:p>
      <w:r>
        <w:br/>
        <w:t>Мочульська. А що буде?</w:t>
      </w:r>
    </w:p>
    <w:p>
      <w:r>
        <w:br/>
        <w:t>Скрипчинський. їх повішають на залізному дереві з сучками за язики на залізних крючках, а до ніг попричіплюють гирі по десять пудів. А чорти будуть знизу підсмалювати насмоленими коноплями.</w:t>
      </w:r>
    </w:p>
    <w:p>
      <w:r>
        <w:br/>
        <w:t>Мочульська. Ой боже мій! Невже це в книжках написано? Як же вони будуть висіть? Чи в одежі, чи без одежі?</w:t>
      </w:r>
    </w:p>
    <w:p>
      <w:r>
        <w:br/>
        <w:t>Скрипчинський. Авжеж без одежі, щоб гірше дошкуляло, тільки попричіплюють їм ззаду довгі шлейфи та турнюри.</w:t>
      </w:r>
    </w:p>
    <w:p>
      <w:r>
        <w:br/>
        <w:t>Мочульська (зітхає). Ой, гріхи наші! Мелашко! Там, здається, зістався шматок гуски. Принеси паничам.</w:t>
      </w:r>
    </w:p>
    <w:p>
      <w:r>
        <w:br/>
        <w:t>Мелашка вносить тарілку, ставить на столі і виходить. Скрипчинський та Солодкевич уплітають гусятину.</w:t>
      </w:r>
    </w:p>
    <w:p>
      <w:r>
        <w:br/>
        <w:t>Скрипчинський. А ви знаєте, що буде на тім світі всім брехухам та тим, що дорого за все деруть та вбогим їсти не дають?</w:t>
      </w:r>
    </w:p>
    <w:p>
      <w:r>
        <w:br/>
        <w:t>Мочульська. А що буде?</w:t>
      </w:r>
    </w:p>
    <w:p>
      <w:r>
        <w:br/>
        <w:t>Скрипчинський. їх будуть пекти на сковородах в печі, як поросят, ще й зверху поливати гарячою смолою.</w:t>
      </w:r>
    </w:p>
    <w:p>
      <w:r>
        <w:br/>
        <w:t>Мочульська (б'є в долоні). Невже! Ой, страх мене бере! Мелашко! Там у пляшці стоїть вишнівка. Принеси сюди, нехай вже п'ють та за мене богу моляться.</w:t>
      </w:r>
    </w:p>
    <w:p>
      <w:r>
        <w:br/>
        <w:t>ВИХІД 13 Ті самі й Мелашка. Мелашка виносить пляшку й три чарки.</w:t>
      </w:r>
    </w:p>
    <w:p>
      <w:r>
        <w:br/>
        <w:t>Мелашка. А що, тітко! Не видержали постригу? Кріпились, кріпились та й... (Обертається до паничів). Та й тріскають! Крий боже! Кинулись на гуску, як вовки на вівцю. Тереблять, аж за вухами лящить.</w:t>
      </w:r>
    </w:p>
    <w:p>
      <w:r>
        <w:br/>
        <w:t>Скрипчинський. А тобі яке діло до нас? Твоє діло кочерги та рогачі.</w:t>
      </w:r>
    </w:p>
    <w:p>
      <w:r>
        <w:br/>
        <w:t>Солодкевич. Твоє діло кочерги та помело.</w:t>
      </w:r>
    </w:p>
    <w:p>
      <w:r>
        <w:br/>
        <w:t>Мочульська. Йди вже, йди вже! Зробила, що хотіла.</w:t>
      </w:r>
    </w:p>
    <w:p>
      <w:r>
        <w:br/>
        <w:t>Мелашка. В вас, тітко, сім п'ятниць на тиждень. Я б їм не такої заграла. Скавучали б вони в мене до вечора.</w:t>
      </w:r>
    </w:p>
    <w:p>
      <w:r>
        <w:br/>
        <w:t>Мочульська. Йди собі в пекарню. Я тут хазяйка: знаю, що роблю.</w:t>
      </w:r>
    </w:p>
    <w:p>
      <w:r>
        <w:br/>
        <w:t>Мелашка. Хазяйка солом'яна, як з клоччя батіг, от що!</w:t>
      </w:r>
    </w:p>
    <w:p>
      <w:r>
        <w:br/>
        <w:t>Скрипчинський. Та й зубата ж! (Мелашка утікає в двері).</w:t>
      </w:r>
    </w:p>
    <w:p>
      <w:r>
        <w:br/>
        <w:t>ВИХІД 14</w:t>
      </w:r>
    </w:p>
    <w:p>
      <w:r>
        <w:br/>
        <w:t>Скрипчинський, Солодкевич та Мочульська.</w:t>
      </w:r>
    </w:p>
    <w:p>
      <w:r>
        <w:br/>
        <w:t>Скрипчинський. От тепер ми пообідали всмак, то й вип'ємо всмак. (Наливає чарки і одну подає Мочуль-ській). Та сідайте ж з нами, Марто Сидорівно, та будьте в нас гостем. (До Солодкевича набік). Починаймо другу кумедію, щоб і на завтра заробити обід. Але грай-бо лучче! Сидить та куняє, а я на своїх плечах все виношу. (Штовхає Солодкевича в бік).</w:t>
      </w:r>
    </w:p>
    <w:p>
      <w:r>
        <w:br/>
        <w:t>Солодкевич. Га! Та не штовхайся, бо вже аж боки болять.</w:t>
      </w:r>
    </w:p>
    <w:p>
      <w:r>
        <w:br/>
        <w:t>Мочульська (сідає коло стола збоку церемонно. З одного боку коло неї сідає Скрипчинський, з другого — Солодкевич). Отак би й давно любенько та тихенько, то й був би лад. А то кричать, верещать! От як жив у мене на кватирі Ковальницький, то було пообідає, подякує богу та й каже: спасибі вам, Марто Сидорівно, що добрий обід зварили. Часом бувало ще і в руку поцілує.</w:t>
      </w:r>
    </w:p>
    <w:p>
      <w:r>
        <w:br/>
        <w:t>Скрипчинський. Чи в руку ж? В губи.</w:t>
      </w:r>
    </w:p>
    <w:p>
      <w:r>
        <w:br/>
        <w:t>Мочульська. Та брешете-бо, хоч ви й чин маєте.</w:t>
      </w:r>
    </w:p>
    <w:p>
      <w:r>
        <w:br/>
        <w:t>Солодкевич. Ба не бреше, бо я на свої очі бачив.</w:t>
      </w:r>
    </w:p>
    <w:p>
      <w:r>
        <w:br/>
        <w:t>Мочульська. Та в вас тоді, мабуть, не туди очі стояли, куди треба.</w:t>
      </w:r>
    </w:p>
    <w:p>
      <w:r>
        <w:br/>
        <w:t>Скрипчинський. А хоч би й цілувались. Що ж тут дивного? От і я вас поцілую. (Бере за кінець хустки, що на шиї в Мочульської, одтягує далеченько, пригинає комічно коліно і цілує в хустку. Солодкевич одтягує другий кінець хустки, передражнює Скрипчинського і собі цілує кінець хустки).</w:t>
      </w:r>
    </w:p>
    <w:p>
      <w:r>
        <w:br/>
        <w:t>Мочульська. Перший раз на віку бачу, щоб паничі цілували хустку.</w:t>
      </w:r>
    </w:p>
    <w:p>
      <w:r>
        <w:br/>
        <w:t>Скрипчинський. Чого ви? Отже і в ручку поцілую. (Бере Мочульську за рукав, одтягує і цілує в рукав. Солодкевич робить те ж саме).</w:t>
      </w:r>
    </w:p>
    <w:p>
      <w:r>
        <w:br/>
        <w:t>Скрипчинський (закрадається, пхає Солодкевича до Мочульської). Та поцілуй же в губки. Ще й церемониться. І хоче, та не сміє.</w:t>
      </w:r>
    </w:p>
    <w:p>
      <w:r>
        <w:br/>
        <w:t>Мочульська (хватає Солодкевича за шию і цілує його). Ой, який сором! Одчепіться од моєї душі! (Спускає очі і затуляється рукою).</w:t>
      </w:r>
    </w:p>
    <w:p>
      <w:r>
        <w:br/>
        <w:t>Солодкевич. Чого ж тут соромитись? Цього і я не дуже соромлюсь.</w:t>
      </w:r>
    </w:p>
    <w:p>
      <w:r>
        <w:br/>
        <w:t>Скрипчинський. Хто кого любить, тому нічого соромитись. Правда, Марто Сидорівно!</w:t>
      </w:r>
    </w:p>
    <w:p>
      <w:r>
        <w:br/>
        <w:t>Мочульська. Хіба ж ви мене любите?</w:t>
      </w:r>
    </w:p>
    <w:p>
      <w:r>
        <w:br/>
        <w:t>Скрипчинський. Господи, як любимо. (Тихо). Як собака цибулю.</w:t>
      </w:r>
    </w:p>
    <w:p>
      <w:r>
        <w:br/>
        <w:t>Солодкевич. Так любимо, що й!</w:t>
      </w:r>
    </w:p>
    <w:p>
      <w:r>
        <w:br/>
        <w:t>Мочульська. Ох! (Зітхає і підіймає очі вгору). Випиймо ж, щоб нам веселіше було на світі жити.</w:t>
      </w:r>
    </w:p>
    <w:p>
      <w:r>
        <w:br/>
        <w:t>Скрипчинський. Випиймо оцієї солоденької, щоб солодші губи були та аж злипались.</w:t>
      </w:r>
    </w:p>
    <w:p>
      <w:r>
        <w:br/>
        <w:t>Мочульська. Ох! (Зітхає і піднімає очі вгору). Заспівайте ж мені якої! Коло веселих паничів і мені веселіше стало.</w:t>
      </w:r>
    </w:p>
    <w:p>
      <w:r>
        <w:br/>
        <w:t>Скрипчинський. Якої ж вам?</w:t>
      </w:r>
    </w:p>
    <w:p>
      <w:r>
        <w:br/>
        <w:t>Мочульська. Та вже на цей раз грішної, тільки не дуже вже грішної, такої, як ви часом вдвох отут співаєте. (Мочульська починає. Співають всі троє).</w:t>
      </w:r>
    </w:p>
    <w:p>
      <w:r>
        <w:br/>
        <w:t>Вийду на поле, гляну на море, Сама ж я бачу, що мені горе. Сама ж я бачу, чого я плачу! Бо я милого вже не побачу. Буду стояти на цім камені, А чи не вийде милий до мене? Буду терпіти велику муку! А чи не скаже: дай, серце, руку.</w:t>
      </w:r>
    </w:p>
    <w:p>
      <w:r>
        <w:br/>
        <w:t>Скрипчинський простягає до Мочульської руку, вона йому подає свою, потім сама простягає до Солодкевича руку; Солодкевич подає їй свою руку; вона тягнеться до його за своєю рукою і трохи не притулює свого лиця до його.</w:t>
      </w:r>
    </w:p>
    <w:p>
      <w:r>
        <w:br/>
        <w:t>Скрипчинський. Бачте! Як мені, то ви ткнули руку, неначе дулю дали, а до Солодкевича так... (Передражнює комічно Мочульську).</w:t>
      </w:r>
    </w:p>
    <w:p>
      <w:r>
        <w:br/>
        <w:t>Мочульська (б'є його по руці). Ой скрипочко! Ой скрипочко! Ат! Вам усе жарти. (Співає далі. Скрипчинський руками ніби грає на скрипці).</w:t>
      </w:r>
    </w:p>
    <w:p>
      <w:r>
        <w:br/>
        <w:t>Нащо ж нам, боже, дав ся спізнатись, Коли не судиш нам ся побратись.</w:t>
      </w:r>
    </w:p>
    <w:p>
      <w:r>
        <w:br/>
        <w:t>Скрипчинський стає позад Мочульської і ставить з пальців над її головою ріжки, кривиться і висолоплює язика. Мочульська обертається і штовхає його, а далі співає.</w:t>
      </w:r>
    </w:p>
    <w:p>
      <w:r>
        <w:br/>
        <w:t>А коли судиш, чому не злучиш, Нащо ж нас, боже, даремно мучиш.</w:t>
      </w:r>
    </w:p>
    <w:p>
      <w:r>
        <w:br/>
        <w:t>За останнім куплетом Скрипчинський заводить впоперек, а потім кричить: "Кукуріку! кудкудак! кудкудак! Соко-ко-ко!" Мочульська схоплюється, ганяється за ним і махає на його хусточкою.</w:t>
      </w:r>
    </w:p>
    <w:p>
      <w:r>
        <w:br/>
        <w:t>Мочульська. А киш! А киш! (Вбігає Мелашка).</w:t>
      </w:r>
    </w:p>
    <w:p>
      <w:r>
        <w:br/>
        <w:t>ВИХІД 15</w:t>
      </w:r>
    </w:p>
    <w:p>
      <w:r>
        <w:br/>
        <w:t>Ті самі й Мелашка.</w:t>
      </w:r>
    </w:p>
    <w:p>
      <w:r>
        <w:br/>
        <w:t>М е л а ш к а. Ой боже мій! Я думала, що сюди влетіла чубата курка, що вам, тітко, подарував бондар, а це до нашого панича сатана приступає.</w:t>
      </w:r>
    </w:p>
    <w:p>
      <w:r>
        <w:br/>
        <w:t>Мочульська. Чого ти сюди пришелепалась? (Мелашка виходить). Чого ти настираєшся? Та й навратлива оця молодиця!</w:t>
      </w:r>
    </w:p>
    <w:p>
      <w:r>
        <w:br/>
        <w:t>ВИХІД 16</w:t>
      </w:r>
    </w:p>
    <w:p>
      <w:r>
        <w:br/>
        <w:t>Ті самі без Мелашки.</w:t>
      </w:r>
    </w:p>
    <w:p>
      <w:r>
        <w:br/>
        <w:t>Мочульська. Ой, грішна я! Співаю та співаю; а миски та ложки лежать не миті. Отже з мене справді конопляна хазяйка. (Забирає з стола посуд й виходить. Скрипчинський слідком за нею приграває ніби на скрипці).</w:t>
      </w:r>
    </w:p>
    <w:p>
      <w:r>
        <w:br/>
        <w:t>ДІЯ ДРУГА</w:t>
      </w:r>
    </w:p>
    <w:p>
      <w:r>
        <w:br/>
        <w:t>Та сама кімната, що і в 1-й дії, тільки краще обставлена. Стоїть гарненький стіл, стільці, на застеленому столі букет.</w:t>
      </w:r>
    </w:p>
    <w:p>
      <w:r>
        <w:br/>
        <w:t>ВИХІД 1</w:t>
      </w:r>
    </w:p>
    <w:p>
      <w:r>
        <w:br/>
        <w:t>Скрипчинський. От бач! Я вже в цьому пересвідчився: як трохи поженихались з Мартою Сидорівною, то й обід смачний дала, і хату краще обставила, і добріша до нас стала. Ще й квіточок понаставляла. Чи ти ба, які пахучі! (Нюхає).</w:t>
      </w:r>
    </w:p>
    <w:p>
      <w:r>
        <w:br/>
        <w:t>Солодкевич. І за гроші за кватиру щось перестала допоминатись.</w:t>
      </w:r>
    </w:p>
    <w:p>
      <w:r>
        <w:br/>
        <w:t>Скрипчинський. А знаєш, бра, що мені в голову прийшло: хочеш, щоб ніколи за кватиру не платити і обід мати дурнісінько? Женись ти з Мартою Сидорівною.</w:t>
      </w:r>
    </w:p>
    <w:p>
      <w:r>
        <w:br/>
        <w:t>Солодкевич. А знаєш, бра... оженися ти з Мартою Сидорівною.</w:t>
      </w:r>
    </w:p>
    <w:p>
      <w:r>
        <w:br/>
        <w:t>Скрипчинський. Тю-тю, дурню! Це вже не ку-медія, а правда: а він ще за мною говорить. Візьми собі за жінку Мочульську: будеш мати дурнісінько кватиру з обідом, з чаєм, з бебехами, з маковниками, з медяниками; матимеш свої різниці й їстимеш щодня пироги з печінкою.</w:t>
      </w:r>
    </w:p>
    <w:p>
      <w:r>
        <w:br/>
        <w:t>Солодкевич (витріщив очі). Що таке? Щось я добре не второпаю.</w:t>
      </w:r>
    </w:p>
    <w:p>
      <w:r>
        <w:br/>
        <w:t>Скрипчинський. Та бери за жінку нашу хазяйку: будеш мати свою хату, садок, різницю; будеш щодня їсти фляки та печінки. Хіба ж це погано?</w:t>
      </w:r>
    </w:p>
    <w:p>
      <w:r>
        <w:br/>
        <w:t>Со лодкевич. Чи ти ба! (Роззявляє рота й витріщає очі). А справді непогано було б, тільки вона гладка, та стара, та погана. А як же з Лесею? Вона обідиться, буде, бідна, плакати.</w:t>
      </w:r>
    </w:p>
    <w:p>
      <w:r>
        <w:br/>
        <w:t>Скрипчинський. Е, дурниця! Будуть гроші в кишені, знайдемо десять Лесь ще кращих.</w:t>
      </w:r>
    </w:p>
    <w:p>
      <w:r>
        <w:br/>
        <w:t>Солодкевич. Отже ти ніби й правду кажеш. Тільки як же їй це сказати. Якби їй написати яку бумагу: "донесеніє", або там який доклад, або "приказ", то я б це зумів, а то язиком... якось не потраплю. В мене язик, як колода: ніяк в роті не повертається. Добре, що ти за мене з Лесею переговорив.</w:t>
      </w:r>
    </w:p>
    <w:p>
      <w:r>
        <w:br/>
        <w:t>Скрипчинський. То і з Мартою Сидорівною за тебе поговорю. Ти їй тільки скажи: "Я вас, Марто Сидорівно, господи, як люблю і без вас жити не можу", то вона тобі зараз і руку дасть, бо вона тебе любить. А я вже за тебе пущу язика. От я буду твоїм сватом.</w:t>
      </w:r>
    </w:p>
    <w:p>
      <w:r>
        <w:br/>
        <w:t>Солодкевич. Може, твоя й правда. А діло не погане. Оця хатина моя, садок мій, різниці мої; щодня печеня, пироги з печінкою. Тютюну матиму вволю.</w:t>
      </w:r>
    </w:p>
    <w:p>
      <w:r>
        <w:br/>
        <w:t>Скрипчинський. Та ще й зараз кінчай діло, бо бачиш, отой бондарюга не дурно сюди вчащає, і вже Марті Сидорівні обручі та чубату курку ча презент підніс.</w:t>
      </w:r>
    </w:p>
    <w:p>
      <w:r>
        <w:br/>
        <w:t>ВИХІД 2</w:t>
      </w:r>
    </w:p>
    <w:p>
      <w:r>
        <w:br/>
        <w:t>Скрипчинський, Солодкевич та Мочульська, убрана по-панській,</w:t>
      </w:r>
    </w:p>
    <w:p>
      <w:r>
        <w:br/>
        <w:t>але без смаку.</w:t>
      </w:r>
    </w:p>
    <w:p>
      <w:r>
        <w:br/>
        <w:t>Мочульська. От я і впоралась, а тепер готова з вами і до світу забавлятись. Лихий вас не взяв: хоч у кишенях вітер свистить, та зате ви веселі.</w:t>
      </w:r>
    </w:p>
    <w:p>
      <w:r>
        <w:br/>
        <w:t>Скрипчинський. Спасибі! Добра ви людина.</w:t>
      </w:r>
    </w:p>
    <w:p>
      <w:r>
        <w:br/>
        <w:t>Мочульська. Та це ж мій гріх, нігде правди діти.</w:t>
      </w:r>
    </w:p>
    <w:p>
      <w:r>
        <w:br/>
        <w:t>Скрипчинський. Марто Сидорівно! Солодкевич хоче вам сказати щось таке гарне, таке смачне, що ой-ой-ой!</w:t>
      </w:r>
    </w:p>
    <w:p>
      <w:r>
        <w:br/>
        <w:t>20 — !• Нечуй-Левицький, т. 9.</w:t>
      </w:r>
    </w:p>
    <w:p>
      <w:r>
        <w:br/>
        <w:t>305</w:t>
      </w:r>
    </w:p>
    <w:p>
      <w:r>
        <w:br/>
        <w:t>Мочульська. А що там таке?</w:t>
      </w:r>
    </w:p>
    <w:p>
      <w:r>
        <w:br/>
        <w:t>Скрипчинський (штовхає Солодкевича під бік). Та починай же.</w:t>
      </w:r>
    </w:p>
    <w:p>
      <w:r>
        <w:br/>
        <w:t>Солодкевич. Марто Сидорівно! Я вас, господи, як люблю.</w:t>
      </w:r>
    </w:p>
    <w:p>
      <w:r>
        <w:br/>
        <w:t>Мочульська. Ой! Що це ви, Василю Тихоновичу, мені в вічі кажете. Не знаю, де й очі діти. Я згорю од сорому.</w:t>
      </w:r>
    </w:p>
    <w:p>
      <w:r>
        <w:br/>
        <w:t>Скрипчинський. Як згорите, то тільки попіл зостанеться. Лучче не горіть.</w:t>
      </w:r>
    </w:p>
    <w:p>
      <w:r>
        <w:br/>
        <w:t>Солодкев ич. Я... Я честь маю докладати вашому превосходит... я вашому благородію... на законному основанії, по статті закону, том III, хочу сватати вас.</w:t>
      </w:r>
    </w:p>
    <w:p>
      <w:r>
        <w:br/>
        <w:t>Мочульська (плеснула в долоні). Невже? Цього ще мені ніхто не казав... Чи то... Це я вже од багатьох чула. Це мені не первинка.</w:t>
      </w:r>
    </w:p>
    <w:p>
      <w:r>
        <w:br/>
        <w:t>Скрипчинський. Верзе чорти батька зна що. Кажи просто.</w:t>
      </w:r>
    </w:p>
    <w:p>
      <w:r>
        <w:br/>
        <w:t>Солодкевич. Та от я вам кажу, що я хочу бути вашою жінкою, а щоб ви стали моїм чоловік... чи то, бач...</w:t>
      </w:r>
    </w:p>
    <w:p>
      <w:r>
        <w:br/>
        <w:t>Скрипчинський. Верзе, верзе оце мурло таке, що й купи не держиться. Я за його, Марто Сидорівно, бо я його сват. Він хоче женитись з вами. В'яжіть нас рушниками. А мені, як сватові, дасте оцю кватирку дурнички. Добре, Марто Сидорівно?</w:t>
      </w:r>
    </w:p>
    <w:p>
      <w:r>
        <w:br/>
        <w:t>Мочульська. Та добре, добре. (Подає Солодке-вичеві руку). Невже оце я буду чиновницею?</w:t>
      </w:r>
    </w:p>
    <w:p>
      <w:r>
        <w:br/>
        <w:t>Скрипчинський. Авжеж! Та ще якою. Такої чиновниці ще ніколи не бачила Глибочиця.</w:t>
      </w:r>
    </w:p>
    <w:p>
      <w:r>
        <w:br/>
        <w:t>ВИХІД З</w:t>
      </w:r>
    </w:p>
    <w:p>
      <w:r>
        <w:br/>
        <w:t>Ті самі та Мелашка.</w:t>
      </w:r>
    </w:p>
    <w:p>
      <w:r>
        <w:br/>
        <w:t>Мелашка. Тітко! Бондар прийшов. Ходіть лишень сюди!</w:t>
      </w:r>
    </w:p>
    <w:p>
      <w:r>
        <w:br/>
        <w:t>Мочульська. Та й навратливий отой бондар! Так мені надокучив. От і принесло його ледащо. А! Шкода, та нічого робить: треба йти. (Виходить).</w:t>
      </w:r>
    </w:p>
    <w:p>
      <w:r>
        <w:br/>
        <w:t>ВИХІД 4 Ті самі йФеся та Леся.</w:t>
      </w:r>
    </w:p>
    <w:p>
      <w:r>
        <w:br/>
        <w:t>Солодкевич. Але що це вчинила моя дурна голова? Жартували, жартували, та й дожартувались до сватання... Та це ж я продав себе, неначе на ярмарку! Це ти, дурисвіте, підвів мене, неначе під монастир, улесливими словами. Пропав тепер мій вік молоденький! Та, мабуть, така вже доля мені судилась. Хоч-не-хоч, а продасись з голоду та з нужди. За п'ятнадцять карбованців жалування на місяць і харчуйся, і їж, і пий, і кватиру наймай, й зодягайся, ще й люльки посмоктати хочеться. Викручуйся, як вмієш! Ет! Горенько мені, та нема де дітись. Хоч з мосту та в воду. Але... не я продавсь перший, не я й останній: коли продаються кращі й багатіші за мене, продають себе не од голоду й нужди, то мені вже за всі голови!</w:t>
      </w:r>
    </w:p>
    <w:p>
      <w:r>
        <w:br/>
        <w:t>Скрипчинський. Та годі тобі базікати! От і поздоровляю тебе з щастям. Тепер ти багатир. (Цілується з ним і б'є його по плечі. Заглядає в вікно). А он Феся й Леся вертаються з магазину. Фесю! Лесю! А зайдіть до нас та побрикаємо трохи. Ми веселі, бо оце добре пообідали.</w:t>
      </w:r>
    </w:p>
    <w:p>
      <w:r>
        <w:br/>
        <w:t>Феся вбігає в двері, Леся лізе в вікно. Вітаються, подають одні</w:t>
      </w:r>
    </w:p>
    <w:p>
      <w:r>
        <w:br/>
        <w:t>другим руки.</w:t>
      </w:r>
    </w:p>
    <w:p>
      <w:r>
        <w:br/>
        <w:t>Феся й Леся. Добривечір!</w:t>
      </w:r>
    </w:p>
    <w:p>
      <w:r>
        <w:br/>
        <w:t>Скрипчинський й Солодкевич. Доброго здоров'я! Як ся маєте? Чи скакаєте? Феся. Чи брикаєтесь, як завсіди?</w:t>
      </w:r>
    </w:p>
    <w:p>
      <w:r>
        <w:br/>
        <w:t>Скрипчинський. Ого-го! Щей як! (Підскакує). Вибрикуємо, бо сьогодня добре пообідали. Феся й Леся. Невже?</w:t>
      </w:r>
    </w:p>
    <w:p>
      <w:r>
        <w:br/>
        <w:t>Скрипчинський. Тут ми піддурили Марту Сидорівну та й... мали на обід гуску печену, ще й наливки напились.</w:t>
      </w:r>
    </w:p>
    <w:p>
      <w:r>
        <w:br/>
        <w:t>Феся й Леся. І ми оце вибрикуємо, що вирвались з магазину; засиділись, аж ноги закоціліли.</w:t>
      </w:r>
    </w:p>
    <w:p>
      <w:r>
        <w:br/>
        <w:t>Скрипчинський. Коли раді, то й поцілуймось. (Простягає руки, щоб обняти Фесю. Солодкевич хоче обняти Лесю).</w:t>
      </w:r>
    </w:p>
    <w:p>
      <w:r>
        <w:br/>
        <w:t>Феся. А зась! (Б'є по руках Скрипчинського).</w:t>
      </w:r>
    </w:p>
    <w:p>
      <w:r>
        <w:br/>
        <w:t>Леся. А дзусь! (Б'є по руках Солодкевича).</w:t>
      </w:r>
    </w:p>
    <w:p>
      <w:r>
        <w:br/>
        <w:t>Скрипчинський. Та хоч в ручку!</w:t>
      </w:r>
    </w:p>
    <w:p>
      <w:r>
        <w:br/>
        <w:t>20*</w:t>
      </w:r>
    </w:p>
    <w:p>
      <w:r>
        <w:br/>
        <w:t>307</w:t>
      </w:r>
    </w:p>
    <w:p>
      <w:r>
        <w:br/>
        <w:t>Феся й Леся. В ручку можна. (Підставляють обидві свої руки. Паничі цмокають їх в руки). Погратись, поскакати можна, та й годі, бо ми не вінчані.</w:t>
      </w:r>
    </w:p>
    <w:p>
      <w:r>
        <w:br/>
        <w:t>Скрипчинський. А швидко повінчаємось? Коли б уже те весілля; ото б натанцювався. (Підскакує до Со-лодкевича). А заграй трохи на бандурі, а ми після доброго обіду поскачемо.</w:t>
      </w:r>
    </w:p>
    <w:p>
      <w:r>
        <w:br/>
        <w:t>Солодкевич бере гітару й грає. Всі співають.</w:t>
      </w:r>
    </w:p>
    <w:p>
      <w:r>
        <w:br/>
        <w:t>Ой ти, руда, ходи сюда, А ти, чорна, подай човна, А ти, біла, постій там: Я до тебе прийду сам.</w:t>
      </w:r>
    </w:p>
    <w:p>
      <w:r>
        <w:br/>
        <w:t>Прийшов чорний до білої</w:t>
      </w:r>
    </w:p>
    <w:p>
      <w:r>
        <w:br/>
        <w:t>Попоїсти бараболі;</w:t>
      </w:r>
    </w:p>
    <w:p>
      <w:r>
        <w:br/>
        <w:t>Нещасная моя доле!</w:t>
      </w:r>
    </w:p>
    <w:p>
      <w:r>
        <w:br/>
        <w:t>Не вкипіла бараболя. Ой, тим вона не вкипіла, Що ти чорний, а я біла.</w:t>
      </w:r>
    </w:p>
    <w:p>
      <w:r>
        <w:br/>
        <w:t>Танцюють козачка. Саме тоді, як вони розтанцювались, Мочульська входить в кімнату.</w:t>
      </w:r>
    </w:p>
    <w:p>
      <w:r>
        <w:br/>
        <w:t>ВИХІД 5</w:t>
      </w:r>
    </w:p>
    <w:p>
      <w:r>
        <w:br/>
        <w:t>Ті самі й Мочульська.</w:t>
      </w:r>
    </w:p>
    <w:p>
      <w:r>
        <w:br/>
        <w:t>Мочульська (хреститься). Ой боже мій! Свят! Свят! Свят! Дух святий при хаті та при мені! Вийшла з хати, були самі паничі, а тепер... А ще мене й сватали! Чи це мені привиджується? Чи це мана, чи чорти поналітали в вікна! Піду покличу свого заступника. (Виходить і вертається з Дармостуком).</w:t>
      </w:r>
    </w:p>
    <w:p>
      <w:r>
        <w:br/>
        <w:t>ВИХІД 6</w:t>
      </w:r>
    </w:p>
    <w:p>
      <w:r>
        <w:br/>
        <w:t>Ті самі й Дармостук. Панни ховаються за ліжка і присідають долі.</w:t>
      </w:r>
    </w:p>
    <w:p>
      <w:r>
        <w:br/>
        <w:t>Мочульська (протирає очі). Трохиме Петровичу! А гляньте ви, чи це панни скачуть по хаті, чи чорти. О! Вже нема!</w:t>
      </w:r>
    </w:p>
    <w:p>
      <w:r>
        <w:br/>
        <w:t>Дармостук. Як хвостів не бачили, то були люде. Мочульська. Хвостів не примітила, а ріжки, здається, бачила. Але вже десь щезли.</w:t>
      </w:r>
    </w:p>
    <w:p>
      <w:r>
        <w:br/>
        <w:t>Мочульська (ховається за спиною в Дармостука). Ой заступниче! Йдіть уперед, бо мене страх бере.</w:t>
      </w:r>
    </w:p>
    <w:p>
      <w:r>
        <w:br/>
        <w:t>Дармостук (іде далі). Не бійтесь. За мною вам буде безпечно, як за Печерською кріпостю. Мене всі чорти поперелякуються. Я не з таких щигликів (показує на Скрипчинського та Солодкевича), що старої баби бояться.</w:t>
      </w:r>
    </w:p>
    <w:p>
      <w:r>
        <w:br/>
        <w:t>Скрипчинський. Де ви тих чортів набачили?</w:t>
      </w:r>
    </w:p>
    <w:p>
      <w:r>
        <w:br/>
        <w:t>Солодкевич. Та то, мабуть, вам здалося.</w:t>
      </w:r>
    </w:p>
    <w:p>
      <w:r>
        <w:br/>
        <w:t>Мочульська. Еге, добре здалося. Як я вийшла, то була хата порожня, а як увійшла, то стала повнісінька; та всі отак: чук-чук-чук!</w:t>
      </w:r>
    </w:p>
    <w:p>
      <w:r>
        <w:br/>
        <w:t>Дармостук (показує руками, тикаючи вгору). Отак: чук-чук, чуки-чуки! Я вже догадуюсь, яких то ви чортів бачили. Мабуть, то були чортиці, бо й я їх раз бачив тут. (Дармостук нишпорить по кімнаті, заглядає під ліжко, в закутки. Мочульська ходить за ним слідком, ховаючись за його спиною).</w:t>
      </w:r>
    </w:p>
    <w:p>
      <w:r>
        <w:br/>
        <w:t>Скрипчинський. Та це ви, мабуть, вкутали перцівки пляшку, що бачили якісь чуки-чуки. Хіба ж не чуєте, то по хаті тільки вітер ходить.</w:t>
      </w:r>
    </w:p>
    <w:p>
      <w:r>
        <w:br/>
        <w:t>Мочульська. Розкажіть своєму батькові. Укутали то поавда, та не п'яні, хвалить бога.</w:t>
      </w:r>
    </w:p>
    <w:p>
      <w:r>
        <w:br/>
        <w:t>Дармостук (заглянув під ліжко і вглядів Фесю. Феся вискакує, поставивши на голові ріжки з рик). От вам і чоотиця! (Заглядає за друге ліжко. З-за ліжка вискакує Леся, поставивши на голові ріжки з пальців). А киш! А ось і друга чоотиця!</w:t>
      </w:r>
    </w:p>
    <w:p>
      <w:r>
        <w:br/>
        <w:t>Мочульська. Дух святий при хаті! (Придивляється). Та це ж Феся й Леся! А, ви, гаспидські дівчата! Чого вам тут треба? Чого ви сюди ходите? Постривайте ж, розкажу я вашій матеоі. Добое, що недалеко живе отут в флігелі. Заоаз піду та й розкажу.</w:t>
      </w:r>
    </w:p>
    <w:p>
      <w:r>
        <w:br/>
        <w:t>Дармостук. Бачте, Маото Сидорівно, які чоотиці вчащають до ваших паничів. От я не з таківських. В мене нього нема.</w:t>
      </w:r>
    </w:p>
    <w:p>
      <w:r>
        <w:br/>
        <w:t>Солодкевич. А та відьма, Тетяна Круторебриха! Хіба ж ви до неї не забігаєте?</w:t>
      </w:r>
    </w:p>
    <w:p>
      <w:r>
        <w:br/>
        <w:t>Дармостук. Куди ж пак, який розумний. Поцілуйся з Тетяною.</w:t>
      </w:r>
    </w:p>
    <w:p>
      <w:r>
        <w:br/>
        <w:t>Феся й Леся (бігають по хаті, сміються, а потім з Скрипчинським та Солодкевичем співають).</w:t>
      </w:r>
    </w:p>
    <w:p>
      <w:r>
        <w:br/>
        <w:t>Качки гречку шулю-палю! Я качура упіймав:</w:t>
      </w:r>
    </w:p>
    <w:p>
      <w:r>
        <w:br/>
        <w:t>Усім хлопцям по дівчині, Мені бабу чорт надав.</w:t>
      </w:r>
    </w:p>
    <w:p>
      <w:r>
        <w:br/>
        <w:t>Скрипчинський (показуючи на Солодкевича). Тобі бабу чорт надав.</w:t>
      </w:r>
    </w:p>
    <w:p>
      <w:r>
        <w:br/>
        <w:t>Я на бабу тую трачу, Продам бабу, куплю клячу. Кляча здохне, шкуру злуплю, А за шкуру дівку куплю.</w:t>
      </w:r>
    </w:p>
    <w:p>
      <w:r>
        <w:br/>
        <w:t>Задумалось вражій бабі</w:t>
      </w:r>
    </w:p>
    <w:p>
      <w:r>
        <w:br/>
        <w:t>Молодою бути:</w:t>
      </w:r>
    </w:p>
    <w:p>
      <w:r>
        <w:br/>
        <w:t>Натикала за намітку</w:t>
      </w:r>
    </w:p>
    <w:p>
      <w:r>
        <w:br/>
        <w:t>Зеленої рути. Руто моя, руто моя, Руто зелененька! Я ж думала, що я стара, А я ж молоденька.</w:t>
      </w:r>
    </w:p>
    <w:p>
      <w:r>
        <w:br/>
        <w:t>Мочульська (тихо). Це вже вони співають проти мене. Ще й сміються з мене в моїй хаті. (Голосно до Фесі та до Лесі). А вон звідсіль! Гетьте! Щоб і ваш дух тут не смердів.</w:t>
      </w:r>
    </w:p>
    <w:p>
      <w:r>
        <w:br/>
        <w:t>Мочульська гониться за Фесею. Леся втікає й регочеться. Слідком за Мочульською бігає Скрипчинський і комічно ніби поганяє батогом, а потім ніби цуприкує до себе віжки, щоб здержати Мочуль-</w:t>
      </w:r>
    </w:p>
    <w:p>
      <w:r>
        <w:br/>
        <w:t>ську.</w:t>
      </w:r>
    </w:p>
    <w:p>
      <w:r>
        <w:br/>
        <w:t>Скрипчинський. Тпру, тпру, не так гаряче, а то й поносите! Тпру!</w:t>
      </w:r>
    </w:p>
    <w:p>
      <w:r>
        <w:br/>
        <w:t>Дармостук ганяється за Лесею. Леся втікає. Солодкевич біжить за Дармостуком і ніби поганяє батогом.</w:t>
      </w:r>
    </w:p>
    <w:p>
      <w:r>
        <w:br/>
        <w:t>Солодкевич. Цабе, сірий, соб, соб, соб, моругий! Феся й Леся вискакують одна в двері, друга в вікно.</w:t>
      </w:r>
    </w:p>
    <w:p>
      <w:r>
        <w:br/>
        <w:t>Мочульська. Оцього я вже не сподівалась од вас після сватання. Ой боже мій! А я їм пойняла віри, через свою добрість. І на бісового батька я така добра! Тим добрим людям все лихо на світі за пазуху летить. Кожне ледащо тебе обсміє, піддурить. Ой, люта ж я, люта! (Бігає по кімнаті).</w:t>
      </w:r>
    </w:p>
    <w:p>
      <w:r>
        <w:br/>
        <w:t>Дармостук. От вам і паничики!</w:t>
      </w:r>
    </w:p>
    <w:p>
      <w:r>
        <w:br/>
        <w:t>Мочульська. Обсміяли мене кругом, обдурили, обпили, об'їли, та ще й за кватиру нічого не платять. Зараз вибирайтесь собі з хати хоч і проти ночі,</w:t>
      </w:r>
    </w:p>
    <w:p>
      <w:r>
        <w:br/>
        <w:t>Дармостук (тупає ногою). Зараз-таки, зараз! З бебехами, з своїми чорнильницями та паперами. Які кан-целябристи! Тільки шурубурять отут, та й годі.</w:t>
      </w:r>
    </w:p>
    <w:p>
      <w:r>
        <w:br/>
        <w:t>Скрипчинський. А вам яке діло?</w:t>
      </w:r>
    </w:p>
    <w:p>
      <w:r>
        <w:br/>
        <w:t>Дармостук. Таке діло, що вам не треба знати. От що.</w:t>
      </w:r>
    </w:p>
    <w:p>
      <w:r>
        <w:br/>
        <w:t>Скрипчинський. Марто Сидорівно! Хіба ж ви не знаєте жартів? Так собі молоді хлопці трохи подуріли. Хіба оце вперве Феся й Леся лазять по ваших і по наших кімнатах? От і забрели до нас ненароком, бо в вас був гість.</w:t>
      </w:r>
    </w:p>
    <w:p>
      <w:r>
        <w:br/>
        <w:t>Солодкевич. Авжеж! Трохи попустували, та й годі. Я вам одній вірний був і буду.</w:t>
      </w:r>
    </w:p>
    <w:p>
      <w:r>
        <w:br/>
        <w:t>Мочульська. Невже? То те сватання не були жарти?</w:t>
      </w:r>
    </w:p>
    <w:p>
      <w:r>
        <w:br/>
        <w:t>Солодкевич. Авжеж ні! Які ж це жарти? Чи можна ж цим жартувати?</w:t>
      </w:r>
    </w:p>
    <w:p>
      <w:r>
        <w:br/>
        <w:t>Скрипчинський (падає одною ногою на коліно, а другою ногою позад себе комічно дригає). Вибачайте, Марто Сидорівно, сватові. Я готовий знов, вдруге бути сватом.</w:t>
      </w:r>
    </w:p>
    <w:p>
      <w:r>
        <w:br/>
        <w:t>Дармостук. Про якого це свата та про яке сватання вони торочать?</w:t>
      </w:r>
    </w:p>
    <w:p>
      <w:r>
        <w:br/>
        <w:t>Скрипчинський (встає). Про таке сватання, що Солодкевич посватав Марту Сидорівну, а я був сватом.</w:t>
      </w:r>
    </w:p>
    <w:p>
      <w:r>
        <w:br/>
        <w:t>Дармостук. Що ви кажете? Що ви теревените? Годі вам дурити бідну Марту Сидорівну, бо я оступлюсь за неї.</w:t>
      </w:r>
    </w:p>
    <w:p>
      <w:r>
        <w:br/>
        <w:t>Скрипчинський. Куди ж пак! От посватали Марту Сидорівну та й видерли її в вас під самісіньким носом. (Тикає Дармостукові під ніс рукою).</w:t>
      </w:r>
    </w:p>
    <w:p>
      <w:r>
        <w:br/>
        <w:t>Дармостук. Не дуже тикайте, бо я як тикну, то й ноги задерете.</w:t>
      </w:r>
    </w:p>
    <w:p>
      <w:r>
        <w:br/>
        <w:t>Солодкевич. Овва! Не в те вбрався. Швидше ми тебе звідсіль викинемо з обручами та з клепками.</w:t>
      </w:r>
    </w:p>
    <w:p>
      <w:r>
        <w:br/>
        <w:t>Дармостук. Що? Мене? З обручами? (Плює в кулак і заміряється на Скрипчинського). Ану, попробуйте! Та я як візьму дубову клепку та задеру вам оці канцелярські хвостики та як дам поляпаса, то полетите обидва, як горобці, аж за Дніпро.</w:t>
      </w:r>
    </w:p>
    <w:p>
      <w:r>
        <w:br/>
        <w:t>Мочульська. Одже ж за мене ще й поб'ються. (Тихо приспівує). На городі квітки в'ються, а за мене хлопці б'ються. Ото, хвалити бога, дожилась-таки до свого. Тепер про мене заговорить уся Глибочиця.</w:t>
      </w:r>
    </w:p>
    <w:p>
      <w:r>
        <w:br/>
        <w:t>Солодкевич. Не дуже кричи! Бо тут маю право я. Я тебе... тебе... застрелю. Дармостук. А зась!</w:t>
      </w:r>
    </w:p>
    <w:p>
      <w:r>
        <w:br/>
        <w:t>Мочульська. Ой боже мій! Ще за мене й стріля-тись будуть. Навіки перелякалась. (Кидається між їх). Цур вам! Так мене перелякали. Та що ж, нема де правди діти. Солодкевич мій жених.</w:t>
      </w:r>
    </w:p>
    <w:p>
      <w:r>
        <w:br/>
        <w:t>Дармостук. А про заступника вже й забули?</w:t>
      </w:r>
    </w:p>
    <w:p>
      <w:r>
        <w:br/>
        <w:t>Мочульська. Бо знайшла другого, молодшого. Вже як хочете, а все-таки колезька лемистраторша якось краще виходить, ніж бондариха, та ще й Дармостучиха.</w:t>
      </w:r>
    </w:p>
    <w:p>
      <w:r>
        <w:br/>
        <w:t>Дармостук. Чи здуріла баба на старість! Причепилась до хлопця.</w:t>
      </w:r>
    </w:p>
    <w:p>
      <w:r>
        <w:br/>
        <w:t>Мочульська. Брешете-бо! Яка я баба? Ми хоч і зараз готові повінчатись.</w:t>
      </w:r>
    </w:p>
    <w:p>
      <w:r>
        <w:br/>
        <w:t>Дармостук. Вінчайтесь, але хіба при зачинених дверях, щоб людей не смішити: позасовуйте в церкві усі двері засовами.</w:t>
      </w:r>
    </w:p>
    <w:p>
      <w:r>
        <w:br/>
        <w:t>Мочульська. Овва! При зачинених дверях буде вінчатись чиновниця. Звелю поодчиняти навстіж усі троє дверей в церкві, ще й цвинтар. Я б коло Лева на майдані повінчалася, якби можна.</w:t>
      </w:r>
    </w:p>
    <w:p>
      <w:r>
        <w:br/>
        <w:t>Дармостук. Спасибі, що дурила. Сказилась стара на старість. Потривай же! Я знаю ці штучки! Розсиплешся ти ще до дев'яти місяців, тоді прийдеться мені тебе обручами набивати. (Хоче вийти).</w:t>
      </w:r>
    </w:p>
    <w:p>
      <w:r>
        <w:br/>
        <w:t>Мочульська. Куди ж ви? Не гнівайтесь, бо я тепер така щаслива, така рада, така добра! Ой боже мій! Яка я тепер добра! Будемо пити заручини. Перев'яжу вас рушником, як свата. Прошу на могорич. Будете хоч сватом, коли не судилось вам бути моїм женихом. Ви ж мій сусіда! Вертайтесь-бо! (Дармостук вертається). Мелашко!</w:t>
      </w:r>
    </w:p>
    <w:p>
      <w:r>
        <w:br/>
        <w:t>ВИХІД 7 Ті самі й Мелашка. Мелашка. Чого?</w:t>
      </w:r>
    </w:p>
    <w:p>
      <w:r>
        <w:br/>
        <w:t>Мочульська. Піди та проси сюди й Тетяну, й Фесю та Лесю з матір'ю. Гукни через баркан до сусід, що Марта Сидорівна просить зараз на свої заручини. Та накрий столи у садочку: там будемо вечеряти й заручини пити, щоб нам соловейки приспівували.</w:t>
      </w:r>
    </w:p>
    <w:p>
      <w:r>
        <w:br/>
        <w:t>Скрипчинський. Та жаби прискрегочували.</w:t>
      </w:r>
    </w:p>
    <w:p>
      <w:r>
        <w:br/>
        <w:t>Мочульська виходить, виносить на підносі хустку та шарфи та рушники. Хусткою перев'язує руку Солодкевичеві, а рушниками та шарфами перев'язує навхрест через плечі Скрипчинського та Дармосту-ка. Поздоровляють Мочульську та Солодкевича.</w:t>
      </w:r>
    </w:p>
    <w:p>
      <w:r>
        <w:br/>
        <w:t>Скрипчинський (тихо). Голодному й опеньки-</w:t>
      </w:r>
    </w:p>
    <w:p>
      <w:r>
        <w:br/>
        <w:t>м'ясо. (Голосно). Щасливі будьте та в краще вберіться. (Тихо). А де то я й собі знайду таку сарандару, як Марта Сидорівна, з хатою та різницями?</w:t>
      </w:r>
    </w:p>
    <w:p>
      <w:r>
        <w:br/>
        <w:t>Дармостук. Коли вже так, то й я поздоровляю вас.</w:t>
      </w:r>
    </w:p>
    <w:p>
      <w:r>
        <w:br/>
        <w:t>ВИХІД 8</w:t>
      </w:r>
    </w:p>
    <w:p>
      <w:r>
        <w:br/>
        <w:t>Ті самі й Феся, Леся, Тетяна й гості.</w:t>
      </w:r>
    </w:p>
    <w:p>
      <w:r>
        <w:br/>
        <w:t>Гості. Поздоровляємо вас, Марто Сидорівно, з молоденьким женихом. (Всі цілуються з молодим та з молодою).</w:t>
      </w:r>
    </w:p>
    <w:p>
      <w:r>
        <w:br/>
        <w:t>Мочульська. Спасибі! Правда, несподівано? От добра плата за кватиру! Даруй боже, щоб мені од паничів була така плата за кватиру щомісяця!</w:t>
      </w:r>
    </w:p>
    <w:p>
      <w:r>
        <w:br/>
        <w:t>Всі (не розібравши). Даруй боже! Дай боже!</w:t>
      </w:r>
    </w:p>
    <w:p>
      <w:r>
        <w:br/>
        <w:t>Скрипчинський та бондар наливають усім чарки. Мочульська кидається до всіх цілуватись; цілується з Скрипчинським, Солодкевичем, бондарем і з Мелашкою та приказує.</w:t>
      </w:r>
    </w:p>
    <w:p>
      <w:r>
        <w:br/>
        <w:t>Мочульська. Заміж іду! Ой, заміж іду! Співайте мені весільних пісень, грайте, танцюйте, бо я заміж іду. Я колезька реминстраторша! Ой боже мійі</w:t>
      </w:r>
    </w:p>
    <w:p>
      <w:r>
        <w:br/>
        <w:t>Всі (з чарками, співають).</w:t>
      </w:r>
    </w:p>
    <w:p>
      <w:r>
        <w:br/>
        <w:t>Радуйся, чарко! Веселися, пляшко! Ти, калач, Не плач! Тобі діло буде — Закусювать будем; Будем пити та гулять, Та калачі розділять.</w:t>
      </w:r>
    </w:p>
    <w:p>
      <w:r>
        <w:br/>
        <w:t>Мочульська (співає).</w:t>
      </w:r>
    </w:p>
    <w:p>
      <w:r>
        <w:br/>
        <w:t>У середу родилася, Та на моє горе. Ой не піду за старого — Бородою коле.</w:t>
      </w:r>
    </w:p>
    <w:p>
      <w:r>
        <w:br/>
        <w:t>А я піду за такого, Що не має вуса; Як кивне, як моргне, То я й засміюся.</w:t>
      </w:r>
    </w:p>
    <w:p>
      <w:r>
        <w:br/>
        <w:t>Скрипчинський (співає).</w:t>
      </w:r>
    </w:p>
    <w:p>
      <w:r>
        <w:br/>
        <w:t>Трясітеся, рубці! Дивітеся, людці! Хоч сорочки не маю, Женитися думаю.</w:t>
      </w:r>
    </w:p>
    <w:p>
      <w:r>
        <w:br/>
        <w:t>Солодкевич (співає).</w:t>
      </w:r>
    </w:p>
    <w:p>
      <w:r>
        <w:br/>
        <w:t>Кукуруза сіється, кукуруза родиться, Молодому хлопцеві женитися хочеться. Наївшися, напившися — ой, гвалт, женитися. А як же я зголодію, де ж я жінку подіну?</w:t>
      </w:r>
    </w:p>
    <w:p>
      <w:r>
        <w:br/>
        <w:t>Скрипчинський (тихо). Посадиш в різниці печінки продавати. Не журись. Феся.</w:t>
      </w:r>
    </w:p>
    <w:p>
      <w:r>
        <w:br/>
        <w:t>Ой кріп та роман, Та петрушечка! Кучерявий Василь — Моя душечка!</w:t>
      </w:r>
    </w:p>
    <w:p>
      <w:r>
        <w:br/>
        <w:t>Козаченьку гарний!</w:t>
      </w:r>
    </w:p>
    <w:p>
      <w:r>
        <w:br/>
        <w:t>Не ходи до Ганни,</w:t>
      </w:r>
    </w:p>
    <w:p>
      <w:r>
        <w:br/>
        <w:t>Ходи до Мотрусі,</w:t>
      </w:r>
    </w:p>
    <w:p>
      <w:r>
        <w:br/>
        <w:t>На білі подусі. А в Мотрусі-дусі Чотири подусі.</w:t>
      </w:r>
    </w:p>
    <w:p>
      <w:r>
        <w:br/>
        <w:t>Скрипчинський (набік). Ще й різниці з фляками.</w:t>
      </w:r>
    </w:p>
    <w:p>
      <w:r>
        <w:br/>
        <w:t>А п'ята маненька — Сама молоденька.</w:t>
      </w:r>
    </w:p>
    <w:p>
      <w:r>
        <w:br/>
        <w:t>Дармостук (набік). Молоденька, аж лисина світиться. Всі.</w:t>
      </w:r>
    </w:p>
    <w:p>
      <w:r>
        <w:br/>
        <w:t>А шоста перина — Сама чорнобрива.</w:t>
      </w:r>
    </w:p>
    <w:p>
      <w:r>
        <w:br/>
        <w:t>Феся (гихо). Правда, що маненька та тоненька, як перина.</w:t>
      </w:r>
    </w:p>
    <w:p>
      <w:r>
        <w:br/>
        <w:t>Дармостук (співає).</w:t>
      </w:r>
    </w:p>
    <w:p>
      <w:r>
        <w:br/>
        <w:t>На городі погрібець, На погребі бондарець. Ой бондаре, бондарику! Набий мені бочку. А я тобі, бондарику, Пошию сорочку. Цілий тиждень п'яна була, І сорочку продала, З паничами пропила. Чом писаря не любить, Хіба не подоба?</w:t>
      </w:r>
    </w:p>
    <w:p>
      <w:r>
        <w:br/>
        <w:t>Всі.</w:t>
      </w:r>
    </w:p>
    <w:p>
      <w:r>
        <w:br/>
        <w:t>Сяде верхи на собаку — Вся його худоба.</w:t>
      </w:r>
    </w:p>
    <w:p>
      <w:r>
        <w:br/>
        <w:t>Всі (співають).</w:t>
      </w:r>
    </w:p>
    <w:p>
      <w:r>
        <w:br/>
        <w:t>Січена калинонька, січеная;</w:t>
      </w:r>
    </w:p>
    <w:p>
      <w:r>
        <w:br/>
        <w:t>А вже наша Мотруня зарученая;</w:t>
      </w:r>
    </w:p>
    <w:p>
      <w:r>
        <w:br/>
        <w:t>Червоні черевички на нозі,</w:t>
      </w:r>
    </w:p>
    <w:p>
      <w:r>
        <w:br/>
        <w:t>Що купив Василько в дорозі.</w:t>
      </w:r>
    </w:p>
    <w:p>
      <w:r>
        <w:br/>
        <w:t>Танцюють метелиці. Мочульська з чаркою й пляшкою в руках крутиться всередині круга.</w:t>
      </w:r>
    </w:p>
    <w:p>
      <w:r>
        <w:br/>
        <w:t>Завіса спадає.</w:t>
      </w:r>
    </w:p>
    <w:p>
      <w:r>
        <w:br/>
        <w:t>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Голодному й опеньки – м’ясо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