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</w:t>
      </w:r>
    </w:p>
    <w:p>
      <w:r>
        <w:br/>
        <w:t xml:space="preserve"> Великий ворожбит живе в Карпатах.&lt;br /&gt;</w:t>
        <w:br/>
        <w:t>Він ще живе. Його назвали – Гой *.&lt;br /&gt;</w:t>
        <w:br/>
        <w:t>Він ще не має права помирати –&lt;br /&gt;</w:t>
        <w:br/>
        <w:t>хай світ не той. Хай навіть дух не той.</w:t>
      </w:r>
    </w:p>
    <w:p>
      <w:r>
        <w:br/>
        <w:t>Він ще уздрить у темнім закамарку&lt;br /&gt;</w:t>
        <w:br/>
        <w:t>увесь мій недорід, увесь мій бруд.&lt;br /&gt;</w:t>
        <w:br/>
        <w:t>І він ще скаже: повтирайся, шмарку, –&lt;br /&gt;</w:t>
        <w:br/>
        <w:t>ти вже ногою там, хоч друга – тут.</w:t>
      </w:r>
    </w:p>
    <w:p>
      <w:r>
        <w:br/>
        <w:t>Я не приніс йому свою хворобу,&lt;br /&gt;</w:t>
        <w:br/>
        <w:t>Я ще прийду. Мені іще не час.&lt;br /&gt;</w:t>
        <w:br/>
        <w:t>Йому велося лікувать худобу,&lt;br /&gt;</w:t>
        <w:br/>
        <w:t>а довелося рятувати нас.</w:t>
      </w:r>
    </w:p>
    <w:p>
      <w:r>
        <w:br/>
        <w:t>Яке із примовлянь від злого ока?&lt;br /&gt;</w:t>
        <w:br/>
        <w:t>Від злого перестріту що спасе?&lt;br /&gt;</w:t>
        <w:br/>
        <w:t>Ми й нині маєм знахаря-пророка,&lt;br /&gt;</w:t>
        <w:br/>
        <w:t>готового відшіптувати все.</w:t>
      </w:r>
    </w:p>
    <w:p>
      <w:r>
        <w:br/>
        <w:t>До нього жінка йшла і півприносу&lt;br /&gt;</w:t>
        <w:br/>
        <w:t>сховала в лісі – розтягнули пси.&lt;br /&gt;</w:t>
        <w:br/>
        <w:t>Він завернув її, стару і босу,&lt;br /&gt;</w:t>
        <w:br/>
        <w:t>з порога: половину донеси.</w:t>
      </w:r>
    </w:p>
    <w:p>
      <w:r>
        <w:br/>
        <w:t>Її, нещасну, проковтнула хаща…&lt;br /&gt;</w:t>
        <w:br/>
        <w:t>Але у сховку зілля він відклав,&lt;br /&gt;</w:t>
        <w:br/>
        <w:t>допоки ходить та душа боляща&lt;br /&gt;</w:t>
        <w:br/>
        <w:t>поблизу – від снігів і до отав.</w:t>
      </w:r>
    </w:p>
    <w:p>
      <w:r>
        <w:br/>
        <w:t>Він має зілля, корінці і трунки&lt;br /&gt;</w:t>
        <w:br/>
        <w:t>від всіх недуг, що дав нам божий син.&lt;br /&gt;</w:t>
        <w:br/>
        <w:t>Він першим був. Він зав'язав у клунки&lt;br /&gt;</w:t>
        <w:br/>
        <w:t>коріння наших родин і родин.</w:t>
      </w:r>
    </w:p>
    <w:p>
      <w:r>
        <w:br/>
        <w:t>На наше зло – його поганські чари.&lt;br /&gt;</w:t>
        <w:br/>
        <w:t>В чужій душі – як риба у ріці,&lt;br /&gt;</w:t>
        <w:br/>
        <w:t>невже ти нам не заховав, мольчаре,&lt;br /&gt;</w:t>
        <w:br/>
        <w:t>й на судний день пуделка й корінці?</w:t>
      </w:r>
    </w:p>
    <w:p>
      <w:r>
        <w:br/>
        <w:t>Яке ж із примовлянь від того ока&lt;br /&gt;</w:t>
        <w:br/>
        <w:t>недремного? Є слово, що спасе?&lt;br /&gt;</w:t>
        <w:br/>
        <w:t>Ми все ще маєм знахаря-пророка.&lt;br /&gt;</w:t>
        <w:br/>
        <w:t>Він змушений відшіптувати все.</w:t>
      </w:r>
    </w:p>
    <w:p>
      <w:r>
        <w:br/>
        <w:t>___________________________&lt;br /&gt;</w:t>
        <w:br/>
        <w:t>* Житель с. Шешори на Косівщині.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