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Гоголю</w:t>
      </w:r>
    </w:p>
    <w:p>
      <w:r>
        <w:br/>
        <w:t xml:space="preserve"> За думою дума роєм вилітає;&lt;br /&gt;</w:t>
        <w:br/>
        <w:t>Одна давить серце, друга роздирає,&lt;br /&gt;</w:t>
        <w:br/>
        <w:t>А третяя тихо, тихесенько плаче&lt;br /&gt;</w:t>
        <w:br/>
        <w:t>У самому серці — може й бог не бачить.&lt;br /&gt;</w:t>
        <w:br/>
        <w:t>Кому ж її покажу я,&lt;br /&gt;</w:t>
        <w:br/>
        <w:t>І хто тую мову&lt;br /&gt;</w:t>
        <w:br/>
        <w:t>Привітає, угадає&lt;br /&gt;</w:t>
        <w:br/>
        <w:t>Великеє слово?&lt;br /&gt;</w:t>
        <w:br/>
        <w:t>Всі оглухли, похилились&lt;br /&gt;</w:t>
        <w:br/>
        <w:t>В кайданах... Байдуже...&lt;br /&gt;</w:t>
        <w:br/>
        <w:t>Ти смієшся, а я плачу,&lt;br /&gt;</w:t>
        <w:br/>
        <w:t>Великий мій друже.&lt;br /&gt;</w:t>
        <w:br/>
        <w:t>А що вродить з того плачу?&lt;br /&gt;</w:t>
        <w:br/>
        <w:t>Богилова, брате...&lt;br /&gt;</w:t>
        <w:br/>
        <w:t>Не заревуть в Україні&lt;br /&gt;</w:t>
        <w:br/>
        <w:t>Вольнії гармати.&lt;br /&gt;</w:t>
        <w:br/>
        <w:t>Не заріже батько сина,&lt;br /&gt;</w:t>
        <w:br/>
        <w:t>Своєї дитини,&lt;br /&gt;</w:t>
        <w:br/>
        <w:t>За честь, славу, за братерство,&lt;br /&gt;</w:t>
        <w:br/>
        <w:t>За волю Вкраїни.&lt;br /&gt;</w:t>
        <w:br/>
        <w:t>Не заріже: викохає,&lt;br /&gt;</w:t>
        <w:br/>
        <w:t>Та й продасть в різницю&lt;br /&gt;</w:t>
        <w:br/>
        <w:t>Москалеві. Це б то, бачиш,&lt;br /&gt;</w:t>
        <w:br/>
        <w:t>Лепта удовиці&lt;br /&gt;</w:t>
        <w:br/>
        <w:t>Престолові-отечеству&lt;br /&gt;</w:t>
        <w:br/>
        <w:t>Та німоті плата.&lt;br /&gt;</w:t>
        <w:br/>
        <w:t>Нехай, брате. — А ми будем&lt;br /&gt;</w:t>
        <w:br/>
        <w:t>Сміяться та плакать.</w:t>
      </w:r>
    </w:p>
    <w:p>
      <w:r>
        <w:br/>
        <w:t>З0 грудня 1844 С.-Петербург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Гоголю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