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Глибокий сад</w:t>
      </w:r>
    </w:p>
    <w:p>
      <w:r>
        <w:br/>
        <w:t xml:space="preserve"> В ранковому саду заголубіли тіні,&lt;br /&gt;</w:t>
        <w:br/>
        <w:t>І краплею роси заснула в квітці мить.&lt;br /&gt;</w:t>
        <w:br/>
        <w:t>Біжить стежина в сад у зарості малини,&lt;br /&gt;</w:t>
        <w:br/>
        <w:t>Яка дозріла вже і запахом п’янить.</w:t>
      </w:r>
    </w:p>
    <w:p>
      <w:r>
        <w:br/>
        <w:t>Стоїть на місці час. Нічого не минає.&lt;br /&gt;</w:t>
        <w:br/>
        <w:t>На промінь золотий схилилась висота.&lt;br /&gt;</w:t>
        <w:br/>
        <w:t>Співають горобці на гребені сараю.&lt;br /&gt;</w:t>
        <w:br/>
        <w:t>І мати молода подвір’я підміта.</w:t>
      </w:r>
    </w:p>
    <w:p>
      <w:r>
        <w:br/>
        <w:t>Котяра голубів чатує сонним оком.&lt;br /&gt;</w:t>
        <w:br/>
        <w:t>Кров місяця іскрить у стеблах полину.&lt;br /&gt;</w:t>
        <w:br/>
        <w:t>А яблуко одне зірвалося до строку,&lt;br /&gt;</w:t>
        <w:br/>
        <w:t>І яблуня немов приховує вину.</w:t>
      </w:r>
    </w:p>
    <w:p>
      <w:r>
        <w:br/>
        <w:t>Гуде бджолиний рій, спішить заповнить хоти.&lt;br /&gt;</w:t>
        <w:br/>
        <w:t>В очах палахкотінь від яблук у росі.&lt;br /&gt;</w:t>
        <w:br/>
        <w:t>Червоно квітне мак, червоно грає сонце,&lt;br /&gt;</w:t>
        <w:br/>
        <w:t>До танцю і пісень запрошуючи всіх.</w:t>
      </w:r>
    </w:p>
    <w:p>
      <w:r>
        <w:br/>
        <w:t>Танцюють лопухи, і соняхи, і клени,&lt;br /&gt;</w:t>
        <w:br/>
        <w:t>Найдальша далина прибилась до воріт,&lt;br /&gt;</w:t>
        <w:br/>
        <w:t>І вихор золотий шумить навколо мене, —&lt;br /&gt;</w:t>
        <w:br/>
        <w:t>Розкручуючи все і всотуючи світ.</w:t>
      </w:r>
    </w:p>
    <w:p>
      <w:r>
        <w:br/>
        <w:t>А в центрі тільки я, дитина листопада,&lt;br /&gt;</w:t>
        <w:br/>
        <w:t>Єдиний диригент і чародій на мить,&lt;br /&gt;</w:t>
        <w:br/>
        <w:t>Дарма, що народивсь під зіркою, що пада,&lt;br /&gt;</w:t>
        <w:br/>
        <w:t>В саду, що обліта, на вітрі, що горить!</w:t>
      </w:r>
    </w:p>
    <w:p>
      <w:r>
        <w:br/>
        <w:t>До матері тягнусь, розказую руками&lt;br /&gt;</w:t>
        <w:br/>
        <w:t>Про те, що тільки їй лише одній збагнуть.&lt;br /&gt;</w:t>
        <w:br/>
        <w:t>Щаслива у дворі мені сміється мама,&lt;br /&gt;</w:t>
        <w:br/>
        <w:t>І в неї зморшки всі ще глибшими стають.</w:t>
      </w:r>
    </w:p>
    <w:p>
      <w:r>
        <w:br/>
        <w:t>Метелик вогняний кружляє біля мене,&lt;br /&gt;</w:t>
        <w:br/>
        <w:t>Торкається плеча і відлітає геть.&lt;br /&gt;</w:t>
        <w:br/>
        <w:t>І звідки мені знать, що яблуко зелене&lt;br /&gt;</w:t>
        <w:br/>
        <w:t>Метеликом таким приречене на смерть,</w:t>
      </w:r>
    </w:p>
    <w:p>
      <w:r>
        <w:br/>
        <w:t>Що вже проснулась мить і зоряна краплина&lt;br /&gt;</w:t>
        <w:br/>
        <w:t>По теплому стеблу збігає до землі.&lt;br /&gt;</w:t>
        <w:br/>
        <w:t>Від матері спішить захеканий хлопчина,&lt;br /&gt;</w:t>
        <w:br/>
        <w:t>Біжить в глибокий сад і розтає вві млі…</w:t>
      </w:r>
    </w:p>
    <w:p>
      <w:r>
        <w:br/>
        <w:t>Склепив повіки сон. І почорніли тіні.&lt;br /&gt;</w:t>
        <w:br/>
        <w:t>Над яблуком в росі метелик кружеля.&lt;br /&gt;</w:t>
        <w:br/>
        <w:t>І стільки у саду дозрілої малини,&lt;br /&gt;</w:t>
        <w:br/>
        <w:t>Що хлопчика не жди — не вийде звідтіля.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Глибокий 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