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Глибокий плуг пройшов полями...</w:t>
      </w:r>
    </w:p>
    <w:p>
      <w:r>
        <w:br/>
        <w:t xml:space="preserve"> Глибокий плуг пройшов полями&lt;br /&gt;</w:t>
        <w:br/>
        <w:t>Моєї тихої душі,&lt;br /&gt;</w:t>
        <w:br/>
        <w:t>І впали в слід йому стеблями&lt;br /&gt;</w:t>
        <w:br/>
        <w:t>Квітки, щоб вмерти у глуші.</w:t>
      </w:r>
    </w:p>
    <w:p>
      <w:r>
        <w:br/>
        <w:t>Зійшла зоря. В яснім покрові,&lt;br /&gt;</w:t>
        <w:br/>
        <w:t>В короні зір виходить ніч.&lt;br /&gt;</w:t>
        <w:br/>
        <w:t>Сховався місяць у діброві.&lt;br /&gt;</w:t>
        <w:br/>
        <w:t>Останні хмари плинуть пріч.</w:t>
      </w:r>
    </w:p>
    <w:p>
      <w:r>
        <w:br/>
        <w:t>Скажи ж мені… Але не треба:&lt;br /&gt;</w:t>
        <w:br/>
        <w:t>Сама ти плуг той навела…&lt;br /&gt;</w:t>
        <w:br/>
        <w:t>І бачать ясні очі неба&lt;br /&gt;</w:t>
        <w:br/>
        <w:t>Квіток загублені тела!..</w:t>
      </w:r>
    </w:p>
    <w:p>
      <w:r>
        <w:br/>
        <w:t>1888 — 1895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Глибокий плуг пройшов полями...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