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Гість з Канади</w:t>
      </w:r>
    </w:p>
    <w:p>
      <w:r>
        <w:br/>
        <w:t xml:space="preserve"> &lt;p&gt;ГІСТЬ З КАНАДИ</w:t>
      </w:r>
    </w:p>
    <w:p>
      <w:r>
        <w:br/>
        <w:t>Саме перед північчю станув поїзд у чудовій наддністрянській околиці, освіченій повним місяцем. З вагонів вийшло кілька заспаних жидів і жидівок і якийсь чоловік з малою скринькою в руках. Коли б судити єго по одежі, можна би здогадуватися, що се якийсь підпанок, але по тяжкім ході, великих руках і згорбленій постаті зараз було пізнати, що се перебраний мужик або робітник. Тілько віку не можна було вичитати з єго зімнятого і, певно, зо три тижні не митого та не бритого лиця; міг мати тридцять або й більше літ.</w:t>
      </w:r>
    </w:p>
    <w:p>
      <w:r>
        <w:br/>
        <w:t>Він вийшов з двірця на дорогу і зараз скрутив на пасовисько на стежку, що з високого горба вела стрімко вниз в село Д. Тут не мав, видко, охоти пристанути хоч на хвилину, щоби подивитися з гори, як гарно виглядало село в долині, як біліли хати між садами, як блистів до місяця широкий і глибокий Дністер, як легенька срібна мрака покривала лози і високі зелені береги; він спішився або був зовсім нечулий на красу природи.</w:t>
      </w:r>
    </w:p>
    <w:p>
      <w:r>
        <w:br/>
        <w:t>Тілько в селі, коли зайшов в одну бічну уличку, станув і почав розглядатися. Яких п'ятдесят кроків перед ним стояла хата з господарськими будинками, по тім боці улиці знову хата, а далі під горбом між деревами було вже темно і сумно: світло місяця туди не сягало.</w:t>
      </w:r>
    </w:p>
    <w:p>
      <w:r>
        <w:br/>
        <w:t>І в хатах і надворі все спало.</w:t>
      </w:r>
    </w:p>
    <w:p>
      <w:r>
        <w:br/>
        <w:t>Простоявши хвилину, подорожній підійшов крадьки під вікна найближчої хати і заглянув у мале віконце, н ічого не побачив, ані не почув. Тоді поклав скриньку на землю, вхопив за рами віконця і силувався відчинити. Не йшло. Вкінці з пересердям вдарив ліктем в шибку, розбите скло задзвеніло, і в хаті скрикнув хтось: "Господи!"</w:t>
      </w:r>
    </w:p>
    <w:p>
      <w:r>
        <w:br/>
        <w:t>— Відчиняй! — приказав подорожній гнівно.</w:t>
      </w:r>
    </w:p>
    <w:p>
      <w:r>
        <w:br/>
        <w:t>— Хто ж там? — спитав перестрашений жіночий голос з хати.</w:t>
      </w:r>
    </w:p>
    <w:p>
      <w:r>
        <w:br/>
        <w:t>— Се я, Яків! Твій чоловік!</w:t>
      </w:r>
    </w:p>
    <w:p>
      <w:r>
        <w:br/>
        <w:t>— Ай, господи! Яків! Я зараз! Тілько світло засвічу! Блиснула невеличка лампа в хаті, а по хвилі відчинилися</w:t>
      </w:r>
    </w:p>
    <w:p>
      <w:r>
        <w:br/>
        <w:t>й двері. Яків увійшов зі скринькою в хату.</w:t>
      </w:r>
    </w:p>
    <w:p>
      <w:r>
        <w:br/>
        <w:t>Ані не звітався з жінкою, ані не сказав доброго слова, тілько розглядався хвилину по хаті, потім сів на лавці і сердито глянув на жінку, котра не знала, чи має тішитися, чи смутитися, так її зараз ся перша хвилина прибила.</w:t>
      </w:r>
    </w:p>
    <w:p>
      <w:r>
        <w:br/>
        <w:t>— Ти нащо шибку вибив? — спитала несміливо.</w:t>
      </w:r>
    </w:p>
    <w:p>
      <w:r>
        <w:br/>
        <w:t>Яків не відповів на се питання, тілько від себе спитався:</w:t>
      </w:r>
    </w:p>
    <w:p>
      <w:r>
        <w:br/>
        <w:t>— Дитини нема?</w:t>
      </w:r>
    </w:p>
    <w:p>
      <w:r>
        <w:br/>
        <w:t>— Адже вмерла зараз в першім році, як ти поїхав! Я тобі писала.</w:t>
      </w:r>
    </w:p>
    <w:p>
      <w:r>
        <w:br/>
        <w:t>— А друга де?</w:t>
      </w:r>
    </w:p>
    <w:p>
      <w:r>
        <w:br/>
        <w:t>— Яка друга? Адже другої в нас не було!</w:t>
      </w:r>
    </w:p>
    <w:p>
      <w:r>
        <w:br/>
        <w:t>— В нас не було, але в тебе найшлася! — гримнув Яків гнівно.— Я все знаю. Я там, за морем, уже три роки працюю як ніч, так день, а ти тут з іншими водишся! Кажи, де дитина?!</w:t>
      </w:r>
    </w:p>
    <w:p>
      <w:r>
        <w:br/>
        <w:t>Молодиця, спрацьована і втомлена, але з лиця доволі гарна, поправила собі хустку на голові і блиснула гнівно карими очима.</w:t>
      </w:r>
    </w:p>
    <w:p>
      <w:r>
        <w:br/>
        <w:t>— Ніякої другої дитини не було і нема! Коли не віриш,— шукай! — відповіла твердо.</w:t>
      </w:r>
    </w:p>
    <w:p>
      <w:r>
        <w:br/>
        <w:t>Яків встав з лавки.</w:t>
      </w:r>
    </w:p>
    <w:p>
      <w:r>
        <w:br/>
        <w:t>— Ти ще пискуєш! А з сусідом Вербовим що? Ти гадаєш, я не знаю?! Мені писали!</w:t>
      </w:r>
    </w:p>
    <w:p>
      <w:r>
        <w:br/>
        <w:t>— Неправда! неправда! — скричала налякана молодиця і повернулася до дверей, мовби хотіла утікати.— Присягаю богу, що неправда!</w:t>
      </w:r>
    </w:p>
    <w:p>
      <w:r>
        <w:br/>
        <w:t>В тій хвилі прискочив до неї чоловік і з цілої сили вдарив її кулаком в плечі, потім ухопив за рукав, здер хустку з голови і почав бити, де попало. Жінка кричала і виривалася з рук чоловіка, але він тримав єї одною рукою, як кліщами, а другою бив без милосердя.</w:t>
      </w:r>
    </w:p>
    <w:p>
      <w:r>
        <w:br/>
        <w:t>— Рятуйте! рятуйте! — кричала она, упавши на землю. Відчинилися сінешні і хатні двері і на порозі станув</w:t>
      </w:r>
    </w:p>
    <w:p>
      <w:r>
        <w:br/>
        <w:t>дужий мужик, сусід Вербовий, з колом в руці.</w:t>
      </w:r>
    </w:p>
    <w:p>
      <w:r>
        <w:br/>
        <w:t>— Се що за розбій поночі? — скрикнув він.— А! то ти, Яків? Так з жінкою вітаєшся?! Людям спати не даєш?</w:t>
      </w:r>
    </w:p>
    <w:p>
      <w:r>
        <w:br/>
        <w:t>Відложив кіл набік і оп'янілого з гніву Якова одним замахом відірвав від жінки і кинув у другий кут хати так сильно, що той аж головою тяжку лаву посунув далі.</w:t>
      </w:r>
    </w:p>
    <w:p>
      <w:r>
        <w:br/>
        <w:t>— Се що за поведенція?! — крикнув ще і, розставивши ноги, як до борби, станув над Яковом, готовий кождої хвилини почастували єго ще краще.</w:t>
      </w:r>
    </w:p>
    <w:p>
      <w:r>
        <w:br/>
        <w:t>Яків справді зірвався з землі і замахнувся на Вербового. Той вхопив єго за обі руки, скрутив їх так, що аж затріщали, і силоміць посадив напасника на лаву під вікном.</w:t>
      </w:r>
    </w:p>
    <w:p>
      <w:r>
        <w:br/>
        <w:t>— Сиди і не рушся! Кажи, чого тобі треба? Якої напасті шукаєш собі?</w:t>
      </w:r>
    </w:p>
    <w:p>
      <w:r>
        <w:br/>
        <w:t>— То ти до моєї жінки... і ще мене б'єш! — хрипів з лютості Яків, силуючись вирватися з медвежих рук сусіда.</w:t>
      </w:r>
    </w:p>
    <w:p>
      <w:r>
        <w:br/>
        <w:t>На сі слова сусід відповів таким тяжким поличником, що Яків аж на лаву похилився.</w:t>
      </w:r>
    </w:p>
    <w:p>
      <w:r>
        <w:br/>
        <w:t>^— Не бреши, песій сину! — наказував Вербовий.— Три роки сидиш там у Канаді, до жінки ані слова не напишеш, ані зломаного грейцара не пришлеш,— она ту бідує, ради собі не годна дати, а ти щойно приїхав — і зараз до бійки! То се твої долари з Канади!</w:t>
      </w:r>
    </w:p>
    <w:p>
      <w:r>
        <w:br/>
        <w:t>— Най з другими не водиться! — боронився Яків і по голосі єго було пізнати, що чувся переможеним.</w:t>
      </w:r>
    </w:p>
    <w:p>
      <w:r>
        <w:br/>
        <w:t>— З ким?!</w:t>
      </w:r>
    </w:p>
    <w:p>
      <w:r>
        <w:br/>
        <w:t>— Адже з тобою першим! Мені писали до Канади! Ляснув другий поличник, і лице Якова почервоніло</w:t>
      </w:r>
    </w:p>
    <w:p>
      <w:r>
        <w:br/>
        <w:t>та почало пухнути.</w:t>
      </w:r>
    </w:p>
    <w:p>
      <w:r>
        <w:br/>
        <w:t>— Хто писав? — спитав Вербовий.</w:t>
      </w:r>
    </w:p>
    <w:p>
      <w:r>
        <w:br/>
        <w:t>— Підлужний писав!</w:t>
      </w:r>
    </w:p>
    <w:p>
      <w:r>
        <w:br/>
        <w:t>— Не бреши! Він неписьменний.</w:t>
      </w:r>
    </w:p>
    <w:p>
      <w:r>
        <w:br/>
        <w:t>— Він підписаний на листі! Хтось за него писав.</w:t>
      </w:r>
    </w:p>
    <w:p>
      <w:r>
        <w:br/>
        <w:t>— Добре! Зараз єго спитаємо! Ходи!</w:t>
      </w:r>
    </w:p>
    <w:p>
      <w:r>
        <w:br/>
        <w:t>Під час сеї лютої пересправи збита молодиця заводила коло печі, мов по покійнім:</w:t>
      </w:r>
    </w:p>
    <w:p>
      <w:r>
        <w:br/>
        <w:t>— Така мені заплата за мою працю гіреньку... що я єму і клаптика землі не продала... що я собі рук і ніг не чую... За три роки аби гріш прислав, аби добре слово написав... нічого! То інші чоловіки гроші посилають, суми привозять, а він кулаки...</w:t>
      </w:r>
    </w:p>
    <w:p>
      <w:r>
        <w:br/>
        <w:t>— Не плачте, сусідо,— потішив єї Вербовий, випихаючи єї чоловіка у сіни,— ми зараз сюди вернемося.</w:t>
      </w:r>
    </w:p>
    <w:p>
      <w:r>
        <w:br/>
        <w:t>І силою потяг Якова за руку надвір та у темну вулицю під горб.</w:t>
      </w:r>
    </w:p>
    <w:p>
      <w:r>
        <w:br/>
        <w:t>За ними вийшла молодиця на дорогу. Ту стояла вже жінка Вербового, збуджена криком і бійкою.</w:t>
      </w:r>
    </w:p>
    <w:p>
      <w:r>
        <w:br/>
        <w:t>— Сусідонько, кумонько, ненько моя! — стала молодиця жалуватися.— Чи чували ви таке? З-за моря приїхав, аби мене набити запусто, задурно! Мені за три роки зломаного гроша не прислав, а сотки видав на дорогу, аби мене сам міг набити.</w:t>
      </w:r>
    </w:p>
    <w:p>
      <w:r>
        <w:br/>
        <w:t>Сусіда почала її втихомирювати, она притихла і лише хлипала, як дитина, спершися о ворота.</w:t>
      </w:r>
    </w:p>
    <w:p>
      <w:r>
        <w:br/>
        <w:t>Минуло добрих кілька хвилин, і в темній вулиці під горбом залунав такий сильний поличник, мов великий батіг ляснув.</w:t>
      </w:r>
    </w:p>
    <w:p>
      <w:r>
        <w:br/>
        <w:t>— То ти аж з Канади приїхав напасті собі шукати?! — кричав там Підлужний так, що кожде слово єго здалека було чути.</w:t>
      </w:r>
    </w:p>
    <w:p>
      <w:r>
        <w:br/>
        <w:t>— Хто ж писав?! — боронився Яків уже зовсім м'яким голосом.</w:t>
      </w:r>
    </w:p>
    <w:p>
      <w:r>
        <w:br/>
        <w:t>— А мене то що обходить?! Маєш лист, то шукай собі писаря! А людей не займай, волоцюго світовий! Перебрався і гадає, що вже пан...</w:t>
      </w:r>
    </w:p>
    <w:p>
      <w:r>
        <w:br/>
        <w:t>— Іди спати! — радив Вербовий.— І людям дай спати, бо завтра робуча днина! — А жінки не бий, бо ще раз прийду до тебе.</w:t>
      </w:r>
    </w:p>
    <w:p>
      <w:r>
        <w:br/>
        <w:t>Оба сусіди відвели Якова до єго хати.</w:t>
      </w:r>
    </w:p>
    <w:p>
      <w:r>
        <w:br/>
        <w:t>— Що ж? Будеш спати, чи маємо тебе пильнувати? — спитався ще Вербовий.</w:t>
      </w:r>
    </w:p>
    <w:p>
      <w:r>
        <w:br/>
        <w:t>— Не треба! — відповів Яків, зайшов до хати, взяв свою скриньку і вийшов знову надвір.</w:t>
      </w:r>
    </w:p>
    <w:p>
      <w:r>
        <w:br/>
        <w:t>Сусіди дивилися, що він загадує робити. Не промовивши до нікого ані слова, гість з Канади пішов вуличкою на дорогу і там на скруті зник.</w:t>
      </w:r>
    </w:p>
    <w:p>
      <w:r>
        <w:br/>
        <w:t>— Я побіжу за ним! — промовила жінка.</w:t>
      </w:r>
    </w:p>
    <w:p>
      <w:r>
        <w:br/>
        <w:t>— Хочеш смерті пожити,— спитав її Вербовий.</w:t>
      </w:r>
    </w:p>
    <w:p>
      <w:r>
        <w:br/>
        <w:t>— Дайте спокій, кумо! — радила сусідка Вербова. Жінка послухала. Довго стояли ще всі на дорозі і обговорювали сю нічну пригоду.</w:t>
      </w:r>
    </w:p>
    <w:p>
      <w:r>
        <w:br/>
        <w:t>Тим часом Яків вертав горбом і пасовиськом на дворець залізниці. В одній руці ніс скриньку, а другою мацав себе по тварі. Она спухла і пашіла, а в голові шуміло, як у млині. Під капелюхом найшов великий гудзь у волоссі від удару об лавку. Язиком зміркував, що оден зуб хилитався. В боці чув біль — від чого, не міг здогадатися.</w:t>
      </w:r>
    </w:p>
    <w:p>
      <w:r>
        <w:br/>
        <w:t>Сумний прийшов на перон, поклав скриньку на лавку і сам усів. Думав-думав, потім вийняв із скриньки фляшку горівки, потягнув здорово — і знову задумався.</w:t>
      </w:r>
    </w:p>
    <w:p>
      <w:r>
        <w:br/>
        <w:t>У такій задумі застав єго знакомий залізничний по-слугач, родом з того самого села, що й Яків. Він приглядався єму кілька разів і не пізнавав.</w:t>
      </w:r>
    </w:p>
    <w:p>
      <w:r>
        <w:br/>
        <w:t>— Яків чи не Яків? — спитав нарешті.— 3 Канади?</w:t>
      </w:r>
    </w:p>
    <w:p>
      <w:r>
        <w:br/>
        <w:t>— Yes! 1 — відповів Яків.</w:t>
      </w:r>
    </w:p>
    <w:p>
      <w:r>
        <w:br/>
        <w:t>— Додому?</w:t>
      </w:r>
    </w:p>
    <w:p>
      <w:r>
        <w:br/>
        <w:t>— No!2</w:t>
      </w:r>
    </w:p>
    <w:p>
      <w:r>
        <w:br/>
        <w:t>Більше англійських слів Яків не привіз з Америки і тому далі говорив по-своєму:</w:t>
      </w:r>
    </w:p>
    <w:p>
      <w:r>
        <w:br/>
        <w:t>— Я лише так, на кілька годин, приїхав з Канади, аби жінці пригадати, що має чоловіка. Чи в неї була яка друга дитина, чи ні?</w:t>
      </w:r>
    </w:p>
    <w:p>
      <w:r>
        <w:br/>
        <w:t>— Ні! Я би чув щось.</w:t>
      </w:r>
    </w:p>
    <w:p>
      <w:r>
        <w:br/>
        <w:t>1 Так! (Англ.)</w:t>
      </w:r>
    </w:p>
    <w:p>
      <w:r>
        <w:br/>
        <w:t>2 Ні! (Англ.)</w:t>
      </w:r>
    </w:p>
    <w:p>
      <w:r>
        <w:br/>
        <w:t>— Але я таки набив її, най знає! Три роки... міркуйте! Одну жінку мати та й тій розпуст дати? Три тижні їхав. Приїхав, набив і вертаю до Канади. Триста корон видав і ще вдруге тілько видам, але най знає!</w:t>
      </w:r>
    </w:p>
    <w:p>
      <w:r>
        <w:br/>
        <w:t>— Та за що ви її били?</w:t>
      </w:r>
    </w:p>
    <w:p>
      <w:r>
        <w:br/>
        <w:t>— Аби з іншими не водилася.</w:t>
      </w:r>
    </w:p>
    <w:p>
      <w:r>
        <w:br/>
        <w:t>— Она ж не водиться!</w:t>
      </w:r>
    </w:p>
    <w:p>
      <w:r>
        <w:br/>
        <w:t>— Говоріть своє! Я знаю... мені писали... Врешті водиться, чи не водиться, я набив, аби мала науку до того часу, як верну. Yes!</w:t>
      </w:r>
    </w:p>
    <w:p>
      <w:r>
        <w:br/>
        <w:t>— Але чогось і ви, Якове, запухли! — замітив слуга, придивившися.— Чи то ви, може, в Канаді так підгодувалися?</w:t>
      </w:r>
    </w:p>
    <w:p>
      <w:r>
        <w:br/>
        <w:t>— Вступися, юдо! — відповів Яків сердито.— Не зачіпай мене!</w:t>
      </w:r>
    </w:p>
    <w:p>
      <w:r>
        <w:br/>
        <w:t>Слуга справді вступився, бо з п'яним не було розмови.</w:t>
      </w:r>
    </w:p>
    <w:p>
      <w:r>
        <w:br/>
        <w:t>Яків чекав ще з годину на самоті. Потім купив білет, всів до поїзда, що над'їхав, перевернувся на лаві і захропів, як по парні.</w:t>
      </w:r>
    </w:p>
    <w:p>
      <w:r>
        <w:br/>
        <w:t>Сповнивши свій подружній обов'язок, він вертав знову до Канади... Хто написав лист, се вже єго не журило.</w:t>
      </w:r>
    </w:p>
    <w:p>
      <w:r>
        <w:br/>
        <w:t>1913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Гість з Канади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