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Гірка горобина</w:t>
      </w:r>
    </w:p>
    <w:p>
      <w:r>
        <w:br/>
        <w:t xml:space="preserve"> &lt;p&gt;Вчора він попросив матір, щоб вона збудила його не пізніше дев'ятої. Ну а вона, як завжди, пожаліла його і розбудила після десятої. І тільки прокинувся, згадав про дівчину, з якою він вчора домовився зустрітись, щоб змалювати її.</w:t>
      </w:r>
    </w:p>
    <w:p>
      <w:r>
        <w:br/>
        <w:t>Коли поспішав до неї, то його здибав водолаз Борис. Він був з тієї водолазної команди, з якою художник познайомивсь на будівництві Канівської ГЕС.</w:t>
      </w:r>
    </w:p>
    <w:p>
      <w:r>
        <w:br/>
        <w:t>— Художнику, привіт! Ти що так кволо чапаєш?!— прихопив його за лікоть здоровенний водолаз і сяяв посмішкою на всі зуби.</w:t>
      </w:r>
    </w:p>
    <w:p>
      <w:r>
        <w:br/>
        <w:t>— Та... Вчора познайомився з такою дівчиною, що й не знаю, прийде вона чи ні...</w:t>
      </w:r>
    </w:p>
    <w:p>
      <w:r>
        <w:br/>
        <w:t>— До вечора ще далеко, а ти вже в хандрі... Так же не можна від рання нудитись...</w:t>
      </w:r>
    </w:p>
    <w:p>
      <w:r>
        <w:br/>
        <w:t>— Та ні... я з нею домовився на ранок. Оце йду.</w:t>
      </w:r>
    </w:p>
    <w:p>
      <w:r>
        <w:br/>
        <w:t>— А, зрозумів. Куди ж ти — на пляж чи в ліс поїдеш?</w:t>
      </w:r>
    </w:p>
    <w:p>
      <w:r>
        <w:br/>
        <w:t>— Та не знаю... Боюсь, що нічого... з цього не вийде.</w:t>
      </w:r>
    </w:p>
    <w:p>
      <w:r>
        <w:br/>
        <w:t>— Та слухай, чого ти весь час нервуєш? Як не вийде, давай до нас! Ми тебе чекаємо годину. У нас свій "газик". Буде та робота—самохідка затонула біля Трипілля. Важке місце, течія. Можеш репортаж чи серію, як там у вас зветься, зробити. Місце чудове. Я й сам би намалював, якби вмів.</w:t>
      </w:r>
    </w:p>
    <w:p>
      <w:r>
        <w:br/>
        <w:t>— Добре, чекайте через півгодини. Буду. Вона, без сумніву, мені збрехала і не прийде. Вони останнім часом щось не приходять... Чи старий я став, чи що?.. Скажи, я з того часу дуже постарів, як ми бачились?</w:t>
      </w:r>
    </w:p>
    <w:p>
      <w:r>
        <w:br/>
        <w:t>— Такий, як був, такий і є. І борідка та ж, і не полисів. Тільки наче очі якісь сумніші стали...</w:t>
      </w:r>
    </w:p>
    <w:p>
      <w:r>
        <w:br/>
        <w:t>— А... Довели мене оці всі! Ти знаєш, я ж розлучився, і, хоч все скінчилось, а я ніяк собі місця не знайду...</w:t>
      </w:r>
    </w:p>
    <w:p>
      <w:r>
        <w:br/>
        <w:t>— Тут я нічого порадити тобі не можу. Одне тільки скажу, ти кинь усе! — Борис ляснув його по худому плечу.— Ти ж вільний художник! Поїхали з нами. Там оформиш щось, там когось в газету намалюєш. Кубрик буде, чифан тобі завжди буде. Ти ж знаєш, що Юхим Юхимович тебе любить. Їй-богу, давай з нами!</w:t>
      </w:r>
    </w:p>
    <w:p>
      <w:r>
        <w:br/>
        <w:t>— А й правда, кину все й поїду з вами. Набридли всі вони мені, не можу вже. Так і скажи хлопцям, нехай вони почекають мене... Я їй зовсім і не вірю. А от сказав, що прийду, значить треба прийти... Але якби ти знав, яка дівчина! Яка дівчина! Просто богиня! Я просто здурів, як заговорив з нею. Слухай, ходімо подивишся!..</w:t>
      </w:r>
    </w:p>
    <w:p>
      <w:r>
        <w:br/>
        <w:t>— Ти не знаєш напевно, чи прийде вона, чи ні, а мені треба ще для хлопців сигарет міцних купити. Так що ми чекаємо на тебе!</w:t>
      </w:r>
    </w:p>
    <w:p>
      <w:r>
        <w:br/>
        <w:t>Отож художник поспішав на побачення, хоча лаяв себе за це і був переконаний, що дівчина не прийде.</w:t>
      </w:r>
    </w:p>
    <w:p>
      <w:r>
        <w:br/>
        <w:t>Тому аж припинявся, коли вгледів її під рясною горобиною. Вона якраз потяглася до квітучого оранжевого кетяга і наче підіймалась і підіймалась, таке було в неї гнучке й довге тіло. Відкинулася в попереку і відхилила голову з купою попелястого кучерявого, мов пінного, волосся.</w:t>
      </w:r>
    </w:p>
    <w:p>
      <w:r>
        <w:br/>
        <w:t>Художник привітався у спину:</w:t>
      </w:r>
    </w:p>
    <w:p>
      <w:r>
        <w:br/>
        <w:t>— Доброго ранку!</w:t>
      </w:r>
    </w:p>
    <w:p>
      <w:r>
        <w:br/>
        <w:t>І зразу ж вилаяв себе: "Ну чого я не почекав, поки вона повернеться?"</w:t>
      </w:r>
    </w:p>
    <w:p>
      <w:r>
        <w:br/>
        <w:t>Вона плавко опустила руку з оранжевою китицею і поволі розвернулася до нього, розкрила великі сірі очі і здивовано підняла брови.</w:t>
      </w:r>
    </w:p>
    <w:p>
      <w:r>
        <w:br/>
        <w:t>— Ранок? День давно! Я й попляжитись встигла. Ах, яка вода, молоко! — відщипнула ягоду від китиці і поволі піднесла до пухких вуст.</w:t>
      </w:r>
    </w:p>
    <w:p>
      <w:r>
        <w:br/>
        <w:t>Художник вилаяв себе за те, що він зараз скаже, але таки сказав:</w:t>
      </w:r>
    </w:p>
    <w:p>
      <w:r>
        <w:br/>
        <w:t>— Не їжте, вона в пилюці і, до всього ще, гірка. Горобина дозрівав пізно.</w:t>
      </w:r>
    </w:p>
    <w:p>
      <w:r>
        <w:br/>
        <w:t>Вона ще відщипнула ягоду, ще ширше розкліпила свої величезні сірі очі і прожувала другу ягоду.</w:t>
      </w:r>
    </w:p>
    <w:p>
      <w:r>
        <w:br/>
        <w:t>— А може, я люблю гірке?</w:t>
      </w:r>
    </w:p>
    <w:p>
      <w:r>
        <w:br/>
        <w:t>Він подумав, що, певно, зараз скаже якусь дурницю, і вже відкрив рота. Та його врятував тролейбус: підкотився на кінцеву зупинку, зашерхотів колесами, зашипів і клацнув дверима.</w:t>
      </w:r>
    </w:p>
    <w:p>
      <w:r>
        <w:br/>
        <w:t>Художник хотів пропустити її перед себе, але трапилось так якось, що вони зайшли разом. І він знову вилаяв себе за неоковирність. Пробив талончики і сів поруч неї. Вона трохи зсутулилась, як сіла, а тоді випросталась.</w:t>
      </w:r>
    </w:p>
    <w:p>
      <w:r>
        <w:br/>
        <w:t>— Далеко їхати?</w:t>
      </w:r>
    </w:p>
    <w:p>
      <w:r>
        <w:br/>
        <w:t>— Та так, далеченько, до кінця, а потім ще трохи пройти.</w:t>
      </w:r>
    </w:p>
    <w:p>
      <w:r>
        <w:br/>
        <w:t>Вона знов широко розплющила очі, закліпала довгими чорними віями, підняла брову.</w:t>
      </w:r>
    </w:p>
    <w:p>
      <w:r>
        <w:br/>
        <w:t>— Тоді я читатиму. Добре?</w:t>
      </w:r>
    </w:p>
    <w:p>
      <w:r>
        <w:br/>
        <w:t>— Читайте, читайте... будь ласка!</w:t>
      </w:r>
    </w:p>
    <w:p>
      <w:r>
        <w:br/>
        <w:t>Витягла з капронової сітки книжку, обгорнуту в папір, і знов зсутулилась і вп'ялась очима в текст.</w:t>
      </w:r>
    </w:p>
    <w:p>
      <w:r>
        <w:br/>
        <w:t>Тролейбус підіймався вгору і спускався вниз по світлих серпневих вулицях. Де-не-де були купки людей біля лотків з овочами, і зрідка пробігали діти. А взагалі цей серпневий день барвився лише трьома кольорами: блакитним, зеленню та білим.</w:t>
      </w:r>
    </w:p>
    <w:p>
      <w:r>
        <w:br/>
        <w:t>Художник посмикав себе за біляву борідку, покрутив вуса. Подумав: "Зроблю справжній малюнок! Що я, дурень? Її малювати легко й просто..."</w:t>
      </w:r>
    </w:p>
    <w:p>
      <w:r>
        <w:br/>
        <w:t>Сонце підбилось добряче, як вони пройшли через зелене подвір'я і дитячий майданчик. На дитячому майданчику сиділи в затінку пенсіонери й забивали "козла". Дітлахи з'юрмились навколо калюжі на асфальті і споглядали здоровенного горбатого жука-плавунця.</w:t>
      </w:r>
    </w:p>
    <w:p>
      <w:r>
        <w:br/>
        <w:t>Тільки підійшли до парадного, як з-за рогу вилетів здоровенний доберман-пінчер і просто їм в обличчя гарконув. Художнику заклякли ноги, але дівчина ступила до собаки, схилилась і проговорила:</w:t>
      </w:r>
    </w:p>
    <w:p>
      <w:r>
        <w:br/>
        <w:t>— Ай-яй-яй, такий злий! Ай-яй!</w:t>
      </w:r>
    </w:p>
    <w:p>
      <w:r>
        <w:br/>
        <w:t>Собака схилив голову набік, замовк на хвилю, але зразу ж отямився і знов гавконув з усіх сил. У парадному з'явився здоровенний молодик у майці і піжамних смугастих штанях. Він прихопив за обручку собаку і поглянув на художника й дівчину так, наче це вони, а не його собака зняли такий гавкіт.</w:t>
      </w:r>
    </w:p>
    <w:p>
      <w:r>
        <w:br/>
        <w:t>Художник натис кнопку дзвінка і вилаяв себе: "Ну пропав, зовсім пропав! Добили мене ці баби. Все! Добили. От тепер я справжній неврастенік. І руки трусяться!.."</w:t>
      </w:r>
    </w:p>
    <w:p>
      <w:r>
        <w:br/>
        <w:t>Відчинив вірний його друг лікар. Він завжди слухав художника, оглядав, а після чергового вислуховування казав йому:</w:t>
      </w:r>
    </w:p>
    <w:p>
      <w:r>
        <w:br/>
        <w:t>— Змін ніяких ні в чому я не знаходжу. Просто треба заспокоїтись, молочка попити, свіжим повітрям подихати, по землі босоніж походити... Треба жити нормальним життям, а ти цією кавою та цигарками себе отруюєш. Пішли до молочного.</w:t>
      </w:r>
    </w:p>
    <w:p>
      <w:r>
        <w:br/>
        <w:t>До молочного вони, як завжди, не доходили, а десь застрягали в кав'ярні чи в гастрономі і сьорбали каву, а то й коньячком бавились. Друг його нічого, він на добрий пуд з гаком важчий і в нього скільки кави, скільки коньяку не лий, наступного дня він веселий і жвавий.</w:t>
      </w:r>
    </w:p>
    <w:p>
      <w:r>
        <w:br/>
        <w:t>Лікар відчинив двері і провів зразу до кухні.</w:t>
      </w:r>
    </w:p>
    <w:p>
      <w:r>
        <w:br/>
        <w:t>Чиста й біла кухня. І зразу на стіл поставив пляшку коньяку і блюдечками брязнув.</w:t>
      </w:r>
    </w:p>
    <w:p>
      <w:r>
        <w:br/>
        <w:t>— Беріть і снідайте. Докторська ковбаса, сир голландський. Коньяк одеський, коньяк вульгаріс, але бадьорить. П'єте?</w:t>
      </w:r>
    </w:p>
    <w:p>
      <w:r>
        <w:br/>
        <w:t>— Трохи.</w:t>
      </w:r>
    </w:p>
    <w:p>
      <w:r>
        <w:br/>
        <w:t>— Так, трохи. А тобі не дам, щоб руки не тремтіли. Ну, лишайтеся, я десь години за три повернусь. Поїду одного хворого подивлюсь. Виписав з лікарні, все було гаразд, а тепер затемпературив...</w:t>
      </w:r>
    </w:p>
    <w:p>
      <w:r>
        <w:br/>
        <w:t>Перейшли до вітальні. Художник застругав олівці над газетою. Вона з книжкою стояла перед ним.</w:t>
      </w:r>
    </w:p>
    <w:p>
      <w:r>
        <w:br/>
        <w:t>— Якщо я сидітиму й читатиму, вам це не заважатиме?</w:t>
      </w:r>
    </w:p>
    <w:p>
      <w:r>
        <w:br/>
        <w:t>— Ні, ні! Що ви? Я, навпаки, так і думав посадовити вас...</w:t>
      </w:r>
    </w:p>
    <w:p>
      <w:r>
        <w:br/>
        <w:t>— Бачте, як добре, тільки ви поверніться на хвилю.</w:t>
      </w:r>
    </w:p>
    <w:p>
      <w:r>
        <w:br/>
        <w:t>— Чому?</w:t>
      </w:r>
    </w:p>
    <w:p>
      <w:r>
        <w:br/>
        <w:t>— Ну добре, я тоді вийду.</w:t>
      </w:r>
    </w:p>
    <w:p>
      <w:r>
        <w:br/>
        <w:t>— Та ні! Ви нікуди не йдіть. Зараз почнемо.</w:t>
      </w:r>
    </w:p>
    <w:p>
      <w:r>
        <w:br/>
        <w:t>Вона знизала плечима, підійшла до широкої червоної канапи. Художник лезом бритви обережно вирівнював грифеля. Підвів голову, як вона вже в чорній сорочці залазила на канапу.</w:t>
      </w:r>
    </w:p>
    <w:p>
      <w:r>
        <w:br/>
        <w:t>"Ну все! Я пропав! — скрикнув подумки художник і відчув, як стисло йому скроні і закалатало серце.— Кинути всяке малювання? А що вона подумає? А що, коли вона думає тільки про малювання, як же тоді? Що я скотина якась, вийде?!.</w:t>
      </w:r>
    </w:p>
    <w:p>
      <w:r>
        <w:br/>
        <w:t>Вона тим часом залізла на канапу і повернулась до нього спиною, ноги схрестила по-шевськи.</w:t>
      </w:r>
    </w:p>
    <w:p>
      <w:r>
        <w:br/>
        <w:t>— Почнемо? — спитала.</w:t>
      </w:r>
    </w:p>
    <w:p>
      <w:r>
        <w:br/>
        <w:t>— Ага! Вже... так-так!..— забелькотав художник, дивлячись, як вона тонкими пальцями прихопила чорну шовкову сорочку і стягла через голову. Трохи попсувала пишну гуглю волосся, і одне пасмо обвисло над вухом, закрутилось на довгій шиї.</w:t>
      </w:r>
    </w:p>
    <w:p>
      <w:r>
        <w:br/>
        <w:t>Художник скоцюрбився над своїм блокнотом і неслухняними пальцями намагався підкорити собі грифель та папір.</w:t>
      </w:r>
    </w:p>
    <w:p>
      <w:r>
        <w:br/>
        <w:t>Вона спокійно читала книжку, тримаючи її на витягнутій руці. На великій канапі спав здоровенний смугастий кіт. Він спав і тоді, коли вони прийшли, і тоді, коли лікар залишив кімнату і погладив його по череву. Художник глибоко видихнув і відкинувся назад, примружив очі — споглядав малюнок.</w:t>
      </w:r>
    </w:p>
    <w:p>
      <w:r>
        <w:br/>
        <w:t>— Скінчили?</w:t>
      </w:r>
    </w:p>
    <w:p>
      <w:r>
        <w:br/>
        <w:t>— Так. Скінчив. Відпочиньте трохи.</w:t>
      </w:r>
    </w:p>
    <w:p>
      <w:r>
        <w:br/>
        <w:t>Вона відклала книжку і розляглася вся на канапі. І він знов здивувався, яка ж вона довга.</w:t>
      </w:r>
    </w:p>
    <w:p>
      <w:r>
        <w:br/>
        <w:t>Може, з хвилю полежала спиною до нього, потім перевернулась на черево, теж хвилю полежала, розпласталась голічерева. Закинула руки за голову, і її груди розтяглись. Дивилась у стелю.</w:t>
      </w:r>
    </w:p>
    <w:p>
      <w:r>
        <w:br/>
        <w:t>— Можна, я так полежу? — підвела голову.</w:t>
      </w:r>
    </w:p>
    <w:p>
      <w:r>
        <w:br/>
        <w:t>— Так...— хрипко проказав художник.</w:t>
      </w:r>
    </w:p>
    <w:p>
      <w:r>
        <w:br/>
        <w:t>Вона всміхнулась і знов дивилась у стелю.</w:t>
      </w:r>
    </w:p>
    <w:p>
      <w:r>
        <w:br/>
        <w:t>Сонце поволі сповнило кімнату блиском і сліпучим сяйвом.</w:t>
      </w:r>
    </w:p>
    <w:p>
      <w:r>
        <w:br/>
        <w:t>Кіт, що все спав, враз нашорошив вуха, і потягся, і чирконув пазурами по канапі. Підвівся. Вона підняла голову, випнула губи і покликала:</w:t>
      </w:r>
    </w:p>
    <w:p>
      <w:r>
        <w:br/>
        <w:t>— Кинь, киць...</w:t>
      </w:r>
    </w:p>
    <w:p>
      <w:r>
        <w:br/>
        <w:t>Кіт легенько ступив по канапі, потерся об її ледь зігнуті коліна і розлігся в неї на ногах. Заплющив очі і замуркотів. Вона хихикнула і проказала в стелю:</w:t>
      </w:r>
    </w:p>
    <w:p>
      <w:r>
        <w:br/>
        <w:t>— Який розумний кіт! Просто естет!</w:t>
      </w:r>
    </w:p>
    <w:p>
      <w:r>
        <w:br/>
        <w:t>— Кота тут не вистачало, сто чортів його матері! — лайнувся художник і скинув його з канапи.</w:t>
      </w:r>
    </w:p>
    <w:p>
      <w:r>
        <w:br/>
        <w:t>Сів і знов зачиркав по аркушу паперу.</w:t>
      </w:r>
    </w:p>
    <w:p>
      <w:r>
        <w:br/>
        <w:t>Дівчина хихикнула кілька разів, а тоді спадаючим голосом зойкнула:</w:t>
      </w:r>
    </w:p>
    <w:p>
      <w:r>
        <w:br/>
        <w:t>— Ой!</w:t>
      </w:r>
    </w:p>
    <w:p>
      <w:r>
        <w:br/>
        <w:t>Художник зиркнув на модель, а кіт знову вмостився на колінах дівчини.</w:t>
      </w:r>
    </w:p>
    <w:p>
      <w:r>
        <w:br/>
        <w:t>— А бодай ти згорів! — художник прихопив кота.— Я його зараз на кухню винесу, щоб він нам не заважав.</w:t>
      </w:r>
    </w:p>
    <w:p>
      <w:r>
        <w:br/>
        <w:t>Він викинув кота на кухню і сів до малювання. Піт просто чурів з нього.</w:t>
      </w:r>
    </w:p>
    <w:p>
      <w:r>
        <w:br/>
        <w:t>— Ну що у вас виходить?</w:t>
      </w:r>
    </w:p>
    <w:p>
      <w:r>
        <w:br/>
        <w:t>— Нічого, добре, дуже добре! Я страшенно радий, що ми з вами зустрілись. Я вже, може, рік не мав змоги попрацювати над оголеним тілом. Тільки спекота неймовірна. Очі потом заливає і в спину пече.</w:t>
      </w:r>
    </w:p>
    <w:p>
      <w:r>
        <w:br/>
        <w:t>— Так закрийте штори.</w:t>
      </w:r>
    </w:p>
    <w:p>
      <w:r>
        <w:br/>
        <w:t>— Темно буде.</w:t>
      </w:r>
    </w:p>
    <w:p>
      <w:r>
        <w:br/>
        <w:t>— Не буде. Спробуйте.</w:t>
      </w:r>
    </w:p>
    <w:p>
      <w:r>
        <w:br/>
        <w:t>Він смикнув за тканину, і з клацанням посунулись кільця по палиці. Кімната сповнилась золотаво-оранжевим світлом.</w:t>
      </w:r>
    </w:p>
    <w:p>
      <w:r>
        <w:br/>
        <w:t>Кухонні двері відчинилися, і в кімнату протисся кіт, тихо пішов до канапи і з одного стрибка вмостився на ногах дівчини.</w:t>
      </w:r>
    </w:p>
    <w:p>
      <w:r>
        <w:br/>
        <w:t>— О! Ще подряпає! Заберіть його!</w:t>
      </w:r>
    </w:p>
    <w:p>
      <w:r>
        <w:br/>
        <w:t>Художник підскочив до канапи, схопив кота.</w:t>
      </w:r>
    </w:p>
    <w:p>
      <w:r>
        <w:br/>
        <w:t>Кіт занявчав щосили і чиркнув його пазурами.</w:t>
      </w:r>
    </w:p>
    <w:p>
      <w:r>
        <w:br/>
        <w:t>— От чорти б тебе взяли! Де ти на нашу голову взявся?!</w:t>
      </w:r>
    </w:p>
    <w:p>
      <w:r>
        <w:br/>
        <w:t>Художник викинув його до кухні і зав'язав дверну ручку рушником.</w:t>
      </w:r>
    </w:p>
    <w:p>
      <w:r>
        <w:br/>
        <w:t>— Тепер він нікуди не подінеться. Я тільки оцей малюнок викінчу — і все. Раз-два — і все готово.</w:t>
      </w:r>
    </w:p>
    <w:p>
      <w:r>
        <w:br/>
        <w:t>— Давно вже чекаю цього моменту, відчуваю, що мені терпець ось-ось увірветься.</w:t>
      </w:r>
    </w:p>
    <w:p>
      <w:r>
        <w:br/>
        <w:t>А тут кіт почав подавати голос, просто розривався.</w:t>
      </w:r>
    </w:p>
    <w:p>
      <w:r>
        <w:br/>
        <w:t>— Я зараз', зараз закінчу... Ось тут стегно підкреслю, тепер коліно, тепер плече і зап'ястя. Все!..</w:t>
      </w:r>
    </w:p>
    <w:p>
      <w:r>
        <w:br/>
        <w:t>Вона сіла, спустивши ноги, потяглася вгору і хруснула пальцями. І враз вгорі щось клацнуло, брязнуло, кімната наповнилась с'онячним білим сяйвом.</w:t>
      </w:r>
    </w:p>
    <w:p>
      <w:r>
        <w:br/>
        <w:t>Художник обернувся.</w:t>
      </w:r>
    </w:p>
    <w:p>
      <w:r>
        <w:br/>
        <w:t>Штора обірвалася з одного боку і зависла вниз, відкривши все широке балконне вікно з скляними дверима.</w:t>
      </w:r>
    </w:p>
    <w:p>
      <w:r>
        <w:br/>
        <w:t>І на шторі, вчепившись у тканину пазурами, гойдався кіт і відчайдушно нявчав.</w:t>
      </w:r>
    </w:p>
    <w:p>
      <w:r>
        <w:br/>
        <w:t>Навпроти, може, метрах в тридцяти на балконі родина сідала пити чай. Бабуся, дідусь, тато й мама і білява донька у блакитному купальнику. Дідусь, очевидно, перший почув нявчання кота, бо приклав до вуха долоню і нахилився вперед. Коли він уже щось сказав своїм дітям, то художник збагнув, в чому справа, і показав дівчині.</w:t>
      </w:r>
    </w:p>
    <w:p>
      <w:r>
        <w:br/>
        <w:t>— Швидше до ванної,— і з силою штовхнув її у двері, кинувши їй одяг.</w:t>
      </w:r>
    </w:p>
    <w:p>
      <w:r>
        <w:br/>
        <w:t>Підставив стільця, взяв кота, а той продовжував нявчати, камешитись у нього в руках.</w:t>
      </w:r>
    </w:p>
    <w:p>
      <w:r>
        <w:br/>
        <w:t>Сімейство на балконі полишило свої склянки з чаєм і дивилось на художника, що тримав кота в руках. Тоді той кинув його на канапу з усього маху, а кіт пружно став на всі чотири.</w:t>
      </w:r>
    </w:p>
    <w:p>
      <w:r>
        <w:br/>
        <w:t>Художник заходився лагодити штору і колупався таки довго. Кіт калачиком скрутився і солодко спав.</w:t>
      </w:r>
    </w:p>
    <w:p>
      <w:r>
        <w:br/>
        <w:t>Дівчина співала у ванні, включила душ, потім покликала художника, щоб щось полагодив, але він ніяк не міг облишити алюмінієву трубку портьєри. Потім вона впустила склянку, і було чути, як та брязнула об кахлі.</w:t>
      </w:r>
    </w:p>
    <w:p>
      <w:r>
        <w:br/>
        <w:t>А коли художник кінчив лагодити штору, задзвонив дзвоник і ввійшов лікар. Дівчина вийшла з ванни зовсім вбрана і відчинила двері.</w:t>
      </w:r>
    </w:p>
    <w:p>
      <w:r>
        <w:br/>
        <w:t>— Я не завадив роботі? — запитав лікар.</w:t>
      </w:r>
    </w:p>
    <w:p>
      <w:r>
        <w:br/>
        <w:t>— Ні. Ми вже закінчили,— озвався художник, складаючи малюнки в папку.</w:t>
      </w:r>
    </w:p>
    <w:p>
      <w:r>
        <w:br/>
        <w:t>— Мені пора. Хто мене проведе до зупинки?</w:t>
      </w:r>
    </w:p>
    <w:p>
      <w:r>
        <w:br/>
        <w:t>— Зараз ми поїдемо разом. Я вас відвезу на таксі.</w:t>
      </w:r>
    </w:p>
    <w:p>
      <w:r>
        <w:br/>
        <w:t>— Не треба, я поїду сама тролейбусом. А от до зупинки проведіть мене. До речі, як вашого кота звати?</w:t>
      </w:r>
    </w:p>
    <w:p>
      <w:r>
        <w:br/>
        <w:t>— Це не мій, це сестрин кіт... Кузя, Кузя! — покликав лікар.</w:t>
      </w:r>
    </w:p>
    <w:p>
      <w:r>
        <w:br/>
        <w:t>Кіт нашорошив вуха, ледь кліпнув очима і знов заплющив.</w:t>
      </w:r>
    </w:p>
    <w:p>
      <w:r>
        <w:br/>
        <w:t>— А що, хіба ви з сестрою живете?</w:t>
      </w:r>
    </w:p>
    <w:p>
      <w:r>
        <w:br/>
        <w:t>— Та ні, помешкання сестри, а я тут за тимчасового сторожа. Вона з чоловіком поїхала відпочивати і мені оце добро лишила.</w:t>
      </w:r>
    </w:p>
    <w:p>
      <w:r>
        <w:br/>
        <w:t>Лікар взяв кота Кузю за передні лапи і повернув його на спину. Кузя так і застиг.</w:t>
      </w:r>
    </w:p>
    <w:p>
      <w:r>
        <w:br/>
        <w:t>Дівчина обернулась, коли виходила з кімнати.</w:t>
      </w:r>
    </w:p>
    <w:p>
      <w:r>
        <w:br/>
        <w:t>— Ви подивіться, кіт і не поворухнеться.</w:t>
      </w:r>
    </w:p>
    <w:p>
      <w:r>
        <w:br/>
        <w:t>— Авжеж, це ледащо буде лежати так, поки я не повернусь з магазину.</w:t>
      </w:r>
    </w:p>
    <w:p>
      <w:r>
        <w:br/>
        <w:t>— Не може бути!</w:t>
      </w:r>
    </w:p>
    <w:p>
      <w:r>
        <w:br/>
        <w:t>— Правду кажу. Казуальний кіт.</w:t>
      </w:r>
    </w:p>
    <w:p>
      <w:r>
        <w:br/>
        <w:t>Вони втрьох перейшли через зелене подвір'я. Калюжа на асфальті висохла, на дитячому майданчику пенсіонери забивали "козла".</w:t>
      </w:r>
    </w:p>
    <w:p>
      <w:r>
        <w:br/>
        <w:t>На зупинці лікар залишив їх.</w:t>
      </w:r>
    </w:p>
    <w:p>
      <w:r>
        <w:br/>
        <w:t>— Ви чекайте тролейбуса, а я пішов, куплю Кузі наїдку.— І спитав у художника: —А ти їдеш до міста?</w:t>
      </w:r>
    </w:p>
    <w:p>
      <w:r>
        <w:br/>
        <w:t>— Я одна поїду,— вихопилась дівчина, перш ніж художник розтулив рота.</w:t>
      </w:r>
    </w:p>
    <w:p>
      <w:r>
        <w:br/>
        <w:t>— Так ти вертай, як попрощаєшся. Треба один малюнок зробити для доповіді на секції. Малюнок простенький... Ну, бувайте здорові. Приходьте. Гарних дівчат завжди приємно бачити.</w:t>
      </w:r>
    </w:p>
    <w:p>
      <w:r>
        <w:br/>
        <w:t>Дівчина стала в негустий затінок і витягла кетяг горобини з сумки і знов ущипнула ягоду. Не дивилась на художника. Потім подивилась і запитала:</w:t>
      </w:r>
    </w:p>
    <w:p>
      <w:r>
        <w:br/>
        <w:t>— Скажіть, а ви справді до мене вчора підійшли, щоб намалювати? Чи це лише була зачіпка?</w:t>
      </w:r>
    </w:p>
    <w:p>
      <w:r>
        <w:br/>
        <w:t>— Як зачіпка?! Ви ж бачили, що я малював... Хіба погана робота?</w:t>
      </w:r>
    </w:p>
    <w:p>
      <w:r>
        <w:br/>
        <w:t>— А, он воно що. Ну добре, бувайте.</w:t>
      </w:r>
    </w:p>
    <w:p>
      <w:r>
        <w:br/>
        <w:t>Тролейбус підкотився, зашерхотів шинами, зашипів гальмами і клацнув дверима.</w:t>
      </w:r>
    </w:p>
    <w:p>
      <w:r>
        <w:br/>
        <w:t>— Все. Я поїхала. Прощавайте.</w:t>
      </w:r>
    </w:p>
    <w:p>
      <w:r>
        <w:br/>
        <w:t>— Але ж підождіть! Як нам зустрітися? Я ще хочу вас намалювати! Я думав про ваш портрет... знаєте, думав... довго думав...</w:t>
      </w:r>
    </w:p>
    <w:p>
      <w:r>
        <w:br/>
        <w:t>— А я не хочу більше. І не просіть. Все! Побавились трохи — і досить. Ідіть малюйте кота Кузю.</w:t>
      </w:r>
    </w:p>
    <w:p>
      <w:r>
        <w:br/>
        <w:t>Двері знов зашипіли і зачинились клацнувши. Тролейбус покотився вниз по випеченому сонцем асфальту. Зменшився швидко і поповз із опадки вгору і розчинився в сліпучому мареві між тінистих каштанів.</w:t>
      </w:r>
    </w:p>
    <w:p>
      <w:r>
        <w:br/>
        <w:t>Художник повернувся до будинку одночасно .з лікарем.</w:t>
      </w:r>
    </w:p>
    <w:p>
      <w:r>
        <w:br/>
        <w:t>— Ну й гарна яка дівчина! Вона так на тебе дивилась! Якщо будеш ще малювати, то ось тобі ключ.</w:t>
      </w:r>
    </w:p>
    <w:p>
      <w:r>
        <w:br/>
        <w:t>— Гаразд,— промимрив художник.— Не треба, я ще згублю... я тобі краще зателефоную...</w:t>
      </w:r>
    </w:p>
    <w:p>
      <w:r>
        <w:br/>
        <w:t>— Добре вам, художникам. Завжди є зачіпка: "Я хотів би помалювати ваш портрет!" А як нам, простим смертним? — виголосив лікар, відмикаючи двері.— Кузя, Кузя, я тобі ковбаси приніс.</w:t>
      </w:r>
    </w:p>
    <w:p>
      <w:r>
        <w:br/>
        <w:t>Кузя лежав в тій самій позі навзнак з піднятими лапами.</w:t>
      </w:r>
    </w:p>
    <w:p>
      <w:r>
        <w:br/>
        <w:t>— А бодай ти здох, чортів котяра! — в захопленні од котячих лінощів вилаявся художник.</w:t>
      </w:r>
    </w:p>
    <w:p>
      <w:r>
        <w:br/>
        <w:t>Він тоді не розповів лікареві про історію з Кузею. А розповів потім, може, через рік.</w:t>
      </w:r>
    </w:p>
    <w:p>
      <w:r>
        <w:br/>
        <w:t>І до водолазів не поїхав. А коли з ними знову зустрівся, то збрехав щось недоладне. І йому було незручно, просто не міг їм в очі дивитись.</w:t>
      </w:r>
    </w:p>
    <w:p>
      <w:r>
        <w:br/>
        <w:t>А Борис сказав:</w:t>
      </w:r>
    </w:p>
    <w:p>
      <w:r>
        <w:br/>
        <w:t>— Та нічого, ми ж на тебе не ображаємось. Чого ти справдовуєшся? У кожного свої справи... Тільки Юхим Юхимович дуже засмутився, що ти не приїхав...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Гірка горобина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