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Герострат</w:t>
      </w:r>
    </w:p>
    <w:p>
      <w:r>
        <w:br/>
        <w:t xml:space="preserve"> МОНОЛОГ У ТРЬОХ СЦЕНАХ</w:t>
      </w:r>
    </w:p>
    <w:p>
      <w:r>
        <w:br/>
        <w:t>Діється в Єфезі в 356 році до Р. X.&lt;br /&gt;</w:t>
        <w:br/>
        <w:t>Дійова особа — Герострат</w:t>
      </w:r>
    </w:p>
    <w:p>
      <w:r>
        <w:br/>
        <w:t>I</w:t>
      </w:r>
    </w:p>
    <w:p>
      <w:r>
        <w:br/>
        <w:t>Як тихо ніч чудове покривало&lt;br /&gt;</w:t>
        <w:br/>
        <w:t>Розкинула над сонною землею!&lt;br /&gt;</w:t>
        <w:br/>
        <w:t>Ніде ні гуку; все кругом поснуло,&lt;br /&gt;</w:t>
        <w:br/>
        <w:t>І тільки зорі високо тремтять,&lt;br /&gt;</w:t>
        <w:br/>
        <w:t>Розсипавшись по дивній ризі неба,&lt;br /&gt;</w:t>
        <w:br/>
        <w:t>Та дивляться згори на землю, наче&lt;br /&gt;</w:t>
        <w:br/>
        <w:t>Очей тих невсипущих міріади.&lt;br /&gt;</w:t>
        <w:br/>
        <w:t>О зорі-очі! Я при сянні вашім&lt;br /&gt;</w:t>
        <w:br/>
        <w:t>Не раз блукав самотній уночі&lt;br /&gt;</w:t>
        <w:br/>
        <w:t>І вдвох із смутним серцем вів розмову.&lt;br /&gt;</w:t>
        <w:br/>
        <w:t>Я в вас питався, невсипущі очі,&lt;br /&gt;</w:t>
        <w:br/>
        <w:t>Питався сто разів, щоб одповіли&lt;br /&gt;</w:t>
        <w:br/>
        <w:t>На запитання тяжкії мої,&lt;br /&gt;</w:t>
        <w:br/>
        <w:t>На котрі наше все знаття земнеє&lt;br /&gt;</w:t>
        <w:br/>
        <w:t>Не мало сили відповіді дати.&lt;br /&gt;</w:t>
        <w:br/>
        <w:t>І ви так само лагідним промінням&lt;br /&gt;</w:t>
        <w:br/>
        <w:t>Світили, ви тремтіли в високості,&lt;br /&gt;</w:t>
        <w:br/>
        <w:t>Чудовні очі, в котрих одбивалась&lt;br /&gt;</w:t>
        <w:br/>
        <w:t>Одвічна, невмируща, вища думка...&lt;br /&gt;</w:t>
        <w:br/>
        <w:t>І думка та мені не відкривалась,&lt;br /&gt;</w:t>
        <w:br/>
        <w:t>І ви, дивившись, таїну ховали...&lt;br /&gt;</w:t>
        <w:br/>
        <w:t>О, хто ж, о, що ж мені промовить слово?&lt;br /&gt;</w:t>
        <w:br/>
        <w:t>О земле пишная, тебе питаю!&lt;br /&gt;</w:t>
        <w:br/>
        <w:t>О небо, злотом затканий блаките,&lt;br /&gt;</w:t>
        <w:br/>
        <w:t>До тебе я звертаюся з питанням!&lt;br /&gt;</w:t>
        <w:br/>
        <w:t>О все створіння дивнеє, безкрає!&lt;br /&gt;</w:t>
        <w:br/>
        <w:t>Скажіть мені, навіщо ви безсмертні,&lt;br /&gt;</w:t>
        <w:br/>
        <w:t>Навіщо вам кінця нема й почину,—&lt;br /&gt;</w:t>
        <w:br/>
        <w:t>Вам, що душі не маєте, ні думки;&lt;br /&gt;</w:t>
        <w:br/>
        <w:t>А я, між вас розумная істота,&lt;br /&gt;</w:t>
        <w:br/>
        <w:t>Я мушу вмерти, за хвилину зникнуть;&lt;br /&gt;</w:t>
        <w:br/>
        <w:t>Я, що можу вас розумом дізнати,&lt;br /&gt;</w:t>
        <w:br/>
        <w:t>Котрий даю вам мення і названня&lt;br /&gt;</w:t>
        <w:br/>
        <w:t>І розрізняю в вас добро і зло,—&lt;br /&gt;</w:t>
        <w:br/>
        <w:t>Я мушу вмерти, і той самий час,&lt;br /&gt;</w:t>
        <w:br/>
        <w:t>Що я ділю на роки, дні й години,&lt;br /&gt;</w:t>
        <w:br/>
        <w:t>Мене в ніщо поверне... Горе, горе!..&lt;br /&gt;</w:t>
        <w:br/>
        <w:t>Але ж душа моя бажає жити,&lt;br /&gt;</w:t>
        <w:br/>
        <w:t>Але я хочу чути й знать довіку,&lt;br /&gt;</w:t>
        <w:br/>
        <w:t>Дивитись на оцю красу створіння,&lt;br /&gt;</w:t>
        <w:br/>
        <w:t>Втішатись радістю правдивих діл,&lt;br /&gt;</w:t>
        <w:br/>
        <w:t>Боліти й мучитись, неправду зрячи!&lt;br /&gt;</w:t>
        <w:br/>
        <w:t>І все те довго-довго, віковічно...&lt;br /&gt;</w:t>
        <w:br/>
        <w:t>Та ні, дарма бажання,— за хвилину&lt;br /&gt;</w:t>
        <w:br/>
        <w:t>Увірветься життя коротка нитка,&lt;br /&gt;</w:t>
        <w:br/>
        <w:t>І за хвилину вже мене не стане:&lt;br /&gt;</w:t>
        <w:br/>
        <w:t>Нема очей, що бачити хотіли,&lt;br /&gt;</w:t>
        <w:br/>
        <w:t>Немає розуму, що знання прагнув,&lt;br /&gt;</w:t>
        <w:br/>
        <w:t>Немає навіть самого бажання...&lt;br /&gt;</w:t>
        <w:br/>
        <w:t>Кінець... Ніщо... Ніщо, та й годі. Так!..&lt;br /&gt;</w:t>
        <w:br/>
        <w:t>Але як так, нащо було родитись?&lt;br /&gt;</w:t>
        <w:br/>
        <w:t>Навіщо це життя тоді здалося?&lt;br /&gt;</w:t>
        <w:br/>
        <w:t>Коли не вічність, то не все одно&lt;br /&gt;</w:t>
        <w:br/>
        <w:t>Хіба, що рік, що десять, що нічого?&lt;br /&gt;</w:t>
        <w:br/>
        <w:t>О Мойра, Мойра! Люта, невблаганна!&lt;br /&gt;</w:t>
        <w:br/>
        <w:t>Замість безсмертя людям ти дала&lt;br /&gt;</w:t>
        <w:br/>
        <w:t>Даремнеє бажання, а надію&lt;br /&gt;</w:t>
        <w:br/>
        <w:t>Лишила тим, хто розумом дитина.&lt;br /&gt;</w:t>
        <w:br/>
        <w:t>О, відбери ж од мене розум мій,&lt;br /&gt;</w:t>
        <w:br/>
        <w:t>Дай вірити тому, що буть не може:&lt;br /&gt;</w:t>
        <w:br/>
        <w:t>Бо без цієї віри я не можу&lt;br /&gt;</w:t>
        <w:br/>
        <w:t>Щасливим бути в цім житті злиденнім!</w:t>
      </w:r>
    </w:p>
    <w:p>
      <w:r>
        <w:br/>
        <w:t>II</w:t>
      </w:r>
    </w:p>
    <w:p>
      <w:r>
        <w:br/>
        <w:t>Нащо здалось мені моє життя?&lt;br /&gt;</w:t>
        <w:br/>
        <w:t>Хіба на те, щоб дожидати смерті&lt;br /&gt;</w:t>
        <w:br/>
        <w:t>Та долю дякувать за кожний день,&lt;br /&gt;</w:t>
        <w:br/>
        <w:t>Що з ряду довгого віків одвічних&lt;br /&gt;</w:t>
        <w:br/>
        <w:t>Вона мені схотіла відступити?..&lt;br /&gt;</w:t>
        <w:br/>
        <w:t>Але навіщо цей нікчемний жарт?&lt;br /&gt;</w:t>
        <w:br/>
        <w:t>Хіба не краще так сказати долі:&lt;br /&gt;</w:t>
        <w:br/>
        <w:t>"Візьми твій дар нікчемний,— ось де він;&lt;br /&gt;</w:t>
        <w:br/>
        <w:t>Не хочу я твоєї милостині!"&lt;br /&gt;</w:t>
        <w:br/>
        <w:t>Сказати,— так сказати зміг би я,&lt;br /&gt;</w:t>
        <w:br/>
        <w:t>Але де сила, щоб оте справдити?&lt;br /&gt;</w:t>
        <w:br/>
        <w:t>Хіба зробив би я не навпаки,&lt;br /&gt;</w:t>
        <w:br/>
        <w:t>Коли б прийшов час страшного сконання,&lt;br /&gt;</w:t>
        <w:br/>
        <w:t>Хіба б я не сказав: "О, підожди,&lt;br /&gt;</w:t>
        <w:br/>
        <w:t>Моя ти смерте, дай іще пожити&lt;br /&gt;</w:t>
        <w:br/>
        <w:t>Хоч рік один, хоч день, хоча хвилину!.."&lt;br /&gt;</w:t>
        <w:br/>
        <w:t>Ні, не тому життя свого рішатись,&lt;br /&gt;</w:t>
        <w:br/>
        <w:t>Хто тільки вічністю задовольниться.&lt;br /&gt;</w:t>
        <w:br/>
        <w:t>О, що ж робити, щоб і смерть саму&lt;br /&gt;</w:t>
        <w:br/>
        <w:t>Перемогти і долю одурити?&lt;br /&gt;</w:t>
        <w:br/>
        <w:t>Невже немає способу такого?&lt;br /&gt;</w:t>
        <w:br/>
        <w:t>Ні... Кожний умира, і ряд віків&lt;br /&gt;</w:t>
        <w:br/>
        <w:t>Його без жалю забуттям покриє.&lt;br /&gt;</w:t>
        <w:br/>
        <w:t>О, що кажу я? Що кажу? Хіба ж&lt;br /&gt;</w:t>
        <w:br/>
        <w:t>Усіх покрило забуття собою?&lt;br /&gt;</w:t>
        <w:br/>
        <w:t>Хіба таких на світі не було,&lt;br /&gt;</w:t>
        <w:br/>
        <w:t>Що їх ім'я віки переживає?&lt;br /&gt;</w:t>
        <w:br/>
        <w:t>О Ахіллесе! Гекторе! Патрокле!&lt;br /&gt;</w:t>
        <w:br/>
        <w:t>О тіні велетнів славетних наших!&lt;br /&gt;</w:t>
        <w:br/>
        <w:t>О славнії творці, поети вмерлі!&lt;br /&gt;</w:t>
        <w:br/>
        <w:t>Немає вас, а слава ваших діл&lt;br /&gt;</w:t>
        <w:br/>
        <w:t>Пережива людськії покоління,&lt;br /&gt;</w:t>
        <w:br/>
        <w:t>І ймення ваші в пам'яті людей&lt;br /&gt;</w:t>
        <w:br/>
        <w:t>Зістануться навіки незатерті,&lt;br /&gt;</w:t>
        <w:br/>
        <w:t>А будуть завш поверх усіх імен.&lt;br /&gt;</w:t>
        <w:br/>
        <w:t>Так масло чистеє в воді не тоне,&lt;br /&gt;</w:t>
        <w:br/>
        <w:t>Хоча б налив на його ціле море:&lt;br /&gt;</w:t>
        <w:br/>
        <w:t>Воно спливе наверх так само чисте;&lt;br /&gt;</w:t>
        <w:br/>
        <w:t>Так сонця ясного не скриють хмари,&lt;br /&gt;</w:t>
        <w:br/>
        <w:t>Нехай зберуться скрізь на цілім небі:&lt;br /&gt;</w:t>
        <w:br/>
        <w:t>Розійдуться вони,— і знов, як перше,&lt;br /&gt;</w:t>
        <w:br/>
        <w:t>Воно засяє світлом променистим.&lt;br /&gt;</w:t>
        <w:br/>
        <w:t>О велетні герої! Вас згадавши,&lt;br /&gt;</w:t>
        <w:br/>
        <w:t>Я душу смутную свою розважив.&lt;br /&gt;</w:t>
        <w:br/>
        <w:t>Так, значить, можна смерть перехитрити,&lt;br /&gt;</w:t>
        <w:br/>
        <w:t>І хоч не жити справді на землі,&lt;br /&gt;</w:t>
        <w:br/>
        <w:t>Та все ж себе частину тут покинуть&lt;br /&gt;</w:t>
        <w:br/>
        <w:t>І частку ту, ім'я, зробить безсмертним.&lt;br /&gt;</w:t>
        <w:br/>
        <w:t>Нехай же приклад ваших славних діл&lt;br /&gt;</w:t>
        <w:br/>
        <w:t>Навчить мене й моє ім'я прославить,&lt;br /&gt;</w:t>
        <w:br/>
        <w:t>Щоб, переживши самого себе,&lt;br /&gt;</w:t>
        <w:br/>
        <w:t>Зістався я навіки в згадці люду.&lt;br /&gt;</w:t>
        <w:br/>
        <w:t>О, я зроблю велике щось таке,&lt;br /&gt;</w:t>
        <w:br/>
        <w:t>Що буде більше над діла героїв,&lt;br /&gt;</w:t>
        <w:br/>
        <w:t>І піднесуть високо всі віки&lt;br /&gt;</w:t>
        <w:br/>
        <w:t>Над всі імена ім'я Герострата!</w:t>
      </w:r>
    </w:p>
    <w:p>
      <w:r>
        <w:br/>
        <w:t>III</w:t>
      </w:r>
    </w:p>
    <w:p>
      <w:r>
        <w:br/>
        <w:t>Ні, не мені творить діла славетні&lt;br /&gt;</w:t>
        <w:br/>
        <w:t>І не мені прославити себе...&lt;br /&gt;</w:t>
        <w:br/>
        <w:t>Чи єсть нещастя більше, як бажати&lt;br /&gt;</w:t>
        <w:br/>
        <w:t>Вчинити щось велике й не змогти&lt;br /&gt;</w:t>
        <w:br/>
        <w:t>Найменшого вчинити діла навіть?!&lt;br /&gt;</w:t>
        <w:br/>
        <w:t>Недавно ще я думав, що я зможу&lt;br /&gt;</w:t>
        <w:br/>
        <w:t>Великим ділом здивувати землю,&lt;br /&gt;</w:t>
        <w:br/>
        <w:t>І вже тепер напевно я дізнавсь,&lt;br /&gt;</w:t>
        <w:br/>
        <w:t>Що я не зможу вдіяти нічого,&lt;br /&gt;</w:t>
        <w:br/>
        <w:t>Що вдався я невдатний ні до чого.&lt;br /&gt;</w:t>
        <w:br/>
        <w:t>Був час — я думав, що військова слава&lt;br /&gt;</w:t>
        <w:br/>
        <w:t>У бої з ворогом мене покриє,&lt;br /&gt;</w:t>
        <w:br/>
        <w:t>І що ж?— У першій бійці з ворогами&lt;br /&gt;</w:t>
        <w:br/>
        <w:t>Я втік, перелякався смерті: так&lt;br /&gt;</w:t>
        <w:br/>
        <w:t>Нікчемний раб од батога тікає.&lt;br /&gt;</w:t>
        <w:br/>
        <w:t>Я побоявся, що сконаю нагло,&lt;br /&gt;</w:t>
        <w:br/>
        <w:t>Не вдіявши великого заміру,&lt;br /&gt;</w:t>
        <w:br/>
        <w:t>І невимовний жах поніс мене&lt;br /&gt;</w:t>
        <w:br/>
        <w:t>Від бою страшного геть-геть далеко,&lt;br /&gt;</w:t>
        <w:br/>
        <w:t>І вже не скоро я опам'ятався.&lt;br /&gt;</w:t>
        <w:br/>
        <w:t>Я кляв себе, я з себе глузував,&lt;br /&gt;</w:t>
        <w:br/>
        <w:t>Я сам себе соромився, та діла&lt;br /&gt;</w:t>
        <w:br/>
        <w:t>Не можна вже було вернути. Потім&lt;br /&gt;</w:t>
        <w:br/>
        <w:t>Я думав ще поезії віддатись;&lt;br /&gt;</w:t>
        <w:br/>
        <w:t>Але з моєї першої поеми&lt;br /&gt;</w:t>
        <w:br/>
        <w:t>Усі сміялись тільки: скоро й сам&lt;br /&gt;</w:t>
        <w:br/>
        <w:t>Побачив я, що я й на те не вдатний.&lt;br /&gt;</w:t>
        <w:br/>
        <w:t>За друге все я навіть і не брався:&lt;br /&gt;</w:t>
        <w:br/>
        <w:t>Я знав кінець, іще й не починавши...&lt;br /&gt;</w:t>
        <w:br/>
        <w:t>І от тепер до першого страху&lt;br /&gt;</w:t>
        <w:br/>
        <w:t>Перед нікчемністю й небуттям вічним&lt;br /&gt;</w:t>
        <w:br/>
        <w:t>Ще долучилася жадоба помсти.&lt;br /&gt;</w:t>
        <w:br/>
        <w:t>Кому — не знаю: не богам Олімпа,&lt;br /&gt;</w:t>
        <w:br/>
        <w:t>Бо їм не вірю я; не другим людям,&lt;br /&gt;</w:t>
        <w:br/>
        <w:t>Бо знаю я, що не повинні люди; —&lt;br /&gt;</w:t>
        <w:br/>
        <w:t>Але жадоба невгамовна помсти&lt;br /&gt;</w:t>
        <w:br/>
        <w:t>За власную нікчемність, як огонь,&lt;br /&gt;</w:t>
        <w:br/>
        <w:t>Пече мене і не дає спокою.&lt;br /&gt;</w:t>
        <w:br/>
        <w:t>А першеє жадання діл великих&lt;br /&gt;</w:t>
        <w:br/>
        <w:t>Не згасло теж і груди розпаляє...&lt;br /&gt;</w:t>
        <w:br/>
        <w:t>О, що ж зроблю я? що зроблю тепер&lt;br /&gt;</w:t>
        <w:br/>
        <w:t>Я, що нічого не можу зробити?&lt;br /&gt;</w:t>
        <w:br/>
        <w:t>Чи я стерплю, щоб вічність тим досталась,&lt;br /&gt;</w:t>
        <w:br/>
        <w:t>Хто навіть і не думає про неї,&lt;br /&gt;</w:t>
        <w:br/>
        <w:t>Хто, може, й це життя вважає довгим?&lt;br /&gt;</w:t>
        <w:br/>
        <w:t>Ха, ха!.. тим навіть, хто не жив ніколи,&lt;br /&gt;</w:t>
        <w:br/>
        <w:t>Дістанеться хвала людська навіки.&lt;br /&gt;</w:t>
        <w:br/>
        <w:t>Безсмертні, бач! Кроніон! Гера! Феб!&lt;br /&gt;</w:t>
        <w:br/>
        <w:t>І Артеміда! — всі вони безсмертні,&lt;br /&gt;</w:t>
        <w:br/>
        <w:t>Хоч не були зовсім, а Герострат,&lt;br /&gt;</w:t>
        <w:br/>
        <w:t>Котрий не важить їх усіх ні за що,&lt;br /&gt;</w:t>
        <w:br/>
        <w:t>Той — ефемерная істота. Навіть&lt;br /&gt;</w:t>
        <w:br/>
        <w:t>Цей храм, сей свідок заблуду людського,&lt;br /&gt;</w:t>
        <w:br/>
        <w:t>Бездушная будова, що звели&lt;br /&gt;</w:t>
        <w:br/>
        <w:t>Такі ж, як я, створіння ефемерні,&lt;br /&gt;</w:t>
        <w:br/>
        <w:t>І той переживе віків багато,&lt;br /&gt;</w:t>
        <w:br/>
        <w:t>Стоятиме й тоді, коли мої&lt;br /&gt;</w:t>
        <w:br/>
        <w:t>Кістки потліють і ім'я погине...&lt;br /&gt;</w:t>
        <w:br/>
        <w:t>О, страшно як! Мішається мій розум...&lt;br /&gt;</w:t>
        <w:br/>
        <w:t>Невже нічого я?..&lt;br /&gt;</w:t>
        <w:br/>
        <w:t>Знайшов! Знайшов!&lt;br /&gt;</w:t>
        <w:br/>
        <w:t>Не ділом хвальним я себе прославлю:&lt;br /&gt;</w:t>
        <w:br/>
        <w:t>Нехай страшне, нечуване злочинство&lt;br /&gt;</w:t>
        <w:br/>
        <w:t>Ім'я моє вікам перенесе;&lt;br /&gt;</w:t>
        <w:br/>
        <w:t>Нехай усяк, здригнувшися від жаху,&lt;br /&gt;</w:t>
        <w:br/>
        <w:t>Страшне ім'я промовить — Герострат!&lt;br /&gt;</w:t>
        <w:br/>
        <w:t>Нехай діди, розказуючи внукам&lt;br /&gt;</w:t>
        <w:br/>
        <w:t>Про вчинок мій, їм скажуть: це зробив&lt;br /&gt;</w:t>
        <w:br/>
        <w:t>Безумець Герострат...&lt;br /&gt;</w:t>
        <w:br/>
        <w:t>Але до діла!&lt;br /&gt;</w:t>
        <w:br/>
        <w:t>Цей храм, що будувався стільки років,&lt;br /&gt;</w:t>
        <w:br/>
        <w:t>На котрий стільки сил зложили люди,&lt;br /&gt;</w:t>
        <w:br/>
        <w:t>І часу стратили, й скарбів усяких,&lt;br /&gt;</w:t>
        <w:br/>
        <w:t>Котрий стоїть окрасою землі&lt;br /&gt;</w:t>
        <w:br/>
        <w:t>І славою безсмертною богині,&lt;br /&gt;</w:t>
        <w:br/>
        <w:t>Цей пишний храм, цю святощ для народів&lt;br /&gt;</w:t>
        <w:br/>
        <w:t>Зруйную зараз я в одну годину.&lt;br /&gt;</w:t>
        <w:br/>
        <w:t>Всі сплять кругом. Ніхто не перешкодить...&lt;br /&gt;</w:t>
        <w:br/>
        <w:t>Я зараз же...</w:t>
      </w:r>
    </w:p>
    <w:p>
      <w:r>
        <w:br/>
        <w:t>(Біжить до храму й креше вогонь).</w:t>
      </w:r>
    </w:p>
    <w:p>
      <w:r>
        <w:br/>
        <w:t>Огонь, ось хто поможе&lt;br /&gt;</w:t>
        <w:br/>
        <w:t>Мені моє вчинити діло. Ну ж,&lt;br /&gt;</w:t>
        <w:br/>
        <w:t>Пали мерщій цю гордую будівлю;&lt;br /&gt;</w:t>
        <w:br/>
        <w:t>Нехай вона скалками розлетиться.&lt;br /&gt;</w:t>
        <w:br/>
        <w:t>Й розсиплеться. Руїною страшною&lt;br /&gt;</w:t>
        <w:br/>
        <w:t>Своє ім'я спасу я від руїни.</w:t>
      </w:r>
    </w:p>
    <w:p>
      <w:r>
        <w:br/>
        <w:t>(Підпалює храм).</w:t>
      </w:r>
    </w:p>
    <w:p>
      <w:r>
        <w:br/>
        <w:t>Готове вже. Тепер ніхто не зможе&lt;br /&gt;</w:t>
        <w:br/>
        <w:t>Мого страшного діла зупинити.&lt;br /&gt;</w:t>
        <w:br/>
        <w:t>Горить! Горить! О, як загоготіло!&lt;br /&gt;</w:t>
        <w:br/>
        <w:t>Ха! ха! ха! ха! Безсмертна Артемідо!&lt;br /&gt;</w:t>
        <w:br/>
        <w:t>Рятуй свій храм. Чого ж ти не рятуєш?&lt;br /&gt;</w:t>
        <w:br/>
        <w:t>Адже безсмертна ти, адже могуча,&lt;br /&gt;</w:t>
        <w:br/>
        <w:t>А Герострат — нікчемнеє створіння.&lt;br /&gt;</w:t>
        <w:br/>
        <w:t>Ха! ха!.. як легко я твою величність&lt;br /&gt;</w:t>
        <w:br/>
        <w:t>Нікчемністю своєю переміг!&lt;br /&gt;</w:t>
        <w:br/>
        <w:t>Ага! Шкварчить! Ха! ха! ха! ха! Нехай!&lt;br /&gt;</w:t>
        <w:br/>
        <w:t>Нехай ще краще розгориться. Потім,&lt;br /&gt;</w:t>
        <w:br/>
        <w:t>Коли тут камня цілого не стане,&lt;br /&gt;</w:t>
        <w:br/>
        <w:t>Піду я й об'явлю своє ім'я.&lt;br /&gt;</w:t>
        <w:br/>
        <w:t>Ха! ха! ха! ха! Чому раніш не знав я,&lt;br /&gt;</w:t>
        <w:br/>
        <w:t>Що легко так безсмертним можна стати?&lt;br /&gt;</w:t>
        <w:br/>
        <w:t>Тепер безсилий час мого ім'я&lt;br /&gt;</w:t>
        <w:br/>
        <w:t>Не зможе стерти з пам'яті людської,&lt;br /&gt;</w:t>
        <w:br/>
        <w:t>І скрізь, де знатимуть діла героїв,&lt;br /&gt;</w:t>
        <w:br/>
        <w:t>Згадають теж безумця Герострата.</w:t>
      </w:r>
    </w:p>
    <w:p>
      <w:r>
        <w:br/>
        <w:t>(У храмі починається галас і біганина.&lt;br /&gt;</w:t>
        <w:br/>
        <w:t>Гасять огонь).</w:t>
      </w:r>
    </w:p>
    <w:p>
      <w:r>
        <w:br/>
        <w:t>Що, гасите? Ні, пізно, пізно вже:&lt;br /&gt;</w:t>
        <w:br/>
        <w:t>Не загасити вам моєї слави!&lt;br /&gt;</w:t>
        <w:br/>
        <w:t>Вона безсмертна! Чуєте? — безсмертна!!!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Герострат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