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Гермес і дроворуб</w:t>
      </w:r>
    </w:p>
    <w:p>
      <w:r>
        <w:br/>
        <w:t xml:space="preserve"> &lt;p&gt;Якось дроворуб рубав дрова на березі річки. Хотів наготувати в'язку та продати в місті, щоб заробити бодай на хліб, бо був бідний і, крім своїх рук та віслюка, не мав нічого. Навіть стара хатина, в якій жив із жінкою та трійком дітей — не його, чужа.</w:t>
      </w:r>
    </w:p>
    <w:p>
      <w:r>
        <w:br/>
        <w:t>Знайшов він товсту суху гілляку на чинарі, хотів зрубати, замахнувся, а сокира вирвалася з рук і шубовснула в річку. У найглибшому місці впала.</w:t>
      </w:r>
    </w:p>
    <w:p>
      <w:r>
        <w:br/>
        <w:t>— Цього ще мені треба до злиднів! — вигукнув сердега. Сів на камінь і заплакав з розпачу.</w:t>
      </w:r>
    </w:p>
    <w:p>
      <w:r>
        <w:br/>
        <w:t>— Мало того, що сьогодні я нічого не зароблю й родина буде голодна,— слід ще й сокиру нову купити. А де ж я на неї візьму грошей? Чому моя доля така нещаслива?</w:t>
      </w:r>
    </w:p>
    <w:p>
      <w:r>
        <w:br/>
        <w:t>Почув його плач бог Гермес і одразу спустився з Олімпу.</w:t>
      </w:r>
    </w:p>
    <w:p>
      <w:r>
        <w:br/>
        <w:t>— Піду подивлюся, що то за чоловік. Чи гідний він моєї допомоги, чи ні?</w:t>
      </w:r>
    </w:p>
    <w:p>
      <w:r>
        <w:br/>
        <w:t>Прикинувся подорожнім і з'явився перед дроворубом.</w:t>
      </w:r>
    </w:p>
    <w:p>
      <w:r>
        <w:br/>
        <w:t>— Чого плачеш, чоловіче добрий? — питає.</w:t>
      </w:r>
    </w:p>
    <w:p>
      <w:r>
        <w:br/>
        <w:t>— Ох, упустив сокиру в річку,— відповідає той,— і тепер нічим мені працювати, бо другої не маю. І купити нема за що, дуже я бідний.</w:t>
      </w:r>
    </w:p>
    <w:p>
      <w:r>
        <w:br/>
        <w:t>— Не журися,— мовив подорожній,— зараз я її дістану.</w:t>
      </w:r>
    </w:p>
    <w:p>
      <w:r>
        <w:br/>
        <w:t>І пірнув у воду. За мить виринув, тримаючи в руці золоту сокиру, що вогнем спалахнула на сонці.</w:t>
      </w:r>
    </w:p>
    <w:p>
      <w:r>
        <w:br/>
        <w:t>— Оце вона? — питає.— На, візьми.</w:t>
      </w:r>
    </w:p>
    <w:p>
      <w:r>
        <w:br/>
        <w:t>Дроворуб аж рота роззявив з подиву. Але за мить вигукнув:</w:t>
      </w:r>
    </w:p>
    <w:p>
      <w:r>
        <w:br/>
        <w:t>— Це не вона! Не вона! У мене — золота сокира? Де б я її взяв?</w:t>
      </w:r>
    </w:p>
    <w:p>
      <w:r>
        <w:br/>
        <w:t>Подорожній знову пірнув у річку, а коли виринув, у руці в нього була срібна сокира.</w:t>
      </w:r>
    </w:p>
    <w:p>
      <w:r>
        <w:br/>
        <w:t>— Оце вже, мабуть, вона!</w:t>
      </w:r>
    </w:p>
    <w:p>
      <w:r>
        <w:br/>
        <w:t>— Дякую, чоловіче добрий,— каже дроворуб,— але й срібної сокири не було в мене. Не можу я брехати чи брати річ, яка мені не належить.</w:t>
      </w:r>
    </w:p>
    <w:p>
      <w:r>
        <w:br/>
        <w:t>— Не сумуй, матимеш і свою.</w:t>
      </w:r>
    </w:p>
    <w:p>
      <w:r>
        <w:br/>
        <w:t>Подорожній пірнув ще раз і виринув із залізною сокирою — пощербленою, з потрісканим старим топорищем.</w:t>
      </w:r>
    </w:p>
    <w:p>
      <w:r>
        <w:br/>
        <w:t>Дроворуб зрадів:</w:t>
      </w:r>
    </w:p>
    <w:p>
      <w:r>
        <w:br/>
        <w:t>— Оце моя! Щиро дякую тобі, чоловіче добрий! Тепер я працюватиму до вечора, тепер у мене буде що продати.</w:t>
      </w:r>
    </w:p>
    <w:p>
      <w:r>
        <w:br/>
        <w:t>І, взявши сокиру, заходився рубати дрова.</w:t>
      </w:r>
    </w:p>
    <w:p>
      <w:r>
        <w:br/>
        <w:t>— Стривай-но хвилину! — сказав подорожній.— Я — Гермес. Почув твій плач і прийшов тебе випробувати. І я впевнився — ти чесний чоловік, бо не хотів узяти золоту й срібну сокири. Але забери їх: це тобі мій дарунок. Продай їх та й господарюй на здоров'я. Тільки будь завжди чесним, таким, як зараз.</w:t>
      </w:r>
    </w:p>
    <w:p>
      <w:r>
        <w:br/>
        <w:t>З цими словами Гермес зник, а дроворуб подався в село й розповів сусідам про свою пригоду.</w:t>
      </w:r>
    </w:p>
    <w:p>
      <w:r>
        <w:br/>
        <w:t>І ось один заздрий сусіда подумав:</w:t>
      </w:r>
    </w:p>
    <w:p>
      <w:r>
        <w:br/>
        <w:t>"Піду-но і я до річки, може, й мені доля всміхнеться, і я вернуся додому з золотою та срібною сокирами. Або ні, візьму краще мотику, вона більша".</w:t>
      </w:r>
    </w:p>
    <w:p>
      <w:r>
        <w:br/>
        <w:t>Рано-вранці взяв він величезну мотику, пішов до річки, вкинув її в воду, а сам сів на березі й почав плакати та приказувати:</w:t>
      </w:r>
    </w:p>
    <w:p>
      <w:r>
        <w:br/>
        <w:t>— Ой, потонула моя мотика, впала в річку... Що мені робити? Я ж бідний чоловік, не маю грошей на нову. Як тепер працюватиму, як зароблятиму діточкам на хліб?</w:t>
      </w:r>
    </w:p>
    <w:p>
      <w:r>
        <w:br/>
        <w:t>Почув Гермес і помчав до нього. Питає, чого він плаче, а чоло вік відповідає, що впустив мотику в річку, а без неї не можна працювати в полі.</w:t>
      </w:r>
    </w:p>
    <w:p>
      <w:r>
        <w:br/>
        <w:t>— Не сумуй,— каже бог,— я пірну у воду й дістану твою мотику.</w:t>
      </w:r>
    </w:p>
    <w:p>
      <w:r>
        <w:br/>
        <w:t>Стрибнув у річку й виринув з золотою мотикою.</w:t>
      </w:r>
    </w:p>
    <w:p>
      <w:r>
        <w:br/>
        <w:t>— Твоя? — питає.</w:t>
      </w:r>
    </w:p>
    <w:p>
      <w:r>
        <w:br/>
        <w:t>— Моя! — вигукнув чоловік, і очі йому жадібно заблищали.— Ох, любий мій, як тобі я віддячу?</w:t>
      </w:r>
    </w:p>
    <w:p>
      <w:r>
        <w:br/>
        <w:t>І простяг руку до мотики.</w:t>
      </w:r>
    </w:p>
    <w:p>
      <w:r>
        <w:br/>
        <w:t>Але обличчя Гермесові потемніло з гніву, й він кинув золоту мотику далеко в річку.</w:t>
      </w:r>
    </w:p>
    <w:p>
      <w:r>
        <w:br/>
        <w:t>— Я — Гермес! — прогримів він.— Я знаю, яка була в тебе мотика! Я почув твій плач і прийшов тебе випробувати. Бачу — ти поганий чоловік, бо хотів мене ошукати. Аби ти сказав правду, я подарував би тобі золоту мотику. Але тепер не матимеш і своєї. Це тобі плата за брехню.</w:t>
      </w:r>
    </w:p>
    <w:p>
      <w:r>
        <w:br/>
        <w:t>Сказав — і щез.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Гермес і дроворуб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