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Геракл</w:t>
      </w:r>
    </w:p>
    <w:p>
      <w:r>
        <w:br/>
        <w:t xml:space="preserve"> Переклад А.Содомори</w:t>
      </w:r>
    </w:p>
    <w:p>
      <w:r>
        <w:br/>
        <w:t>ДІЙОВІ ОСОБИ&lt;br /&gt;</w:t>
        <w:br/>
        <w:t>ГЕРАКЛ&lt;br /&gt;</w:t>
        <w:br/>
        <w:t>АМФІТРІОН&lt;br /&gt;</w:t>
        <w:br/>
        <w:t>МЕГАРА&lt;br /&gt;</w:t>
        <w:br/>
        <w:t>ТЕСЕЙ&lt;br /&gt;</w:t>
        <w:br/>
        <w:t>ХОР ФІВАНСЬКИХ СТАРЦІВ&lt;br /&gt;</w:t>
        <w:br/>
        <w:t>ЛІК&lt;br /&gt;</w:t>
        <w:br/>
        <w:t>ІРІДА&lt;br /&gt;</w:t>
        <w:br/>
        <w:t>ЛІССА&lt;br /&gt;</w:t>
        <w:br/>
        <w:t>ВІСНИК&lt;br /&gt;</w:t>
        <w:br/>
        <w:t>Дія відбувається перед палацом Геракла у Фівах.</w:t>
      </w:r>
    </w:p>
    <w:p>
      <w:r>
        <w:br/>
        <w:t>ПРОЛОГ&lt;br /&gt;</w:t>
        <w:br/>
        <w:t>Перед палацом на східцях вівтаря Зевса Рятівника сидять Амфітріон, Мегара і три малі сини.&lt;br /&gt;</w:t>
        <w:br/>
        <w:t>АМФІТРІОН&lt;br /&gt;</w:t>
        <w:br/>
        <w:t>Амфітріона хто б не знав аргоського?&lt;br /&gt;</w:t>
        <w:br/>
        <w:t>Із Зевсом ложе він ділив, Алкея син,&lt;br /&gt;</w:t>
        <w:br/>
        <w:t>Онук Персея, батько нездоланного&lt;br /&gt;</w:t>
        <w:br/>
        <w:t>Геракла? Так, у Фівах я свій дім заклав,&lt;br /&gt;</w:t>
        <w:br/>
        <w:t>Де земнородних плем'я проросло з ріллі, —&lt;br /&gt;</w:t>
        <w:br/>
        <w:t>Мужі, з яких лиш горстку пощадив Арес.&lt;br /&gt;</w:t>
        <w:br/>
        <w:t>їх діти, внуки — тут, у місті Кадмовім.&lt;br /&gt;</w:t>
        <w:br/>
        <w:t>Од них Креонт родився, Менекея син,&lt;br /&gt;</w:t>
        <w:br/>
        <w:t>Владар земель цих, А Мегарі — батько він.&lt;br /&gt;</w:t>
        <w:br/>
        <w:t>10] Весь люд кадмейський гучно прославляв її&lt;br /&gt;</w:t>
        <w:br/>
        <w:t>Під звуки флейт весільних, як в оселю цю&lt;br /&gt;</w:t>
        <w:br/>
        <w:t>Геракл із нею входив — із дружиною.&lt;br /&gt;</w:t>
        <w:br/>
        <w:t>Одначе, Фіви — мій осідок — кинувши,&lt;br /&gt;</w:t>
        <w:br/>
        <w:t>Жону Мегару й свояків, рішив мій син&lt;br /&gt;</w:t>
        <w:br/>
        <w:t>Переселитись — жити в стінах Аргосу,&lt;br /&gt;</w:t>
        <w:br/>
        <w:t>В краю кіклопів, звідки я був вигнаний&lt;br /&gt;</w:t>
        <w:br/>
        <w:t>За кров Електріона. Щоб зарадити&lt;br /&gt;</w:t>
        <w:br/>
        <w:t>Біді моїй — отчину повернуть мені,&lt;br /&gt;</w:t>
        <w:br/>
        <w:t>Стократно заплатив він Еврістеєві:&lt;br /&gt;</w:t>
        <w:br/>
        <w:t>20] Звільнив од чудиськ землю. Чи то Гери гнів&lt;br /&gt;</w:t>
        <w:br/>
        <w:t>Його раз по раз жалив, чи гнав долі бич.&lt;br /&gt;</w:t>
        <w:br/>
        <w:t>Трудних чимало довершивши подвигів,&lt;br /&gt;</w:t>
        <w:br/>
        <w:t>Насамкінець він через гирло Тенару&lt;br /&gt;</w:t>
        <w:br/>
        <w:t>В Аїд зійшов: потвору — пса тритілого&lt;br /&gt;</w:t>
        <w:br/>
        <w:t>Мав вивести до світла, й не вернувсь відтіль.&lt;br /&gt;</w:t>
        <w:br/>
        <w:t>Давно така йде чутка в місті Кадмовім,&lt;br /&gt;</w:t>
        <w:br/>
        <w:t>Що Лік, який Діркею за дружину взяв,&lt;br /&gt;</w:t>
        <w:br/>
        <w:t>У семибрамних Фівах був велителем.&lt;br /&gt;</w:t>
        <w:br/>
        <w:t>А потім — близнюки два, Зевса пагони,&lt;br /&gt;</w:t>
        <w:br/>
        <w:t>30] Зет з Амфіоном, білокінні владарі.&lt;br /&gt;</w:t>
        <w:br/>
        <w:t>Так ось нащадок Ліка (Зветься також Лік)&lt;br /&gt;</w:t>
        <w:br/>
        <w:t>Сам не фіванець — із Евбеї виходець,&lt;br /&gt;</w:t>
        <w:br/>
        <w:t>Убив Креонта. Вбивши — править краєм тим, [155]&lt;br /&gt;</w:t>
        <w:br/>
        <w:t>Безладдям скориставшись і незгодами.&lt;br /&gt;</w:t>
        <w:br/>
        <w:t>Тож нам, які з Креонтом споріднилися,&lt;br /&gt;</w:t>
        <w:br/>
        <w:t>Біда, як нині видно, чимала грозить.&lt;br /&gt;</w:t>
        <w:br/>
        <w:t>Бо, поки син мій — у підземних закутах,&lt;br /&gt;</w:t>
        <w:br/>
        <w:t>Теперішній владар наш, Лік, намірився&lt;br /&gt;</w:t>
        <w:br/>
        <w:t>Скарати смертю всіх дітей Гераклових,&lt;br /&gt;</w:t>
        <w:br/>
        <w:t>40] Убити й жінку, щоб одмити кров'ю кров;&lt;br /&gt;</w:t>
        <w:br/>
        <w:t>Завзявсь іще й на мене (та який то муж&lt;br /&gt;</w:t>
        <w:br/>
        <w:t>Із старця?), щоб ті діти, віку зрілого&lt;br /&gt;</w:t>
        <w:br/>
        <w:t>Сягнувши, за Креонта не помстилися.&lt;br /&gt;</w:t>
        <w:br/>
        <w:t>Так ось, у млу підземну вибираючись,&lt;br /&gt;</w:t>
        <w:br/>
        <w:t>Мій син мені в опіку дав дітей своїх&lt;br /&gt;</w:t>
        <w:br/>
        <w:t>З їх матір'ю у домі, щоб не згинули&lt;br /&gt;</w:t>
        <w:br/>
        <w:t>Гераклові нащадки. Отже, сівши тут,&lt;br /&gt;</w:t>
        <w:br/>
        <w:t>Рятунку жду від Зевса при жертовнику,&lt;br /&gt;</w:t>
        <w:br/>
        <w:t>Що син мій благородний спорудив колись&lt;br /&gt;</w:t>
        <w:br/>
        <w:t>50] На згадку про звитягу над мінійцями.&lt;br /&gt;</w:t>
        <w:br/>
        <w:t>Тож сидимо тут, усього позбавлені —&lt;br /&gt;</w:t>
        <w:br/>
        <w:t>Голодні, спраглі, голі — на землі сирій&lt;br /&gt;</w:t>
        <w:br/>
        <w:t>Спимо, прилягши, бо ж із дому рідного&lt;br /&gt;</w:t>
        <w:br/>
        <w:t>Нас вигнано — рятунку й не ждемо уже.&lt;br /&gt;</w:t>
        <w:br/>
        <w:t>Одні з-між друзів — друзі на словах лише;&lt;br /&gt;</w:t>
        <w:br/>
        <w:t>А справжні — помогли б нам, та снаги нема.&lt;br /&gt;</w:t>
        <w:br/>
        <w:t>Ось так-то в горі… Хто хоча б на крихітку&lt;br /&gt;</w:t>
        <w:br/>
        <w:t>Зичливим був до тебе, — не бажай тому&lt;br /&gt;</w:t>
        <w:br/>
        <w:t>Шукати в скруті друга незрадливого.&lt;br /&gt;</w:t>
        <w:br/>
        <w:t>МЕГАРА&lt;br /&gt;</w:t>
        <w:br/>
        <w:t>60] О старче! Ти фіванців — аж не віриться! —&lt;br /&gt;</w:t>
        <w:br/>
        <w:t>На місто вів тафійське, зруйнував його.&lt;br /&gt;</w:t>
        <w:br/>
        <w:t>Так-так… Безсмертних воля — темна ніч для нас.&lt;br /&gt;</w:t>
        <w:br/>
        <w:t>Була ж і я щаслива статком батьковим:&lt;br /&gt;</w:t>
        <w:br/>
        <w:t>Багатством він пишався й володіннями,&lt;br /&gt;</w:t>
        <w:br/>
        <w:t>Що меж не мали: довгим списом ширив їх,&lt;br /&gt;</w:t>
        <w:br/>
        <w:t>На інших можновладців наступаючи.&lt;br /&gt;</w:t>
        <w:br/>
        <w:t>І діток мав: мене ось шлюбом славним він&lt;br /&gt;</w:t>
        <w:br/>
        <w:t>З Гераклом, твоїм сином, пов'язав колись.&lt;br /&gt;</w:t>
        <w:br/>
        <w:t>Та нині — все пропало. Вмерти мусимо&lt;br /&gt;</w:t>
        <w:br/>
        <w:t>70] І я, і ти, о старче, і Гераклові&lt;br /&gt;</w:t>
        <w:br/>
        <w:t>Нащадки — діти!.. Марно я окрила їх,&lt;br /&gt;</w:t>
        <w:br/>
        <w:t>Мов птиця — пташеняток неоперених.&lt;br /&gt;</w:t>
        <w:br/>
        <w:t>Вони ж навперебій мене випитують:&lt;br /&gt;</w:t>
        <w:br/>
        <w:t>"То де наш батько, мамо? Що ж то робить він?&lt;br /&gt;</w:t>
        <w:br/>
        <w:t>Коли, нарешті, прийде?.." Свого татонька&lt;br /&gt;</w:t>
        <w:br/>
        <w:t>Шукають, нетямущі. їх розраджую,&lt;br /&gt;</w:t>
        <w:br/>
        <w:t>Як можу, казочками, та сама здригнусь,&lt;br /&gt;</w:t>
        <w:br/>
        <w:t>Лиш рипнуть двері: діти — біля них уже:&lt;br /&gt;</w:t>
        <w:br/>
        <w:t>Обнять коліна хочуть батька любого.&lt;br /&gt;</w:t>
        <w:br/>
        <w:t>80] Яку ж надію, до рятунку шлях який,&lt;br /&gt;</w:t>
        <w:br/>
        <w:t>О старче, вкажеш? Тільки ти — порадник мій. [156]&lt;br /&gt;</w:t>
        <w:br/>
        <w:t>Ні з міста вийти нам не вдасться потайки —&lt;br /&gt;</w:t>
        <w:br/>
        <w:t>Чи можемо змагатись із сторожею? —&lt;br /&gt;</w:t>
        <w:br/>
        <w:t>Ані на поміч друзів покладатися&lt;br /&gt;</w:t>
        <w:br/>
        <w:t>Не варто більше. Поділися ж думкою&lt;br /&gt;</w:t>
        <w:br/>
        <w:t>Чимшвидше, смерть-бо поряд, годі гаятись!&lt;br /&gt;</w:t>
        <w:br/>
        <w:t>Безсилі — та не будьмо безпорадними.&lt;br /&gt;</w:t>
        <w:br/>
        <w:t>АМФІТРІОН&lt;br /&gt;</w:t>
        <w:br/>
        <w:t>Ой, не в такому, дочко, ми становищі,&lt;br /&gt;</w:t>
        <w:br/>
        <w:t>Щоб радами так легко розкидатися.&lt;br /&gt;</w:t>
        <w:br/>
        <w:t>МЕГАРА&lt;br /&gt;</w:t>
        <w:br/>
        <w:t>90] Чи болю мало? Чи життя цінуєш так?&lt;br /&gt;</w:t>
        <w:br/>
        <w:t>АМФІТРІОН&lt;br /&gt;</w:t>
        <w:br/>
        <w:t>І сонцю рад я, і надію теж люблю.&lt;br /&gt;</w:t>
        <w:br/>
        <w:t>МЕГАРА&lt;br /&gt;</w:t>
        <w:br/>
        <w:t>І я. Та що з надії безнадійної?..&lt;br /&gt;</w:t>
        <w:br/>
        <w:t>АМФІТРІОН&lt;br /&gt;</w:t>
        <w:br/>
        <w:t>Загайка різні біди виліковує.&lt;br /&gt;</w:t>
        <w:br/>
        <w:t>МЕГАРА&lt;br /&gt;</w:t>
        <w:br/>
        <w:t>Непевність же тим часом догризе мене.&lt;br /&gt;</w:t>
        <w:br/>
        <w:t>АМФІТРІОН&lt;br /&gt;</w:t>
        <w:br/>
        <w:t>А що, коли заблисне в скруті нинішній&lt;br /&gt;</w:t>
        <w:br/>
        <w:t>Тобі й мені щасливий вихід, донечко?&lt;br /&gt;</w:t>
        <w:br/>
        <w:t>А що, як чоловік твій, син мій вернеться?&lt;br /&gt;</w:t>
        <w:br/>
        <w:t>Отож кріпися і подбай, щоб сліз гірких&lt;br /&gt;</w:t>
        <w:br/>
        <w:t>Не проливали й діти: їх в оману вводь,&lt;br /&gt;</w:t>
        <w:br/>
        <w:t>100] Дарма, що нещасливу, та потрібну їм.&lt;br /&gt;</w:t>
        <w:br/>
        <w:t>Виснажується й горе, що людей гнітить,&lt;br /&gt;</w:t>
        <w:br/>
        <w:t>Вітри не завжди мають міць однакову,&lt;br /&gt;</w:t>
        <w:br/>
        <w:t>Щасливі — щастям не постійно тішаться,&lt;br /&gt;</w:t>
        <w:br/>
        <w:t>Все сходиться, все знову врізнобіч іде;&lt;br /&gt;</w:t>
        <w:br/>
        <w:t>Найкращим той є, хто й у скруті має ще&lt;br /&gt;</w:t>
        <w:br/>
        <w:t>Надію; безнадія — знак лихих людей.</w:t>
      </w:r>
    </w:p>
    <w:p>
      <w:r>
        <w:br/>
        <w:t>ПАРОД&lt;br /&gt;</w:t>
        <w:br/>
        <w:t>На орхестру вступає хор п'ятнадцяти фіванських&lt;br /&gt;</w:t>
        <w:br/>
        <w:t>старців, колишніх бойових соратників Амфітріона.&lt;br /&gt;</w:t>
        <w:br/>
        <w:t>ХОР&lt;br /&gt;</w:t>
        <w:br/>
        <w:t>Строфа І&lt;br /&gt;</w:t>
        <w:br/>
        <w:t>Наверх до палацу насилу йду,&lt;br /&gt;</w:t>
        <w:br/>
        <w:t>Де старця сивого ложе,&lt;br /&gt;</w:t>
        <w:br/>
        <w:t>На посох опершись; тужливий спів [157]&lt;br /&gt;</w:t>
        <w:br/>
        <w:t>110] Сную, наче той білоперий лебідь.&lt;br /&gt;</w:t>
        <w:br/>
        <w:t>Один тільки голос од мене лишивсь,&lt;br /&gt;</w:t>
        <w:br/>
        <w:t>Одна лиш тінь невиразна,&lt;br /&gt;</w:t>
        <w:br/>
        <w:t>Що постане бува уві сні —&lt;br /&gt;</w:t>
        <w:br/>
        <w:t>Хай тремка, та прихильна&lt;br /&gt;</w:t>
        <w:br/>
        <w:t>До тих діток без батька, до тебе, мій&lt;br /&gt;</w:t>
        <w:br/>
        <w:t>Сивочолий друже, й до тебе, що ждеш&lt;br /&gt;</w:t>
        <w:br/>
        <w:t>Із Аїду, оплакуєш мужа.&lt;br /&gt;</w:t>
        <w:br/>
        <w:t>Антистрофа&lt;br /&gt;</w:t>
        <w:br/>
        <w:t>Хай важко вам, ноги, — несіть мене,&lt;br /&gt;</w:t>
        <w:br/>
        <w:t>Все вище, не підгинайтесь!&lt;br /&gt;</w:t>
        <w:br/>
        <w:t>120] Не кінь я, що тягне тяженний віз&lt;br /&gt;</w:t>
        <w:br/>
        <w:t>Під гору, напнувши ремінні шлеї.&lt;br /&gt;</w:t>
        <w:br/>
        <w:t>Візьмись, хто ослабнув, за руку мою,&lt;br /&gt;</w:t>
        <w:br/>
        <w:t>За одяг: старцеві — старець&lt;br /&gt;</w:t>
        <w:br/>
        <w:t>Допоможемо!.. Дружно колись&lt;br /&gt;</w:t>
        <w:br/>
        <w:t>Ми пліч-о-пліч ставали&lt;br /&gt;</w:t>
        <w:br/>
        <w:t>Молодими до бою, зімкнувши щити!&lt;br /&gt;</w:t>
        <w:br/>
        <w:t>Величавим Фівам, вітчизні своїй&lt;br /&gt;</w:t>
        <w:br/>
        <w:t>Ми не сором приносили — славу!</w:t>
      </w:r>
    </w:p>
    <w:p>
      <w:r>
        <w:br/>
        <w:t>ЕПОД&lt;br /&gt;</w:t>
        <w:br/>
        <w:t>Хор звертається поглядом до дітей Геракла.&lt;br /&gt;</w:t>
        <w:br/>
        <w:t>Гляньте: в блиску їх очей&lt;br /&gt;</w:t>
        <w:br/>
        <w:t>130] Впізнається дух Геракла.&lt;br /&gt;</w:t>
        <w:br/>
        <w:t>Й доля батькова тяжка&lt;br /&gt;</w:t>
        <w:br/>
        <w:t>їм у спадок залишилась.&lt;br /&gt;</w:t>
        <w:br/>
        <w:t>Ми, однак, — їх боржники…&lt;br /&gt;</w:t>
        <w:br/>
        <w:t>О яких захисників&lt;br /&gt;</w:t>
        <w:br/>
        <w:t>Ти втрачаєш назавжди&lt;br /&gt;</w:t>
        <w:br/>
        <w:t>В дітях тих, Елладо!</w:t>
      </w:r>
    </w:p>
    <w:p>
      <w:r>
        <w:br/>
        <w:t>ЕПІСОДІЙ ПЕРШИЙ&lt;br /&gt;</w:t>
        <w:br/>
        <w:t>ПРОВІДНИК ХОРУ&lt;br /&gt;</w:t>
        <w:br/>
        <w:t>Та до палацу, бачу, сам велитель наш,&lt;br /&gt;</w:t>
        <w:br/>
        <w:t>Володар цього краю, наближається.&lt;br /&gt;</w:t>
        <w:br/>
        <w:t>У супроводі сторожі появляється Лік.&lt;br /&gt;</w:t>
        <w:br/>
        <w:t>ЛІК&lt;br /&gt;</w:t>
        <w:br/>
        <w:t>Гераклового батька і жону його&lt;br /&gt;</w:t>
        <w:br/>
        <w:t>140] Спитать, якщо це можна, — а володарю,&lt;br /&gt;</w:t>
        <w:br/>
        <w:t>Гадаю, можна, — я хотів би ось про що:&lt;br /&gt;</w:t>
        <w:br/>
        <w:t>Чому із смертю й досі зволікаєте? [158]&lt;br /&gt;</w:t>
        <w:br/>
        <w:t>Яка ж надія при житті тримає вас?&lt;br /&gt;</w:t>
        <w:br/>
        <w:t>Гадаєте, що батько діточок ось цих&lt;br /&gt;</w:t>
        <w:br/>
        <w:t>Повернеться з Аїду? Надарма той плач&lt;br /&gt;</w:t>
        <w:br/>
        <w:t>Розпочали ви, раз умерти мусите, —&lt;br /&gt;</w:t>
        <w:br/>
        <w:t>І ти, хто гордий з того, що жона твоя&lt;br /&gt;</w:t>
        <w:br/>
        <w:t>Од Зевса новим богом розродилася,&lt;br /&gt;</w:t>
        <w:br/>
        <w:t>І ти, що мужем незрівнянним славишся.&lt;br /&gt;</w:t>
        <w:br/>
        <w:t>150] Бо що таке Геракл твій? Вклав чудовисько&lt;br /&gt;</w:t>
        <w:br/>
        <w:t>Болотне — Гідру? Лева вбив Немейського?&lt;br /&gt;</w:t>
        <w:br/>
        <w:t>Але ж подужав не руками голими,&lt;br /&gt;</w:t>
        <w:br/>
        <w:t>Як похвалявся, — скористався зашморгом.&lt;br /&gt;</w:t>
        <w:br/>
        <w:t>Тому така зухвалість? Через це б я мав&lt;br /&gt;</w:t>
        <w:br/>
        <w:t>Гераклових дітей од смерті вибавить?&lt;br /&gt;</w:t>
        <w:br/>
        <w:t>Та й хто він? Сильний духом? На словах хіба.&lt;br /&gt;</w:t>
        <w:br/>
        <w:t>Долав лиш звірів. Чим ще похвалитись міг?&lt;br /&gt;</w:t>
        <w:br/>
        <w:t>Тримав щита в лівиці? Чи із списом став&lt;br /&gt;</w:t>
        <w:br/>
        <w:t>На ворога близького? Ні — стрілу пускав,&lt;br /&gt;</w:t>
        <w:br/>
        <w:t>160] Лякливих зброю, будь-коли втекти готов.&lt;br /&gt;</w:t>
        <w:br/>
        <w:t>Не лук ознака мужніх; доказ мужності —&lt;br /&gt;</w:t>
        <w:br/>
        <w:t>Коли незмигно в першій лаві дивишся&lt;br /&gt;</w:t>
        <w:br/>
        <w:t>На спис, що прокладає рани-борозни.&lt;br /&gt;</w:t>
        <w:br/>
        <w:t>І знай, що не безчесність, а завбачливість&lt;br /&gt;</w:t>
        <w:br/>
        <w:t>У вчинку моїм, старче: я ж престол посів,&lt;br /&gt;</w:t>
        <w:br/>
        <w:t>Креонта вбивши, що цим дітям дідом був,&lt;br /&gt;</w:t>
        <w:br/>
        <w:t>Мегарі — батьком. Тож чи не зростатимуть,&lt;br /&gt;</w:t>
        <w:br/>
        <w:t>Коли б і їх не вбив ще, юні месники?..&lt;br /&gt;</w:t>
        <w:br/>
        <w:t>АМФІТРІОН&lt;br /&gt;</w:t>
        <w:br/>
        <w:t>Якщо про сина йдеться, — Зевсу-батьку слід&lt;br /&gt;</w:t>
        <w:br/>
        <w:t>170] Про нього дбати. Я ж, Геракле, мовою&lt;br /&gt;</w:t>
        <w:br/>
        <w:t>Вкажу, наскільки муж цей помиляється.&lt;br /&gt;</w:t>
        <w:br/>
        <w:t>І не стерплю, щоб так він зневажав тебе.&lt;br /&gt;</w:t>
        <w:br/>
        <w:t>Про боягузтво спершу. Звинувачувать&lt;br /&gt;</w:t>
        <w:br/>
        <w:t>Геракла в ньому — чиста нісенітниця!&lt;br /&gt;</w:t>
        <w:br/>
        <w:t>Тут і безсмертних я за свідків матиму.&lt;br /&gt;</w:t>
        <w:br/>
        <w:t>До блискавиці Зевса я звертаюся,&lt;br /&gt;</w:t>
        <w:br/>
        <w:t>До повоза, в якому мчав Геракл, що вклав&lt;br /&gt;</w:t>
        <w:br/>
        <w:t>Жахних гігантів земнородних стрілами&lt;br /&gt;</w:t>
        <w:br/>
        <w:t>Й серед богів звитягу святкував гучну.&lt;br /&gt;</w:t>
        <w:br/>
        <w:t>180] Й четвероногих, о нікчемо-владарю,&lt;br /&gt;</w:t>
        <w:br/>
        <w:t>Кентаврів, що в Фолої, забіяк, спитай,&lt;br /&gt;</w:t>
        <w:br/>
        <w:t>Кого з мужів назвали б найхоробрішим,&lt;br /&gt;</w:t>
        <w:br/>
        <w:t>Хіба не мого сина — справді мужнього?&lt;br /&gt;</w:t>
        <w:br/>
        <w:t>Спитай ще на Евбеї рідній, в Дірфія,&lt;br /&gt;</w:t>
        <w:br/>
        <w:t>Чи хто тебе похвалить. Не засвідчать там,&lt;br /&gt;</w:t>
        <w:br/>
        <w:t>На батьківщині, твого вчинку доброго.&lt;br /&gt;</w:t>
        <w:br/>
        <w:t>Ти зневажаєш наймудріший винахід —&lt;br /&gt;</w:t>
        <w:br/>
        <w:t>Стрілу летючу. Слухай, щоб розумним буть.&lt;br /&gt;</w:t>
        <w:br/>
        <w:t>Гопліт — невільник власного озброєння.&lt;br /&gt;</w:t>
        <w:br/>
        <w:t>190] Й коли з ним поряд боязливі воїни, [159]&lt;br /&gt;</w:t>
        <w:br/>
        <w:t>То й сам, хоч і хоробрий, загибає він.&lt;br /&gt;</w:t>
        <w:br/>
        <w:t>А спис зламавши, смерті не відверне вже&lt;br /&gt;</w:t>
        <w:br/>
        <w:t>Від себе: нічим більше захиститися.&lt;br /&gt;</w:t>
        <w:br/>
        <w:t>Хто ж луком володіє, — неабияка&lt;br /&gt;</w:t>
        <w:br/>
        <w:t>У того перевага: сотні стріл здаля&lt;br /&gt;</w:t>
        <w:br/>
        <w:t>Пускаючи, боронить інших воїнів,&lt;br /&gt;</w:t>
        <w:br/>
        <w:t>А ворогів карає: з тятиви летить&lt;br /&gt;</w:t>
        <w:br/>
        <w:t>На зрячих — смерть незрима, несподівана;&lt;br /&gt;</w:t>
        <w:br/>
        <w:t>Себе ж на небезпеку, ставши осторонь,&lt;br /&gt;</w:t>
        <w:br/>
        <w:t>200] Не наражає. Саме в цьому бачу я&lt;br /&gt;</w:t>
        <w:br/>
        <w:t>Військову мудрість: бити супротивника,&lt;br /&gt;</w:t>
        <w:br/>
        <w:t>Себе — щадити й не вповать на випадок.&lt;br /&gt;</w:t>
        <w:br/>
        <w:t>Що думав, те сказав я про Гераклову&lt;br /&gt;</w:t>
        <w:br/>
        <w:t>Хоробрість і, гадаю, відсіч дав тобі.&lt;br /&gt;</w:t>
        <w:br/>
        <w:t>Ти задля чого хочеш цих дітей вбивать?&lt;br /&gt;</w:t>
        <w:br/>
        <w:t>За що виниш їх? Лиш в однім розумний ти:&lt;br /&gt;</w:t>
        <w:br/>
        <w:t>Дітей сміливця, будучи нікчемою,&lt;br /&gt;</w:t>
        <w:br/>
        <w:t>Боїшся. Але прикро, що ми гинемо&lt;br /&gt;</w:t>
        <w:br/>
        <w:t>Через твою нікчемність, бо страждати б мав,&lt;br /&gt;</w:t>
        <w:br/>
        <w:t>210] Нахабо, саме ти од благородніших,&lt;br /&gt;</w:t>
        <w:br/>
        <w:t>Якщо б явив нам ласку правдолюбний Зевс.&lt;br /&gt;</w:t>
        <w:br/>
        <w:t>А хочеш у цім краї бути владарем, —&lt;br /&gt;</w:t>
        <w:br/>
        <w:t>Дозволь нам на вигнання, в чужину, піти.&lt;br /&gt;</w:t>
        <w:br/>
        <w:t>Не скривджуй— інших, щоб не буть покривдженим,&lt;br /&gt;</w:t>
        <w:br/>
        <w:t>Коли захмарить твоє щастя бог якийсь.&lt;br /&gt;</w:t>
        <w:br/>
        <w:t>Так-так!..&lt;br /&gt;</w:t>
        <w:br/>
        <w:t>О земле Кадма! Мушу ще й до тебе я&lt;br /&gt;</w:t>
        <w:br/>
        <w:t>Звернутись нині з гіркотою, з докором:&lt;br /&gt;</w:t>
        <w:br/>
        <w:t>Така Гераклу дяка й діточкам його&lt;br /&gt;</w:t>
        <w:br/>
        <w:t>За те, що сам колись він із мінійцями&lt;br /&gt;</w:t>
        <w:br/>
        <w:t>220] Зітнувсь і волю для фіванців виборов?..&lt;br /&gt;</w:t>
        <w:br/>
        <w:t>Не похвалю й Еллади, й не мовчатиму&lt;br /&gt;</w:t>
        <w:br/>
        <w:t>Про кривду мого сина: чи ж не слід було&lt;br /&gt;</w:t>
        <w:br/>
        <w:t>Дітей цих рятувати — збігтись еллінам&lt;br /&gt;</w:t>
        <w:br/>
        <w:t>З вогнями, збройно, й борг сплатить Гераклові,&lt;br /&gt;</w:t>
        <w:br/>
        <w:t>Що суходіл очистив і моря для них?&lt;br /&gt;</w:t>
        <w:br/>
        <w:t>Ні Фіви за вас, діти, не вступилися,&lt;br /&gt;</w:t>
        <w:br/>
        <w:t>Ані Еллада. Лиш на мене дивитесь,&lt;br /&gt;</w:t>
        <w:br/>
        <w:t>Безсилого, а що я? Голос, тінь його.&lt;br /&gt;</w:t>
        <w:br/>
        <w:t>Була колись та сила — та й минулася,&lt;br /&gt;</w:t>
        <w:br/>
        <w:t>230] Тремтлива старість підступила, бачите.&lt;br /&gt;</w:t>
        <w:br/>
        <w:t>А чув би міць колишню, то з мечем в руці&lt;br /&gt;</w:t>
        <w:br/>
        <w:t>На кривдника б я вийшов — і скривавив би&lt;br /&gt;</w:t>
        <w:br/>
        <w:t>Руду його чуприну, щоб тікав відсіль&lt;br /&gt;</w:t>
        <w:br/>
        <w:t>Од мого списа — за краї Атлантові.&lt;br /&gt;</w:t>
        <w:br/>
        <w:t>ПРОВІДНИК ХОРУ&lt;br /&gt;</w:t>
        <w:br/>
        <w:t>Хто чесний — чи не скаже слова влучного.&lt;br /&gt;</w:t>
        <w:br/>
        <w:t>Як є нагода, хоч би й не промовцем був? [160]&lt;br /&gt;</w:t>
        <w:br/>
        <w:t>ЛІК&lt;br /&gt;</w:t>
        <w:br/>
        <w:t>Воюй, воюй словами, виговорюйся!&lt;br /&gt;</w:t>
        <w:br/>
        <w:t>А я — ділами вже за все сплачу тобі.&lt;br /&gt;</w:t>
        <w:br/>
        <w:t>На Гелікон же, слуги, на Парнас ідіть,&lt;br /&gt;</w:t>
        <w:br/>
        <w:t>240] Хай дров там дроворуби понарубують,&lt;br /&gt;</w:t>
        <w:br/>
        <w:t>А привезуть до міста — вколо вівтаря&lt;br /&gt;</w:t>
        <w:br/>
        <w:t>Складіть їх стосом. Розгориться вогнище —&lt;br /&gt;</w:t>
        <w:br/>
        <w:t>Спаліть оцих зухвальців! Час-бо знати їм,&lt;br /&gt;</w:t>
        <w:br/>
        <w:t>Що не мертвець у Фівах при кермі стоїть —&lt;br /&gt;</w:t>
        <w:br/>
        <w:t>Я сам за владаря тут, сам паную тут.&lt;br /&gt;</w:t>
        <w:br/>
        <w:t>(До хору).&lt;br /&gt;</w:t>
        <w:br/>
        <w:t>А ви, о старці, що мені перечите,&lt;br /&gt;</w:t>
        <w:br/>
        <w:t>Не лиш дітей Геракла гірко будете&lt;br /&gt;</w:t>
        <w:br/>
        <w:t>Оплакувать, а й долю дому власного,&lt;br /&gt;</w:t>
        <w:br/>
        <w:t>Зазнавши лиха. Все це нагадає вам,&lt;br /&gt;</w:t>
        <w:br/>
        <w:t>250] Хто правити тут має, хто — коритися.&lt;br /&gt;</w:t>
        <w:br/>
        <w:t>ПРОВІДНИК ХОРУ&lt;br /&gt;</w:t>
        <w:br/>
        <w:t>О ви, кого засіяв у ріллю колись&lt;br /&gt;</w:t>
        <w:br/>
        <w:t>Арес, у змія хижі зуби вирвавши!&lt;br /&gt;</w:t>
        <w:br/>
        <w:t>Чи не піднять нам зараз наші посохи,&lt;br /&gt;</w:t>
        <w:br/>
        <w:t>Правиць опору, щоб скривавить голову&lt;br /&gt;</w:t>
        <w:br/>
        <w:t>Цьому нахабі, зайді, не кадмейцеві,&lt;br /&gt;</w:t>
        <w:br/>
        <w:t>Що сміє тут, негідник, верховодити?&lt;br /&gt;</w:t>
        <w:br/>
        <w:t>І все ж безкарно панувать не дам тобі,&lt;br /&gt;</w:t>
        <w:br/>
        <w:t>Не загребеш, неситий, праці рук моїх,&lt;br /&gt;</w:t>
        <w:br/>
        <w:t>Кривавиці моєї. Як прийшов сюди,&lt;br /&gt;</w:t>
        <w:br/>
        <w:t>260] Так підеш, лиходію. Поки дихаю, —&lt;br /&gt;</w:t>
        <w:br/>
        <w:t>Не вб'єш дітей Геракла. Хоч яка глибінь&lt;br /&gt;</w:t>
        <w:br/>
        <w:t>Землі б його вкривала, заступлюсь за них.&lt;br /&gt;</w:t>
        <w:br/>
        <w:t>Цей край занапастивши, — нині правиш ним,&lt;br /&gt;</w:t>
        <w:br/>
        <w:t>А хто рятівником був, — той покривджений.&lt;br /&gt;</w:t>
        <w:br/>
        <w:t>Чи зайве щось роблю я, помагаючи&lt;br /&gt;</w:t>
        <w:br/>
        <w:t>Відсутньому, що в млі підземній, другові?&lt;br /&gt;</w:t>
        <w:br/>
        <w:t>До ратища, правице, пориваєшся…&lt;br /&gt;</w:t>
        <w:br/>
        <w:t>Та що з того пориву? Неміч сковує,&lt;br /&gt;</w:t>
        <w:br/>
        <w:t>А то б не смів ти нині називать мене&lt;br /&gt;</w:t>
        <w:br/>
        <w:t>270] Рабом. У Фівах, де пануєш, міг би я&lt;br /&gt;</w:t>
        <w:br/>
        <w:t>Прожити славно. Видно, бракне розуму&lt;br /&gt;</w:t>
        <w:br/>
        <w:t>Громаді міста: не було б тут розбрату,&lt;br /&gt;</w:t>
        <w:br/>
        <w:t>То й владаря такого б не діждалися.&lt;br /&gt;</w:t>
        <w:br/>
        <w:t>МЕГАРА&lt;br /&gt;</w:t>
        <w:br/>
        <w:t>Хвалю ваш запал, старці: адже гнів такий,&lt;br /&gt;</w:t>
        <w:br/>
        <w:t>Якщо про друзів йдеться — друзів скрашує.&lt;br /&gt;</w:t>
        <w:br/>
        <w:t>Та через нас не слід вам од володаря&lt;br /&gt;</w:t>
        <w:br/>
        <w:t>Терпіти. Ось послухай, що скажу тобі,&lt;br /&gt;</w:t>
        <w:br/>
        <w:t>Амфітріоне, — глузд якийсь і в мене є.&lt;br /&gt;</w:t>
        <w:br/>
        <w:t>Люблю дітей, бо як то б не любила тих, [161]&lt;br /&gt;</w:t>
        <w:br/>
        <w:t>280] Кого зродила в муках? Звісно, й смерті я&lt;br /&gt;</w:t>
        <w:br/>
        <w:t>Жахаюсь. Та втікать од неминучості —&lt;br /&gt;</w:t>
        <w:br/>
        <w:t>Це справді нерозумно, хоч там що кажіть.&lt;br /&gt;</w:t>
        <w:br/>
        <w:t>Як маємо померти — не в огні б хоча&lt;br /&gt;</w:t>
        <w:br/>
        <w:t>Конати, нашим лютим ворогам на глум:&lt;br /&gt;</w:t>
        <w:br/>
        <w:t>Я сприйняла б це важче, аніж смерть саму.&lt;br /&gt;</w:t>
        <w:br/>
        <w:t>Такий вже рід наш, не посоромім його.&lt;br /&gt;</w:t>
        <w:br/>
        <w:t>А ти, кому відома слава списника,&lt;br /&gt;</w:t>
        <w:br/>
        <w:t>Чи завагався б смерті в вічі глянути?&lt;br /&gt;</w:t>
        <w:br/>
        <w:t>А муж мій незрівнянний, чи бажав би він&lt;br /&gt;</w:t>
        <w:br/>
        <w:t>290] Рятунку своїм дітям, коли б мусили&lt;br /&gt;</w:t>
        <w:br/>
        <w:t>За це платити честю?.. Благородний-бо&lt;br /&gt;</w:t>
        <w:br/>
        <w:t>Й дітей своїх ганьбою переймається.&lt;br /&gt;</w:t>
        <w:br/>
        <w:t>Чи приклад мого мужа маю знехтувать?&lt;br /&gt;</w:t>
        <w:br/>
        <w:t>Що ж до надій на краще, то таке скажу:&lt;br /&gt;</w:t>
        <w:br/>
        <w:t>Гадаєш, син твій з того світу прийде ще?&lt;br /&gt;</w:t>
        <w:br/>
        <w:t>Із володінь Аїда не вертаються…&lt;br /&gt;</w:t>
        <w:br/>
        <w:t>Чи, може, Ліка ми вмолить зуміємо?&lt;br /&gt;</w:t>
        <w:br/>
        <w:t>Дарма! Яка ж розмова з дурнем-ворогом?&lt;br /&gt;</w:t>
        <w:br/>
        <w:t>Якби розумний — можна й поступитися,&lt;br /&gt;</w:t>
        <w:br/>
        <w:t>300] Таж ласки легше домогтися ласкою…&lt;br /&gt;</w:t>
        <w:br/>
        <w:t>А що, коли б вигнання для дітей вдалось&lt;br /&gt;</w:t>
        <w:br/>
        <w:t>Нам випросить?.. Гірке лиш, ой, гірке воно!&lt;br /&gt;</w:t>
        <w:br/>
        <w:t>Чи ж то рятунок — вік у злиднях нидіти?&lt;br /&gt;</w:t>
        <w:br/>
        <w:t>Вигнанець, кажуть, раз лиш у господаря,&lt;br /&gt;</w:t>
        <w:br/>
        <w:t>Що дав йому притулок, бачить усмішку…&lt;br /&gt;</w:t>
        <w:br/>
        <w:t>Рішися з нами вмерти, бо й тебе жде смерть.&lt;br /&gt;</w:t>
        <w:br/>
        <w:t>На мужність твою, старче, покладаюся.&lt;br /&gt;</w:t>
        <w:br/>
        <w:t>Бо хто йде проти того, що боги нам шлють, —&lt;br /&gt;</w:t>
        <w:br/>
        <w:t>Даремні це зусилля, неминучість-бо,&lt;br /&gt;</w:t>
        <w:br/>
        <w:t>310] Хоч як старайся, — буде неминучістю.&lt;br /&gt;</w:t>
        <w:br/>
        <w:t>ПРОВІДНИК ХОРУ&lt;br /&gt;</w:t>
        <w:br/>
        <w:t>Була б колишня сила у правиці тій —&lt;br /&gt;</w:t>
        <w:br/>
        <w:t>Відразу б осадив я твого кривдника.&lt;br /&gt;</w:t>
        <w:br/>
        <w:t>Тепер — ніщо я. Мусиш ти замислитись,&lt;br /&gt;</w:t>
        <w:br/>
        <w:t>Амфітріоне, як відбить удар такий.&lt;br /&gt;</w:t>
        <w:br/>
        <w:t>АМФІТРІОН&lt;br /&gt;</w:t>
        <w:br/>
        <w:t>Не страх мене од смерті й не жага життя&lt;br /&gt;</w:t>
        <w:br/>
        <w:t>Утримує: цих діток прагну синові&lt;br /&gt;</w:t>
        <w:br/>
        <w:t>Вернуть, але ж даремне моє прагнення!&lt;br /&gt;</w:t>
        <w:br/>
        <w:t>Під лезо шию от хоч зараз виставлю —&lt;br /&gt;</w:t>
        <w:br/>
        <w:t>Хай ріжуть, а чи в прірву зіштовхнуть мене!&lt;br /&gt;</w:t>
        <w:br/>
        <w:t>320] Одну лиш ласку нам яви, володарю:&lt;br /&gt;</w:t>
        <w:br/>
        <w:t>Мене спочатку и ту нещасну неньку вбий,&lt;br /&gt;</w:t>
        <w:br/>
        <w:t>Щоб нам не бачить — о жахне видовище! —&lt;br /&gt;</w:t>
        <w:br/>
        <w:t>Як діти, маму й діда свого кличучи,&lt;br /&gt;</w:t>
        <w:br/>
        <w:t>З душею розстаються. Щодо іншого —&lt;br /&gt;</w:t>
        <w:br/>
        <w:t>Роби, як знаєш. Смерті не минути нам. [162]&lt;br /&gt;</w:t>
        <w:br/>
        <w:t>МЕГАРА&lt;br /&gt;</w:t>
        <w:br/>
        <w:t>Додай, прошу, до ласки ласку ще одну:&lt;br /&gt;</w:t>
        <w:br/>
        <w:t>Й ти сам — обом подвійну зробиш послугу:&lt;br /&gt;</w:t>
        <w:br/>
        <w:t>Дозволь — ми й так вигнанці — щоб у домі я&lt;br /&gt;</w:t>
        <w:br/>
        <w:t>Цих діток, як годиться, зодягла на смерть,&lt;br /&gt;</w:t>
        <w:br/>
        <w:t>330] Хай батьків статок хоч для цього служить їм.&lt;br /&gt;</w:t>
        <w:br/>
        <w:t>ЛІК&lt;br /&gt;</w:t>
        <w:br/>
        <w:t>Гаразд. Палацу двері відчинить велю.&lt;br /&gt;</w:t>
        <w:br/>
        <w:t>Вдягайтесь там. На одяг не скулитимусь.&lt;br /&gt;</w:t>
        <w:br/>
        <w:t>Коли ж приберетеся по-святковому,&lt;br /&gt;</w:t>
        <w:br/>
        <w:t>Прийду, щоб Ночі й тіням передати вас.&lt;br /&gt;</w:t>
        <w:br/>
        <w:t>(Відходить із сторожею).&lt;br /&gt;</w:t>
        <w:br/>
        <w:t>МЕГАРА&lt;br /&gt;</w:t>
        <w:br/>
        <w:t>За матір'ю йдіть, діти, нещасливою&lt;br /&gt;</w:t>
        <w:br/>
        <w:t>У дім отецький, де майно чужак посів,&lt;br /&gt;</w:t>
        <w:br/>
        <w:t>І тільки наше ймення ще лишилось там.&lt;br /&gt;</w:t>
        <w:br/>
        <w:t>(Входить у дім з дітьми).&lt;br /&gt;</w:t>
        <w:br/>
        <w:t>АМФІТРІОН&lt;br /&gt;</w:t>
        <w:br/>
        <w:t>Даремно, Зевсе, був ти ложа спільником,&lt;br /&gt;</w:t>
        <w:br/>
        <w:t>Дарма вважав я, що Геракл — це кров твоя:&lt;br /&gt;</w:t>
        <w:br/>
        <w:t>340] Ти гіршим, ніж гадав я, другом виявивсь;&lt;br /&gt;</w:t>
        <w:br/>
        <w:t>Хоч бог верховний — уступаєш смертному:&lt;br /&gt;</w:t>
        <w:br/>
        <w:t>Дітей Геракла не лишив, не зрадив я.&lt;br /&gt;</w:t>
        <w:br/>
        <w:t>А ти, у спальню крадькома проникнути,&lt;br /&gt;</w:t>
        <w:br/>
        <w:t>Втішавсь на ложі — на чужім — без дозволу,&lt;br /&gt;</w:t>
        <w:br/>
        <w:t>А друзів рятувати — так нема тебе.&lt;br /&gt;</w:t>
        <w:br/>
        <w:t>То що за бог ти? Кривдник чи неввічливий?</w:t>
      </w:r>
    </w:p>
    <w:p>
      <w:r>
        <w:br/>
        <w:t>СТАСИМ ПЕРШИЙ&lt;br /&gt;</w:t>
        <w:br/>
        <w:t>Строфа І&lt;br /&gt;</w:t>
        <w:br/>
        <w:t>Навіть сонячну пісню Феб&lt;br /&gt;</w:t>
        <w:br/>
        <w:t>Часом тугою схмарить,&lt;br /&gt;</w:t>
        <w:br/>
        <w:t>Лірну струну злотосяйним&lt;br /&gt;</w:t>
        <w:br/>
        <w:t>350] Раз по раз торкаючи плектром.&lt;br /&gt;</w:t>
        <w:br/>
        <w:t>А я — того&lt;br /&gt;</w:t>
        <w:br/>
        <w:t>Вславлю, хто в темне лоно&lt;br /&gt;</w:t>
        <w:br/>
        <w:t>Землі спустивсь —&lt;br /&gt;</w:t>
        <w:br/>
        <w:t>Хай він нащадок Зевса&lt;br /&gt;</w:t>
        <w:br/>
        <w:t>Чи паросток Амфітріона —&lt;br /&gt;</w:t>
        <w:br/>
        <w:t>Вславлю співом цей труд його,&lt;br /&gt;</w:t>
        <w:br/>
        <w:t>Всіх трудів осяйний вінець.&lt;br /&gt;</w:t>
        <w:br/>
        <w:t>Бо ж і мертвих красить хвала.&lt;br /&gt;</w:t>
        <w:br/>
        <w:t>Зевса гай для початку&lt;br /&gt;</w:t>
        <w:br/>
        <w:t>360] Увільнив він од лева — [163]&lt;br /&gt;</w:t>
        <w:br/>
        <w:t>Плащ рудий взяв на плечі,&lt;br /&gt;</w:t>
        <w:br/>
        <w:t>А волосся русяве вкрив&lt;br /&gt;</w:t>
        <w:br/>
        <w:t>Хижим вищиром звіра.&lt;br /&gt;</w:t>
        <w:br/>
        <w:t>Антистрофа І&lt;br /&gt;</w:t>
        <w:br/>
        <w:t>Й тих, котрі серед гір живуть —&lt;br /&gt;</w:t>
        <w:br/>
        <w:t>Дике плем'я кентаврів, —&lt;br /&gt;</w:t>
        <w:br/>
        <w:t>Луком поранив смертельним,&lt;br /&gt;</w:t>
        <w:br/>
        <w:t>Крилатими стрілами вклав їх.&lt;br /&gt;</w:t>
        <w:br/>
        <w:t>Засвідчать це&lt;br /&gt;</w:t>
        <w:br/>
        <w:t>Хвилі прекрасні Пенея&lt;br /&gt;</w:t>
        <w:br/>
        <w:t>370] І безкрай піль&lt;br /&gt;</w:t>
        <w:br/>
        <w:t>Витоптаних, безплідних,&lt;br /&gt;</w:t>
        <w:br/>
        <w:t>А там — пеліонські міжгір'я&lt;br /&gt;</w:t>
        <w:br/>
        <w:t>Й ти, Гомоло, й твої яри,&lt;br /&gt;</w:t>
        <w:br/>
        <w:t>Звідки, з киями-соснами,&lt;br /&gt;</w:t>
        <w:br/>
        <w:t>Мчав той конеподібний люд&lt;br /&gt;</w:t>
        <w:br/>
        <w:t>На поля фессалійські.&lt;br /&gt;</w:t>
        <w:br/>
        <w:t>Ще ж і золоторогу&lt;br /&gt;</w:t>
        <w:br/>
        <w:t>Лань убивши плямисту,&lt;br /&gt;</w:t>
        <w:br/>
        <w:t>Піль нищительку, нею&lt;br /&gt;</w:t>
        <w:br/>
        <w:t>380] Славну ловами він прибрав&lt;br /&gt;</w:t>
        <w:br/>
        <w:t>Діву Еноатіду.&lt;br /&gt;</w:t>
        <w:br/>
        <w:t>Строфа ІІ&lt;br /&gt;</w:t>
        <w:br/>
        <w:t>Він запряг четверню —&lt;br /&gt;</w:t>
        <w:br/>
        <w:t>Коней жахних Діомеда&lt;br /&gt;</w:t>
        <w:br/>
        <w:t>Миттю приборкавши.&lt;br /&gt;</w:t>
        <w:br/>
        <w:t>Рвачко вони&lt;br /&gt;</w:t>
        <w:br/>
        <w:t>Пожирали при яслах убивчих,&lt;br /&gt;</w:t>
        <w:br/>
        <w:t>Розгнуздані, корм свій кривавий —&lt;br /&gt;</w:t>
        <w:br/>
        <w:t>Спонукала з'їдати людей&lt;br /&gt;</w:t>
        <w:br/>
        <w:t>Хіть страшна, нечестива.&lt;br /&gt;</w:t>
        <w:br/>
        <w:t>390] За срібнохвилий&lt;br /&gt;</w:t>
        <w:br/>
        <w:t>Гебр тих коней погнав,&lt;br /&gt;</w:t>
        <w:br/>
        <w:t>Край кладучи своїй службі&lt;br /&gt;</w:t>
        <w:br/>
        <w:t>В Еврістея володаря.&lt;br /&gt;</w:t>
        <w:br/>
        <w:t>Й там, де Анавр свою хвилю&lt;br /&gt;</w:t>
        <w:br/>
        <w:t>Котить, де мис Пеліонський, —&lt;br /&gt;</w:t>
        <w:br/>
        <w:t>Кікна, захожих убивцю,&lt;br /&gt;</w:t>
        <w:br/>
        <w:t>Вклав із лука він, амфанейців&lt;br /&gt;</w:t>
        <w:br/>
        <w:t>Од біди звільнивши.&lt;br /&gt;</w:t>
        <w:br/>
        <w:t>Антистрофа II&lt;br /&gt;</w:t>
        <w:br/>
        <w:t>Він до співучих дійшов&lt;br /&gt;</w:t>
        <w:br/>
        <w:t>400] Дів, що в саду гесперійськім,&lt;br /&gt;</w:t>
        <w:br/>
        <w:t>Щоб золотий зірвать [164]&lt;br /&gt;</w:t>
        <w:br/>
        <w:t>Яблуні плід.&lt;br /&gt;</w:t>
        <w:br/>
        <w:t>Там убив він і сторожа-змія,&lt;br /&gt;</w:t>
        <w:br/>
        <w:t>Що вогненними кільцями вився&lt;br /&gt;</w:t>
        <w:br/>
        <w:t>Вколо стовбура. В море ввійшов,&lt;br /&gt;</w:t>
        <w:br/>
        <w:t>Щоб дарувати людям&lt;br /&gt;</w:t>
        <w:br/>
        <w:t>Плавання вільне.&lt;br /&gt;</w:t>
        <w:br/>
        <w:t>Потім. — неба намет,&lt;br /&gt;</w:t>
        <w:br/>
        <w:t>Силу нелюдську явивши,&lt;br /&gt;</w:t>
        <w:br/>
        <w:t>410] Він підпер, на долоні взяв,&lt;br /&gt;</w:t>
        <w:br/>
        <w:t>Ген аж до крайніх сягнувши&lt;br /&gt;</w:t>
        <w:br/>
        <w:t>Меж, де Атланта оселя,&lt;br /&gt;</w:t>
        <w:br/>
        <w:t>Там він безсмертних палати,&lt;br /&gt;</w:t>
        <w:br/>
        <w:t>Всіяні зорями, здужав утримати —&lt;br /&gt;</w:t>
        <w:br/>
        <w:t>Муж, трудами славний.&lt;br /&gt;</w:t>
        <w:br/>
        <w:t>Строфа III&lt;br /&gt;</w:t>
        <w:br/>
        <w:t>На амазонок-вершниць&lt;br /&gt;</w:t>
        <w:br/>
        <w:t>Через евксінські хвилі&lt;br /&gt;</w:t>
        <w:br/>
        <w:t>В Меотіду, щедру на води, рушав,&lt;br /&gt;</w:t>
        <w:br/>
        <w:t>Друзів з Еллади в похід&lt;br /&gt;</w:t>
        <w:br/>
        <w:t>420] Багатолюдний піднявши.&lt;br /&gt;</w:t>
        <w:br/>
        <w:t>І пояс, тканий золотом,&lt;br /&gt;</w:t>
        <w:br/>
        <w:t>Буйний вигравши двобій,&lt;br /&gt;</w:t>
        <w:br/>
        <w:t>У доньки Ареса він одняв.&lt;br /&gt;</w:t>
        <w:br/>
        <w:t>Цю здобич славну&lt;br /&gt;</w:t>
        <w:br/>
        <w:t>Варварки-діви Еллада взяла,&lt;br /&gt;</w:t>
        <w:br/>
        <w:t>А бережуть — Мікени.&lt;br /&gt;</w:t>
        <w:br/>
        <w:t>Й Гідру, вбивницю люту,&lt;br /&gt;</w:t>
        <w:br/>
        <w:t>Стоголову лернейську,&lt;br /&gt;</w:t>
        <w:br/>
        <w:t>Він спалив; її жовчю&lt;br /&gt;</w:t>
        <w:br/>
        <w:t>430] Стріл своїх вістря змазав&lt;br /&gt;</w:t>
        <w:br/>
        <w:t>І тритілого ними вклав&lt;br /&gt;</w:t>
        <w:br/>
        <w:t>Пастуха Геріона.&lt;br /&gt;</w:t>
        <w:br/>
        <w:t>Антистрофа III&lt;br /&gt;</w:t>
        <w:br/>
        <w:t>Й інших звершив чимало&lt;br /&gt;</w:t>
        <w:br/>
        <w:t>Подвигів, гідних лавра.&lt;br /&gt;</w:t>
        <w:br/>
        <w:t>В млу Аїда, врешті, печальну рушив —&lt;br /&gt;</w:t>
        <w:br/>
        <w:t>І не вернувсь, бо життя&lt;br /&gt;</w:t>
        <w:br/>
        <w:t>Там закінчив, нещасливий,&lt;br /&gt;</w:t>
        <w:br/>
        <w:t>А тут — поник без друзів дім,&lt;br /&gt;</w:t>
        <w:br/>
        <w:t>Дітей вже Харонів човен жде,&lt;br /&gt;</w:t>
        <w:br/>
        <w:t>440] В дорогу сумну — без повернення.&lt;br /&gt;</w:t>
        <w:br/>
        <w:t>І все ж — на тебе&lt;br /&gt;</w:t>
        <w:br/>
        <w:t>Дім уповає, відсутнього.&lt;br /&gt;</w:t>
        <w:br/>
        <w:t>Силу б чув я в правиці,&lt;br /&gt;</w:t>
        <w:br/>
        <w:t>Щоб побіч друзів-кадмейців&lt;br /&gt;</w:t>
        <w:br/>
        <w:t>Списом міг потрясати, — [165]&lt;br /&gt;</w:t>
        <w:br/>
        <w:t>Тут же б став я на захист&lt;br /&gt;</w:t>
        <w:br/>
        <w:t>Діток оцих невинних…&lt;br /&gt;</w:t>
        <w:br/>
        <w:t>Жаль, що юність давно мене,&lt;br /&gt;</w:t>
        <w:br/>
        <w:t>Швидкоплинна, лишила!</w:t>
      </w:r>
    </w:p>
    <w:p>
      <w:r>
        <w:br/>
        <w:t>ЕПІСОДІЙ ДРУГИЙ&lt;br /&gt;</w:t>
        <w:br/>
        <w:t>З палацу виходить Мегара; за нею — діти й Амфітріон.&lt;br /&gt;</w:t>
        <w:br/>
        <w:t>ПРОВІДНИК ХОРУ&lt;br /&gt;</w:t>
        <w:br/>
        <w:t>450] Бачу, вже йдуть вони, вбрані на смерть,&lt;br /&gt;</w:t>
        <w:br/>
        <w:t>Геракла, колись нездоланного, діти.&lt;br /&gt;</w:t>
        <w:br/>
        <w:t>А ось і жона його мила —&lt;br /&gt;</w:t>
        <w:br/>
        <w:t>Насилу веде їх, голублячи…&lt;br /&gt;</w:t>
        <w:br/>
        <w:t>Із ними — Геракла отець сивочолий.&lt;br /&gt;</w:t>
        <w:br/>
        <w:t>О горе! Не можу я сліз гірких,&lt;br /&gt;</w:t>
        <w:br/>
        <w:t>Що ллються струмками з старечих очей,&lt;br /&gt;</w:t>
        <w:br/>
        <w:t>Ні стримати, ні вгамувати!&lt;br /&gt;</w:t>
        <w:br/>
        <w:t>МЕГАРА&lt;br /&gt;</w:t>
        <w:br/>
        <w:t>То де тут жрець, де вбивця, що на діток цих&lt;br /&gt;</w:t>
        <w:br/>
        <w:t>Підніме ніж, на душу мою страдницьку?&lt;br /&gt;</w:t>
        <w:br/>
        <w:t>460] Ось жертви — вже готові, щоб в Аїд зійти.&lt;br /&gt;</w:t>
        <w:br/>
        <w:t>Сумний з нас, діти, запряг, із покійників:&lt;br /&gt;</w:t>
        <w:br/>
        <w:t>Дитину, матір, старця — всіх нараз женуть.&lt;br /&gt;</w:t>
        <w:br/>
        <w:t>Нещасна доле — і моя, і діток цих!..&lt;br /&gt;</w:t>
        <w:br/>
        <w:t>Востаннє ж бо їх бачу — серце крається!&lt;br /&gt;</w:t>
        <w:br/>
        <w:t>Для кого вас зродила? Ворогам на глум,&lt;br /&gt;</w:t>
        <w:br/>
        <w:t>На муки, на загибель привела на світ…&lt;br /&gt;</w:t>
        <w:br/>
        <w:t>Надія збила з глузду, підвела мене,&lt;br /&gt;</w:t>
        <w:br/>
        <w:t>А так я довіряла батьку вашому!&lt;br /&gt;</w:t>
        <w:br/>
        <w:t>(Звертаючись до кожного із синів).&lt;br /&gt;</w:t>
        <w:br/>
        <w:t>Тобі він, за життя ще, Аргос виділив —&lt;br /&gt;</w:t>
        <w:br/>
        <w:t>470] Оселю Еврістея ти посісти мав,&lt;br /&gt;</w:t>
        <w:br/>
        <w:t>Господар нив родючих, що в Пеласгії.&lt;br /&gt;</w:t>
        <w:br/>
        <w:t>Вже й пащу лева накладав він подумки,&lt;br /&gt;</w:t>
        <w:br/>
        <w:t>Що нею сам вкривався, на твоє чоло.&lt;br /&gt;</w:t>
        <w:br/>
        <w:t>А ти б мав Фіви, славні колісницями,&lt;br /&gt;</w:t>
        <w:br/>
        <w:t>Успадкувавши все роздолля піль моїх,&lt;br /&gt;</w:t>
        <w:br/>
        <w:t>Про це ще з моїм батьком він домовився;&lt;br /&gt;</w:t>
        <w:br/>
        <w:t>Твоїй правиці довіряв він палицю,&lt;br /&gt;</w:t>
        <w:br/>
        <w:t>Захисницю — Дедала дар обманливий.&lt;br /&gt;</w:t>
        <w:br/>
        <w:t>Тобі ж, нарешті, мав оддать Ехалію,&lt;br /&gt;</w:t>
        <w:br/>
        <w:t>480] Що сам колись її спустошив стрілами.&lt;br /&gt;</w:t>
        <w:br/>
        <w:t>Вас трьох — трьома він прагнув володіннями&lt;br /&gt;</w:t>
        <w:br/>
        <w:t>Прикрасити, могутнім духом сповнений.&lt;br /&gt;</w:t>
        <w:br/>
        <w:t>А я вже й наречених підбирала вам —&lt;br /&gt;</w:t>
        <w:br/>
        <w:t>Рідню достойну — в нас, та й поза Фівами —&lt;br /&gt;</w:t>
        <w:br/>
        <w:t>В Афінах, Спарті, щоб, немовби якоря — [166]&lt;br /&gt;</w:t>
        <w:br/>
        <w:t>Судно, так щастя ваше — вас трималося.&lt;br /&gt;</w:t>
        <w:br/>
        <w:t>Пішло все прахом! Доля перемінлива&lt;br /&gt;</w:t>
        <w:br/>
        <w:t>Печальним шлюбом вас єднає з керами.&lt;br /&gt;</w:t>
        <w:br/>
        <w:t>В цей день хіба що слізьми прислужуся вам,&lt;br /&gt;</w:t>
        <w:br/>
        <w:t>490] А дід ваш, що з Аїдом поріднився вже, —&lt;br /&gt;</w:t>
        <w:br/>
        <w:t>Сумне свояцтво! — привіта гостиною.&lt;br /&gt;</w:t>
        <w:br/>
        <w:t>Гай-гай! Кого з вас першим приголубити,&lt;br /&gt;</w:t>
        <w:br/>
        <w:t>Кого — вже наостанку? Цілувать кого?&lt;br /&gt;</w:t>
        <w:br/>
        <w:t>Кого тулить до серця? Хист бджоли б мені —&lt;br /&gt;</w:t>
        <w:br/>
        <w:t>Зібрала б ті сльозини, що за всіх вас ллю,&lt;br /&gt;</w:t>
        <w:br/>
        <w:t>І не струмком — рікою попливли б вони.&lt;br /&gt;</w:t>
        <w:br/>
        <w:t>Почуй, коли в Аїді може чути хтось,&lt;br /&gt;</w:t>
        <w:br/>
        <w:t>Геракле найлюбіший, крик душі почуй:&lt;br /&gt;</w:t>
        <w:br/>
        <w:t>Твій батько гине, й діти, і жона твоя,&lt;br /&gt;</w:t>
        <w:br/>
        <w:t>500] Що так їй через тебе заздрив світ увесь!&lt;br /&gt;</w:t>
        <w:br/>
        <w:t>Прийди і захисти нас, на порозі стань&lt;br /&gt;</w:t>
        <w:br/>
        <w:t>Хоч тінню, цього досить: на дітей твоїх&lt;br /&gt;</w:t>
        <w:br/>
        <w:t>Підняти б ніж не сміли, боягузливі.&lt;br /&gt;</w:t>
        <w:br/>
        <w:t>АМФІТРІОН&lt;br /&gt;</w:t>
        <w:br/>
        <w:t>Про все щодо Аїду, дочко, ти подбай,&lt;br /&gt;</w:t>
        <w:br/>
        <w:t>А я ось, руки знявши, Зевсе, батьку наш,&lt;br /&gt;</w:t>
        <w:br/>
        <w:t>Молю: якщо ці дітки не чужі тобі, —&lt;br /&gt;</w:t>
        <w:br/>
        <w:t>То порятуй їх нині, поки можна ще.&lt;br /&gt;</w:t>
        <w:br/>
        <w:t>Не раз тебе я кликав, та дарма старавсь:&lt;br /&gt;</w:t>
        <w:br/>
        <w:t>Нема тут ради: вмерти, видно, мусимо.&lt;br /&gt;</w:t>
        <w:br/>
        <w:t>510] Яке ж коротке, старці, те життя людське!..&lt;br /&gt;</w:t>
        <w:br/>
        <w:t>То хоч зумійте вдосталь ним натішитись,&lt;br /&gt;</w:t>
        <w:br/>
        <w:t>Журби од ранку й до смерку не знаючи.&lt;br /&gt;</w:t>
        <w:br/>
        <w:t>Надій не снуйте — час їх не щадитиме:&lt;br /&gt;</w:t>
        <w:br/>
        <w:t>Своє зробивши, хутко відлітає він.&lt;br /&gt;</w:t>
        <w:br/>
        <w:t>На мене гляньте: була слава, почесті —&lt;br /&gt;</w:t>
        <w:br/>
        <w:t>Мов пух на вітрі, все за день розвіялось.&lt;br /&gt;</w:t>
        <w:br/>
        <w:t>Нема такого, що йому б не зрадили&lt;br /&gt;</w:t>
        <w:br/>
        <w:t>Багатство, слава. Прощавайте! Бачите&lt;br /&gt;</w:t>
        <w:br/>
        <w:t>Востаннє друга, вашого однолітка!..&lt;br /&gt;</w:t>
        <w:br/>
        <w:t>МЕГАРА&lt;br /&gt;</w:t>
        <w:br/>
        <w:t>(вдивляючись удалину)&lt;br /&gt;</w:t>
        <w:br/>
        <w:t>520] Стривай! Чи це не муж мій?.. Що кажу, однак…&lt;br /&gt;</w:t>
        <w:br/>
        <w:t>АМФІТРІОН&lt;br /&gt;</w:t>
        <w:br/>
        <w:t>Не знаю, дочко… Занімів і я нараз.&lt;br /&gt;</w:t>
        <w:br/>
        <w:t>МЕГАРА&lt;br /&gt;</w:t>
        <w:br/>
        <w:t>Це муж мій, хоч ми чули, що в Аїді він,&lt;br /&gt;</w:t>
        <w:br/>
        <w:t>Це він, хіба що сон опівдні бачимо…&lt;br /&gt;</w:t>
        <w:br/>
        <w:t>Та що кажу, шалена?.. Я ж не сплю таки!&lt;br /&gt;</w:t>
        <w:br/>
        <w:t>Повір, це не хто інший — син твій, батечку!&lt;br /&gt;</w:t>
        <w:br/>
        <w:t>Біжіть-но, любі дітки, і хапайтеся [167]&lt;br /&gt;</w:t>
        <w:br/>
        <w:t>За батьків одяг — доля вам рятунок шле,&lt;br /&gt;</w:t>
        <w:br/>
        <w:t>Й не гірший він од Зевса рятівничого.&lt;br /&gt;</w:t>
        <w:br/>
        <w:t>Входить Геракл.&lt;br /&gt;</w:t>
        <w:br/>
        <w:t>ГЕРАКЛ&lt;br /&gt;</w:t>
        <w:br/>
        <w:t>Вітай, моя оселе, рідне вогнище!&lt;br /&gt;</w:t>
        <w:br/>
        <w:t>530] Я рад вас озирати після темряви.&lt;br /&gt;</w:t>
        <w:br/>
        <w:t>Агій!.. Що бачу?.. Хто це діточкам моїм,&lt;br /&gt;</w:t>
        <w:br/>
        <w:t>Що перед домом, мов на смерть, голівки вкрив?..&lt;br /&gt;</w:t>
        <w:br/>
        <w:t>А он дружина; довкруги — мужі якісь…&lt;br /&gt;</w:t>
        <w:br/>
        <w:t>І батько плаче… Що за лихо скоїлось?&lt;br /&gt;</w:t>
        <w:br/>
        <w:t>Тож підійду ще ближче та й довідаюсь,&lt;br /&gt;</w:t>
        <w:br/>
        <w:t>Що статися могло тут незвичайного.&lt;br /&gt;</w:t>
        <w:br/>
        <w:t>МЕГАРА&lt;br /&gt;</w:t>
        <w:br/>
        <w:t>О наймиліший!..&lt;br /&gt;</w:t>
        <w:br/>
        <w:t>АМФІТРІОН&lt;br /&gt;</w:t>
        <w:br/>
        <w:t>Ти прийшов, о світе наш!..&lt;br /&gt;</w:t>
        <w:br/>
        <w:t>Живий-здоровий, на порозі впору став!&lt;br /&gt;</w:t>
        <w:br/>
        <w:t>ГЕРАКЛ&lt;br /&gt;</w:t>
        <w:br/>
        <w:t>То що це значить? Ми в біду потрапили?&lt;br /&gt;</w:t>
        <w:br/>
        <w:t>МЕГАРА&lt;br /&gt;</w:t>
        <w:br/>
        <w:t>540] Та ще й велику!.. Батьку, вибачай мені,&lt;br /&gt;</w:t>
        <w:br/>
        <w:t>Що я перехопила твою відповідь.&lt;br /&gt;</w:t>
        <w:br/>
        <w:t>Та це й не диво: жінка — жалісливіша:&lt;br /&gt;</w:t>
        <w:br/>
        <w:t>Загинуть мали діти, ждала я на смерть…&lt;br /&gt;</w:t>
        <w:br/>
        <w:t>ГЕРАКЛ&lt;br /&gt;</w:t>
        <w:br/>
        <w:t>О Аполлоне! Чим мене стрічають тут!..&lt;br /&gt;</w:t>
        <w:br/>
        <w:t>МЕГАРА&lt;br /&gt;</w:t>
        <w:br/>
        <w:t>Брати і батько мій старий загинули.&lt;br /&gt;</w:t>
        <w:br/>
        <w:t>ГЕРАКЛ&lt;br /&gt;</w:t>
        <w:br/>
        <w:t>Що кажеш? Як це? Хто тут спис підняти міг?&lt;br /&gt;</w:t>
        <w:br/>
        <w:t>МЕГАРА&lt;br /&gt;</w:t>
        <w:br/>
        <w:t>Новий володар цього краю — Лік — убив.&lt;br /&gt;</w:t>
        <w:br/>
        <w:t>ГЕРАКЛ&lt;br /&gt;</w:t>
        <w:br/>
        <w:t>Війну почавши, а чи в чварах, підступом?&lt;br /&gt;</w:t>
        <w:br/>
        <w:t>МЕГАРА&lt;br /&gt;</w:t>
        <w:br/>
        <w:t>У чварах. Трон посівши семибрамних Фів.&lt;br /&gt;</w:t>
        <w:br/>
        <w:t>ГЕРАКЛ&lt;br /&gt;</w:t>
        <w:br/>
        <w:t>550] А що ж тебе та батька нажахало так? [168]&lt;br /&gt;</w:t>
        <w:br/>
        <w:t>МЕГАРА&lt;br /&gt;</w:t>
        <w:br/>
        <w:t>Убить мав батька, і мене, й дітей моїх.&lt;br /&gt;</w:t>
        <w:br/>
        <w:t>ГЕРАКЛ&lt;br /&gt;</w:t>
        <w:br/>
        <w:t>Дітей?.. Загрозу бачить він і в сиротах?&lt;br /&gt;</w:t>
        <w:br/>
        <w:t>МЕГАРА&lt;br /&gt;</w:t>
        <w:br/>
        <w:t>Підрісши, за Креонта б одімстить могли.&lt;br /&gt;</w:t>
        <w:br/>
        <w:t>ГЕРАКЛ&lt;br /&gt;</w:t>
        <w:br/>
        <w:t>А що ж так ви прибрались, мов покійники?&lt;br /&gt;</w:t>
        <w:br/>
        <w:t>МЕГАРА&lt;br /&gt;</w:t>
        <w:br/>
        <w:t>А як для смерті зодягтись по-іншому?&lt;br /&gt;</w:t>
        <w:br/>
        <w:t>ГЕРАКЛ&lt;br /&gt;</w:t>
        <w:br/>
        <w:t>Насильницька — о горе! — смерть чекала вас?&lt;br /&gt;</w:t>
        <w:br/>
        <w:t>МЕГАРА&lt;br /&gt;</w:t>
        <w:br/>
        <w:t>Тебе вважали мертвим… Друга — жодного.&lt;br /&gt;</w:t>
        <w:br/>
        <w:t>ГЕРАКЛ&lt;br /&gt;</w:t>
        <w:br/>
        <w:t>Від кого ж то почули ви про смерть мою?&lt;br /&gt;</w:t>
        <w:br/>
        <w:t>МЕГАРА&lt;br /&gt;</w:t>
        <w:br/>
        <w:t>Були тут люди — Еврістея вісники…&lt;br /&gt;</w:t>
        <w:br/>
        <w:t>ГЕРАКЛ&lt;br /&gt;</w:t>
        <w:br/>
        <w:t>560] Чому ж ви залишили дім мій, вогнище?&lt;br /&gt;</w:t>
        <w:br/>
        <w:t>МЕГАРА&lt;br /&gt;</w:t>
        <w:br/>
        <w:t>Зігнали навіть батька — з ліжка, хворого.&lt;br /&gt;</w:t>
        <w:br/>
        <w:t>ГЕРАКЛ&lt;br /&gt;</w:t>
        <w:br/>
        <w:t>І сорому не чув він — старця кривдити?&lt;br /&gt;</w:t>
        <w:br/>
        <w:t>МЕГАРА&lt;br /&gt;</w:t>
        <w:br/>
        <w:t>Насильство — й сором? Що ж то їх споріднює?&lt;br /&gt;</w:t>
        <w:br/>
        <w:t>ГЕРАКЛ&lt;br /&gt;</w:t>
        <w:br/>
        <w:t>А друзі… Мої друзі?.. Таж були вони…&lt;br /&gt;</w:t>
        <w:br/>
        <w:t>МЕГАРА&lt;br /&gt;</w:t>
        <w:br/>
        <w:t>Шукаєш друга в домі, де біда гостить?..&lt;br /&gt;</w:t>
        <w:br/>
        <w:t>ГЕРАКЛ&lt;br /&gt;</w:t>
        <w:br/>
        <w:t>Ну, а моя звитяга над мінійцями?&lt;br /&gt;</w:t>
        <w:br/>
        <w:t>МЕГАРА&lt;br /&gt;</w:t>
        <w:br/>
        <w:t>Біда, кажу я, небагата друзями. [169]&lt;br /&gt;</w:t>
        <w:br/>
        <w:t>ГЕРАКЛ&lt;br /&gt;</w:t>
        <w:br/>
        <w:t>Та годі! геть з волосся ті стрічки сумні!&lt;br /&gt;</w:t>
        <w:br/>
        <w:t>Не в млу підземну — до небес осяйливих&lt;br /&gt;</w:t>
        <w:br/>
        <w:t>570] Зверніть свій погляд, сонця лик вітаючи.&lt;br /&gt;</w:t>
        <w:br/>
        <w:t>А я — вже цій правиці час довіритись —&lt;br /&gt;</w:t>
        <w:br/>
        <w:t>Піду і для початку розметаю дім&lt;br /&gt;</w:t>
        <w:br/>
        <w:t>Володаря нового. Голова з плечей&lt;br /&gt;</w:t>
        <w:br/>
        <w:t>Злетить у нечестивця, псам жбурну її.&lt;br /&gt;</w:t>
        <w:br/>
        <w:t>Фіванцям за невдячність теж науку дам&lt;br /&gt;</w:t>
        <w:br/>
        <w:t>Цим києм переможним; інших — стрілами&lt;br /&gt;</w:t>
        <w:br/>
        <w:t>Летючими розсію, повкладаю всіх.&lt;br /&gt;</w:t>
        <w:br/>
        <w:t>Ісмен весь переповню, вкрию трупами,&lt;br /&gt;</w:t>
        <w:br/>
        <w:t>Діркеї води чисті кров'ю візьмуться.&lt;br /&gt;</w:t>
        <w:br/>
        <w:t>580] Кому ж, як не дружині, дітям, батькові&lt;br /&gt;</w:t>
        <w:br/>
        <w:t>Сприяти маю?.. Прощавайте, подвиги! —&lt;br /&gt;</w:t>
        <w:br/>
        <w:t>Марницями займався, нині — діло жде.&lt;br /&gt;</w:t>
        <w:br/>
        <w:t>За тих, хто ради батька мав загинути,&lt;br /&gt;</w:t>
        <w:br/>
        <w:t>Вагався б я померти? Чи хвалився б тим,&lt;br /&gt;</w:t>
        <w:br/>
        <w:t>Що з волі Еврістея вбити й гідру я,&lt;br /&gt;</w:t>
        <w:br/>
        <w:t>І лева зміг, а смерті від дітей своїх&lt;br /&gt;</w:t>
        <w:br/>
        <w:t>Не зваживсь одвернути? Ні, не смів би вже&lt;br /&gt;</w:t>
        <w:br/>
        <w:t>Гераклом переможним називатися.&lt;br /&gt;</w:t>
        <w:br/>
        <w:t>ПРОВІДНИК ХОРУ&lt;br /&gt;</w:t>
        <w:br/>
        <w:t>По-праву ж дітям — батько, діти — батькові&lt;br /&gt;</w:t>
        <w:br/>
        <w:t>590] На старість помагають, муж — обраниці.&lt;br /&gt;</w:t>
        <w:br/>
        <w:t>АМФІТРІОН&lt;br /&gt;</w:t>
        <w:br/>
        <w:t>І в тебе, сину, право друзям — другом буть,&lt;br /&gt;</w:t>
        <w:br/>
        <w:t>А недругів — карати, не спіши лишень.&lt;br /&gt;</w:t>
        <w:br/>
        <w:t>ГЕРАКЛ&lt;br /&gt;</w:t>
        <w:br/>
        <w:t>Та про який тут поспіх може мова йти?&lt;br /&gt;</w:t>
        <w:br/>
        <w:t>АМФІТРІОН&lt;br /&gt;</w:t>
        <w:br/>
        <w:t>Чимало вбогих, що багатства маревом&lt;br /&gt;</w:t>
        <w:br/>
        <w:t>Засліплені, володар на свій бік схилив.&lt;br /&gt;</w:t>
        <w:br/>
        <w:t>Вони, піднявши чвари, край спустошили,&lt;br /&gt;</w:t>
        <w:br/>
        <w:t>Сусідів зграбувавши; що згромадили, —&lt;br /&gt;</w:t>
        <w:br/>
        <w:t>Те й змарнували у дозвіллі, в лінощах.&lt;br /&gt;</w:t>
        <w:br/>
        <w:t>Тебе хтось, певно, бачив, насторожі будь,&lt;br /&gt;</w:t>
        <w:br/>
        <w:t>600] Щоб ворог, згуртувавшись, не здолав тебе.&lt;br /&gt;</w:t>
        <w:br/>
        <w:t>ГЕРАКЛ&lt;br /&gt;</w:t>
        <w:br/>
        <w:t>Не страшно! Хоч би й ціле місто бачило.&lt;br /&gt;</w:t>
        <w:br/>
        <w:t>А втім, уздрівши птаха лиховісного,&lt;br /&gt;</w:t>
        <w:br/>
        <w:t>Я знав: якесь нещастя потрясло мій дім.&lt;br /&gt;</w:t>
        <w:br/>
        <w:t>Тож непомітно, батьку, я прийшов сюди. [170]&lt;br /&gt;</w:t>
        <w:br/>
        <w:t>АМФІТРІОН&lt;br /&gt;</w:t>
        <w:br/>
        <w:t>Гаразд. А зараз поклонися вогнищу&lt;br /&gt;</w:t>
        <w:br/>
        <w:t>Й оселі рідній покажися, батьківській.&lt;br /&gt;</w:t>
        <w:br/>
        <w:t>Владар ось-ось тут буде, і дітей твоїх,&lt;br /&gt;</w:t>
        <w:br/>
        <w:t>Жону й мене тягтиме, щоб під ніж оддать.&lt;br /&gt;</w:t>
        <w:br/>
        <w:t>Лишившись тут, — успішно все полагодиш,&lt;br /&gt;</w:t>
        <w:br/>
        <w:t>610] Без небезпеки. Місто не раніш турбуй,&lt;br /&gt;</w:t>
        <w:br/>
        <w:t>Аж тут, мій сину, візьмеш верх над ворогом.&lt;br /&gt;</w:t>
        <w:br/>
        <w:t>ГЕРАКЛ&lt;br /&gt;</w:t>
        <w:br/>
        <w:t>Хай так і буде. Добра думка. В дім іду.&lt;br /&gt;</w:t>
        <w:br/>
        <w:t>Прибувши врешті з володінь безсонячних&lt;br /&gt;</w:t>
        <w:br/>
        <w:t>Аїда й Кори, все ж не гордуватиму&lt;br /&gt;</w:t>
        <w:br/>
        <w:t>Домашніми богами — спершу їм вклонюсь.&lt;br /&gt;</w:t>
        <w:br/>
        <w:t>АМФІТРІОН&lt;br /&gt;</w:t>
        <w:br/>
        <w:t>Ти справді під землею, любий сину, був?&lt;br /&gt;</w:t>
        <w:br/>
        <w:t>ГЕРАКЛ&lt;br /&gt;</w:t>
        <w:br/>
        <w:t>Ще й звіра звідти вивів триголового.&lt;br /&gt;</w:t>
        <w:br/>
        <w:t>АМФІТРІОН&lt;br /&gt;</w:t>
        <w:br/>
        <w:t>Його здолав ти, а чи з рук богині взяв?&lt;br /&gt;</w:t>
        <w:br/>
        <w:t>ГЕРАКЛ&lt;br /&gt;</w:t>
        <w:br/>
        <w:t>Здолав: на щастя, спершу бачив таїнства.&lt;br /&gt;</w:t>
        <w:br/>
        <w:t>АМФІТРІОН&lt;br /&gt;</w:t>
        <w:br/>
        <w:t>620] Той звір тепер в оселі Еврістеєвій?&lt;br /&gt;</w:t>
        <w:br/>
        <w:t>ГЕРАКЛ&lt;br /&gt;</w:t>
        <w:br/>
        <w:t>У гаї Кори, в місті Герміоні він.&lt;br /&gt;</w:t>
        <w:br/>
        <w:t>АМФІТРІОН&lt;br /&gt;</w:t>
        <w:br/>
        <w:t>А Еврістей хоч знає, що вернувся ти?&lt;br /&gt;</w:t>
        <w:br/>
        <w:t>ГЕРАКЛ&lt;br /&gt;</w:t>
        <w:br/>
        <w:t>Ще ні: спішив до вас я — стан речей пізнать&lt;br /&gt;</w:t>
        <w:br/>
        <w:t>АМФІТРІОН&lt;br /&gt;</w:t>
        <w:br/>
        <w:t>Чому ж так довго, сину, ти в Аїді був?&lt;br /&gt;</w:t>
        <w:br/>
        <w:t>ГЕРАКЛ&lt;br /&gt;</w:t>
        <w:br/>
        <w:t>Тесея ще виводив, тож затримався.&lt;br /&gt;</w:t>
        <w:br/>
        <w:t>АМФІТРІОН&lt;br /&gt;</w:t>
        <w:br/>
        <w:t>А де він? Чи подавсь на землю батьківську? [171]&lt;br /&gt;</w:t>
        <w:br/>
        <w:t>ГЕРАКЛ&lt;br /&gt;</w:t>
        <w:br/>
        <w:t>В Афіни рушив, радий, що з Аїду втік.&lt;br /&gt;</w:t>
        <w:br/>
        <w:t>Але жвавіше! Отчий дім вас, діти, жде!&lt;br /&gt;</w:t>
        <w:br/>
        <w:t>Приємнішим, напевно, буде вхід для вас,&lt;br /&gt;</w:t>
        <w:br/>
        <w:t>630] Ніж вихід був. Сміліше! І не треба вже&lt;br /&gt;</w:t>
        <w:br/>
        <w:t>Намарне сліз вам проливать потоками.&lt;br /&gt;</w:t>
        <w:br/>
        <w:t>Й тобі, дружино, духом піднестись пора&lt;br /&gt;</w:t>
        <w:br/>
        <w:t>І не тремтіти. Відпустіть же одяг мій!&lt;br /&gt;</w:t>
        <w:br/>
        <w:t>Не птах я, щоб од милих ген одлинути.&lt;br /&gt;</w:t>
        <w:br/>
        <w:t>Не відпускають… Ще цупкіш схопилися&lt;br /&gt;</w:t>
        <w:br/>
        <w:t>За поли. Зблідли, наче лезом бритви йдуть.&lt;br /&gt;</w:t>
        <w:br/>
        <w:t>Обнявши, поведу вас. Так човни малі&lt;br /&gt;</w:t>
        <w:br/>
        <w:t>Судно велике тягне. Хто ж одмовиться&lt;br /&gt;</w:t>
        <w:br/>
        <w:t>Про діток дбати? Тут усі ми сходимось:&lt;br /&gt;</w:t>
        <w:br/>
        <w:t>640] Дітей своїх і знатні, й люд без імені&lt;br /&gt;</w:t>
        <w:br/>
        <w:t>Однако люблять. Нас лише майно різнить:&lt;br /&gt;</w:t>
        <w:br/>
        <w:t>Дітей — владар чи злидень — рівно любимо.&lt;br /&gt;</w:t>
        <w:br/>
        <w:t>Входить у дім разом з дітьми, Мегарою та Амфітріоном.</w:t>
      </w:r>
    </w:p>
    <w:p>
      <w:r>
        <w:br/>
        <w:t>СТАСИМ ДРУГИЙ&lt;br /&gt;</w:t>
        <w:br/>
        <w:t>ХОР&lt;br /&gt;</w:t>
        <w:br/>
        <w:t>Строфа І&lt;br /&gt;</w:t>
        <w:br/>
        <w:t>Юні літа — мила пора,&lt;br /&gt;</w:t>
        <w:br/>
        <w:t>Старість — вага гнітюча:&lt;br /&gt;</w:t>
        <w:br/>
        <w:t>Мов Етна сама, так і вона&lt;br /&gt;</w:t>
        <w:br/>
        <w:t>Над головою висне,&lt;br /&gt;</w:t>
        <w:br/>
        <w:t>Млою встеляє вічі,&lt;br /&gt;</w:t>
        <w:br/>
        <w:t>Зір мені гасить.&lt;br /&gt;</w:t>
        <w:br/>
        <w:t>Все б оддав я — і персів трон,&lt;br /&gt;</w:t>
        <w:br/>
        <w:t>650] І золотоверхі вежі,&lt;br /&gt;</w:t>
        <w:br/>
        <w:t>Тільки б одну юність лишив:&lt;br /&gt;</w:t>
        <w:br/>
        <w:t>Прекрасна вона і в багатстві,&lt;br /&gt;</w:t>
        <w:br/>
        <w:t>І в скруті така ж осяйна.&lt;br /&gt;</w:t>
        <w:br/>
        <w:t>Старість убивчу, важку клену —&lt;br /&gt;</w:t>
        <w:br/>
        <w:t>Хай на море, під сиву йде&lt;br /&gt;</w:t>
        <w:br/>
        <w:t>Хвилю! Хай до людських осель&lt;br /&gt;</w:t>
        <w:br/>
        <w:t>Вік не входить вона, до міст, —&lt;br /&gt;</w:t>
        <w:br/>
        <w:t>Ген у повітрі безплідному&lt;br /&gt;</w:t>
        <w:br/>
        <w:t>Хай, понура, ширяє.&lt;br /&gt;</w:t>
        <w:br/>
        <w:t>Антистрофа I&lt;br /&gt;</w:t>
        <w:br/>
        <w:t>660] Був би таким глузд у богів,&lt;br /&gt;</w:t>
        <w:br/>
        <w:t>Як у людей кмітливих, —&lt;br /&gt;</w:t>
        <w:br/>
        <w:t>Подвійну б тоді молодість мав&lt;br /&gt;</w:t>
        <w:br/>
        <w:t>Той, хто живе по правді. [172]&lt;br /&gt;</w:t>
        <w:br/>
        <w:t>Цим і різнився б чесний:&lt;br /&gt;</w:t>
        <w:br/>
        <w:t>Вмерши, — він ще раз&lt;br /&gt;</w:t>
        <w:br/>
        <w:t>День уздрів би й життєвий шлях&lt;br /&gt;</w:t>
        <w:br/>
        <w:t>Під сонцем верстав би вдруге.&lt;br /&gt;</w:t>
        <w:br/>
        <w:t>Хто ж не добром — кривдою жив,&lt;br /&gt;</w:t>
        <w:br/>
        <w:t>Свій вік тільки б раз вікував він.&lt;br /&gt;</w:t>
        <w:br/>
        <w:t>670] Тоді б уже видно було,&lt;br /&gt;</w:t>
        <w:br/>
        <w:t>Хто справедливий, а хто — лихий.&lt;br /&gt;</w:t>
        <w:br/>
        <w:t>Вміє ж той, хто судно веде,&lt;br /&gt;</w:t>
        <w:br/>
        <w:t>Розрізняти зірки рясні.&lt;br /&gt;</w:t>
        <w:br/>
        <w:t>Тільки люд не позначений.&lt;br /&gt;</w:t>
        <w:br/>
        <w:t>Час же хутко по колу йде,&lt;br /&gt;</w:t>
        <w:br/>
        <w:t>Й верх бере лиш багатство.&lt;br /&gt;</w:t>
        <w:br/>
        <w:t>Строфа II&lt;br /&gt;</w:t>
        <w:br/>
        <w:t>Солодкий хор муз і харит,&lt;br /&gt;</w:t>
        <w:br/>
        <w:t>Поки сонце ще бачу,&lt;br /&gt;</w:t>
        <w:br/>
        <w:t>Поти й плекатиму я.&lt;br /&gt;</w:t>
        <w:br/>
        <w:t>680] Хай і не жив би, глухий до них,&lt;br /&gt;</w:t>
        <w:br/>
        <w:t>Без вінків яснобарвних.&lt;br /&gt;</w:t>
        <w:br/>
        <w:t>Бо й співець сивочолий&lt;br /&gt;</w:t>
        <w:br/>
        <w:t>Мнемосіну радо славить.&lt;br /&gt;</w:t>
        <w:br/>
        <w:t>От і я склав переможну&lt;br /&gt;</w:t>
        <w:br/>
        <w:t>Пісню на честь Геракла,&lt;br /&gt;</w:t>
        <w:br/>
        <w:t>А поруч був Бромій — даритель вина,&lt;br /&gt;</w:t>
        <w:br/>
        <w:t>А поруч — кіфара, сім струн гомінких,&lt;br /&gt;</w:t>
        <w:br/>
        <w:t>Поруч — флейта лівійська.&lt;br /&gt;</w:t>
        <w:br/>
        <w:t>Чи б міг я про муз, що мене&lt;br /&gt;</w:t>
        <w:br/>
        <w:t>690] В коло взяли, мовчати?&lt;br /&gt;</w:t>
        <w:br/>
        <w:t>Антистрофа II&lt;br /&gt;</w:t>
        <w:br/>
        <w:t>Делійські діви співають хвалу —&lt;br /&gt;</w:t>
        <w:br/>
        <w:t>Славлять Феба — щасливу&lt;br /&gt;</w:t>
        <w:br/>
        <w:t>Парость Латони — й пливуть&lt;br /&gt;</w:t>
        <w:br/>
        <w:t>Круг його храму в танку легкім.&lt;br /&gt;</w:t>
        <w:br/>
        <w:t>Так і я подам голос&lt;br /&gt;</w:t>
        <w:br/>
        <w:t>Перед домом Геракла —&lt;br /&gt;</w:t>
        <w:br/>
        <w:t>Кволий старець, лебідь білий.&lt;br /&gt;</w:t>
        <w:br/>
        <w:t>В пісні ж тій — про щастя мова:&lt;br /&gt;</w:t>
        <w:br/>
        <w:t>Дав нам його — син Зевса.&lt;br /&gt;</w:t>
        <w:br/>
        <w:t>700] Яким би високим не був його рід —&lt;br /&gt;</w:t>
        <w:br/>
        <w:t>Ще вище він силою духу злетів:&lt;br /&gt;</w:t>
        <w:br/>
        <w:t>Людям жити спокійно&lt;br /&gt;</w:t>
        <w:br/>
        <w:t>Дозволив — потвор жахних&lt;br /&gt;</w:t>
        <w:br/>
        <w:t>Світ уже не лякався. [173]</w:t>
      </w:r>
    </w:p>
    <w:p>
      <w:r>
        <w:br/>
        <w:t>ЕПІСОДІЙ ТРЕТІЙ&lt;br /&gt;</w:t>
        <w:br/>
        <w:t>У супроводі сторожі появляється Лік.&lt;br /&gt;</w:t>
        <w:br/>
        <w:t>З палацу виходить Амфітріон.&lt;br /&gt;</w:t>
        <w:br/>
        <w:t>ЛІК&lt;br /&gt;</w:t>
        <w:br/>
        <w:t>Якраз упору на поріг виходиш ти,&lt;br /&gt;</w:t>
        <w:br/>
        <w:t>Амфітріоне: я заждався — годі вам&lt;br /&gt;</w:t>
        <w:br/>
        <w:t>Так довго перед смертю наряджатися.&lt;br /&gt;</w:t>
        <w:br/>
        <w:t>Виводь же з дому і жону Гераклову,&lt;br /&gt;</w:t>
        <w:br/>
        <w:t>Й дітей негайно! Чи ж не обіцяли ви&lt;br /&gt;</w:t>
        <w:br/>
        <w:t>710] Померти добровільно, не впираючись?&lt;br /&gt;</w:t>
        <w:br/>
        <w:t>АМФІТРІОН&lt;br /&gt;</w:t>
        <w:br/>
        <w:t>Глумишся наді мною у біді такій,&lt;br /&gt;</w:t>
        <w:br/>
        <w:t>Коли я сина втратив, безпорадним став?&lt;br /&gt;</w:t>
        <w:br/>
        <w:t>Шануй, хоч можновладець, поміркованість.&lt;br /&gt;</w:t>
        <w:br/>
        <w:t>Та вже, коли наважив доконати нас,&lt;br /&gt;</w:t>
        <w:br/>
        <w:t>Коритись треба, що велиш — виконувать.&lt;br /&gt;</w:t>
        <w:br/>
        <w:t>ЛІК&lt;br /&gt;</w:t>
        <w:br/>
        <w:t>То де ж Мегара? Внуки де Алкменині?&lt;br /&gt;</w:t>
        <w:br/>
        <w:t>АМФІТРІОН&lt;br /&gt;</w:t>
        <w:br/>
        <w:t>Здається… хоча двері он зачинені…&lt;br /&gt;</w:t>
        <w:br/>
        <w:t>ЛІК&lt;br /&gt;</w:t>
        <w:br/>
        <w:t>Здається? Що здається? Домовляй уже!&lt;br /&gt;</w:t>
        <w:br/>
        <w:t>АМФІТРІОН&lt;br /&gt;</w:t>
        <w:br/>
        <w:t>Припали молитовно всі до вогнища.&lt;br /&gt;</w:t>
        <w:br/>
        <w:t>ЛІК&lt;br /&gt;</w:t>
        <w:br/>
        <w:t>720] Померти ж мусять, хоч би як молилися.&lt;br /&gt;</w:t>
        <w:br/>
        <w:t>АМФІТРІОН&lt;br /&gt;</w:t>
        <w:br/>
        <w:t>Намарно й мужа кличе — тінь умерлого.&lt;br /&gt;</w:t>
        <w:br/>
        <w:t>ЛІК&lt;br /&gt;</w:t>
        <w:br/>
        <w:t>Його нема вже; значить — не повернеться.&lt;br /&gt;</w:t>
        <w:br/>
        <w:t>АМФІТРІОН&lt;br /&gt;</w:t>
        <w:br/>
        <w:t>Хіба з богів хтось міг би оживить його.&lt;br /&gt;</w:t>
        <w:br/>
        <w:t>ЛІК&lt;br /&gt;</w:t>
        <w:br/>
        <w:t>Іди до неї й тут же приведи сюди.&lt;br /&gt;</w:t>
        <w:br/>
        <w:t>АМФІТРІОН&lt;br /&gt;</w:t>
        <w:br/>
        <w:t>Зробивши це, я вбивства б став учасником.&lt;br /&gt;</w:t>
        <w:br/>
        <w:t>ЛІК&lt;br /&gt;</w:t>
        <w:br/>
        <w:t>Гаразд. Щоб ти не мучивсь, надто жалісний, [174]&lt;br /&gt;</w:t>
        <w:br/>
        <w:t>Я сам — чого ж боятись? — піду й виведу&lt;br /&gt;</w:t>
        <w:br/>
        <w:t>її з синами. Гей же, слуги, рухайтесь!&lt;br /&gt;</w:t>
        <w:br/>
        <w:t>Упораємо діло — й спокій матимем.&lt;br /&gt;</w:t>
        <w:br/>
        <w:t>(Входить із сторожею в дім).&lt;br /&gt;</w:t>
        <w:br/>
        <w:t>АМФІТРІОН&lt;br /&gt;</w:t>
        <w:br/>
        <w:t>730] Іди назустріч долі. Може, інший те,&lt;br /&gt;</w:t>
        <w:br/>
        <w:t>Що треба, зробить. Бо як ти лихе чинив —&lt;br /&gt;</w:t>
        <w:br/>
        <w:t>Лихого сам зазнаєш. Як то гарно він&lt;br /&gt;</w:t>
        <w:br/>
        <w:t>Рушає, друзі! В пастку, що наїжилась&lt;br /&gt;</w:t>
        <w:br/>
        <w:t>Мечами, втрапить, хоч у неї діток мав&lt;br /&gt;</w:t>
        <w:br/>
        <w:t>Із матір'ю загнати. Піду глянути,&lt;br /&gt;</w:t>
        <w:br/>
        <w:t>Як трупом ляже: мило ж бачить ворога,&lt;br /&gt;</w:t>
        <w:br/>
        <w:t>Що впав, за лиходійства поплатившися!</w:t>
      </w:r>
    </w:p>
    <w:p>
      <w:r>
        <w:br/>
        <w:t>СТАСИМ ТРЕТІЙ&lt;br /&gt;</w:t>
        <w:br/>
        <w:t>ХОР&lt;br /&gt;</w:t>
        <w:br/>
        <w:t>Строфа І&lt;br /&gt;</w:t>
        <w:br/>
        <w:t>От і біді кінець:&lt;br /&gt;</w:t>
        <w:br/>
        <w:t>Хто самовладцем був,&lt;br /&gt;</w:t>
        <w:br/>
        <w:t>740] Той до А'іду вже,&lt;br /&gt;</w:t>
        <w:br/>
        <w:t>В сутінний край, подавсь.&lt;br /&gt;</w:t>
        <w:br/>
        <w:t>Гай-гай! Гай-гай!&lt;br /&gt;</w:t>
        <w:br/>
        <w:t>Це богів рука,&lt;br /&gt;</w:t>
        <w:br/>
        <w:t>Що керує всім.&lt;br /&gt;</w:t>
        <w:br/>
        <w:t>ПРОВІДНИК ХОРУ&lt;br /&gt;</w:t>
        <w:br/>
        <w:t>Пора настала — і життям заплатиш ти,&lt;br /&gt;</w:t>
        <w:br/>
        <w:t>Нікчемо, за той глум над благородними!&lt;br /&gt;</w:t>
        <w:br/>
        <w:t>ХОР&lt;br /&gt;</w:t>
        <w:br/>
        <w:t>Знов я ллю сліз потік,&lt;br /&gt;</w:t>
        <w:br/>
        <w:t>Не гірких — радісних!&lt;br /&gt;</w:t>
        <w:br/>
        <w:t>Не сподівавсь він того,&lt;br /&gt;</w:t>
        <w:br/>
        <w:t>Що йому, владарю,&lt;br /&gt;</w:t>
        <w:br/>
        <w:t>750] Доля вготовила.&lt;br /&gt;</w:t>
        <w:br/>
        <w:t>ПРОВІДНИК ХОРУ&lt;br /&gt;</w:t>
        <w:br/>
        <w:t>А гляньмо-но в покої, що там діється —&lt;br /&gt;</w:t>
        <w:br/>
        <w:t>Чи те, чого ми ждали, про що мріяли.&lt;br /&gt;</w:t>
        <w:br/>
        <w:t>ЛІК&lt;br /&gt;</w:t>
        <w:br/>
        <w:t>(з глибини дому)&lt;br /&gt;</w:t>
        <w:br/>
        <w:t>Ой-ой!.. Ой-ой!.. [175]&lt;br /&gt;</w:t>
        <w:br/>
        <w:t>ХОР&lt;br /&gt;</w:t>
        <w:br/>
        <w:t>Антистрофа І&lt;br /&gt;</w:t>
        <w:br/>
        <w:t>Гарно співать почав,&lt;br /&gt;</w:t>
        <w:br/>
        <w:t>Солодко-солодко!&lt;br /&gt;</w:t>
        <w:br/>
        <w:t>Видно, для смерті так,&lt;br /&gt;</w:t>
        <w:br/>
        <w:t>Бідний, старається —&lt;br /&gt;</w:t>
        <w:br/>
        <w:t>Чудовий вступ,&lt;br /&gt;</w:t>
        <w:br/>
        <w:t>Аж за серце бере&lt;br /&gt;</w:t>
        <w:br/>
        <w:t>Переливами.&lt;br /&gt;</w:t>
        <w:br/>
        <w:t>ЛІК&lt;br /&gt;</w:t>
        <w:br/>
        <w:t>(із палацу)&lt;br /&gt;</w:t>
        <w:br/>
        <w:t>760] О земле Кадма!.. Ось я гину… Підступом…&lt;br /&gt;</w:t>
        <w:br/>
        <w:t>ПРОВІДНИК ХОРУ&lt;br /&gt;</w:t>
        <w:br/>
        <w:t>А хто ж доводив інших до загибелі?&lt;br /&gt;</w:t>
        <w:br/>
        <w:t>На тебе черга. Зло чинив — плати за все.&lt;br /&gt;</w:t>
        <w:br/>
        <w:t>ХОР&lt;br /&gt;</w:t>
        <w:br/>
        <w:t>Хто б то смів із людей,&lt;br /&gt;</w:t>
        <w:br/>
        <w:t>Дурень, сліпець хіба,&lt;br /&gt;</w:t>
        <w:br/>
        <w:t>Стверджувать, начебто&lt;br /&gt;</w:t>
        <w:br/>
        <w:t>Всеблаженні боги&lt;br /&gt;</w:t>
        <w:br/>
        <w:t>Сили позбавлені?&lt;br /&gt;</w:t>
        <w:br/>
        <w:t>ПРОВІДНИК ХОРУ&lt;br /&gt;</w:t>
        <w:br/>
        <w:t>Сконав-таки, сконав же нечестивець той!&lt;br /&gt;</w:t>
        <w:br/>
        <w:t>В покоях тихо. Можна знов до танцю йти:&lt;br /&gt;</w:t>
        <w:br/>
        <w:t>770] Поталанило друзям, та й мені при них!&lt;br /&gt;</w:t>
        <w:br/>
        <w:t>ХОР&lt;br /&gt;</w:t>
        <w:br/>
        <w:t>Строфа II&lt;br /&gt;</w:t>
        <w:br/>
        <w:t>Пора співать, бенкетувать,&lt;br /&gt;</w:t>
        <w:br/>
        <w:t>У коло йти — всім у священних Фівах!&lt;br /&gt;</w:t>
        <w:br/>
        <w:t>Уже-бо сплив сліз потік,&lt;br /&gt;</w:t>
        <w:br/>
        <w:t>Розвіяв день смугу бід —&lt;br /&gt;</w:t>
        <w:br/>
        <w:t>І пісня довкіл задзвеніла.&lt;br /&gt;</w:t>
        <w:br/>
        <w:t>Новий володар загинув,&lt;br /&gt;</w:t>
        <w:br/>
        <w:t>Давній — кермо до рук&lt;br /&gt;</w:t>
        <w:br/>
        <w:t>Узяв, покинувши млу низин Ахеронтових.&lt;br /&gt;</w:t>
        <w:br/>
        <w:t>От як важливо&lt;br /&gt;</w:t>
        <w:br/>
        <w:t>780] Не полишать надії!&lt;br /&gt;</w:t>
        <w:br/>
        <w:t>Антистрофа II&lt;br /&gt;</w:t>
        <w:br/>
        <w:t>Боги, боги зору свого&lt;br /&gt;</w:t>
        <w:br/>
        <w:t>Не зводять з нас — праведних і злочинних.&lt;br /&gt;</w:t>
        <w:br/>
        <w:t>Жага майна, золота блиск [176]&lt;br /&gt;</w:t>
        <w:br/>
        <w:t>Людей п'янить гірш од вина,&lt;br /&gt;</w:t>
        <w:br/>
        <w:t>До влади злочинної хилять.&lt;br /&gt;</w:t>
        <w:br/>
        <w:t>Живуть, мінливості часу&lt;br /&gt;</w:t>
        <w:br/>
        <w:t>Не помічаючи.&lt;br /&gt;</w:t>
        <w:br/>
        <w:t>Але, хто стопче закон, неправді слугуючи, —&lt;br /&gt;</w:t>
        <w:br/>
        <w:t>В темну безодню&lt;br /&gt;</w:t>
        <w:br/>
        <w:t>790] Йде колісниця щастя,&lt;br /&gt;</w:t>
        <w:br/>
        <w:t>Строфа III&lt;br /&gt;</w:t>
        <w:br/>
        <w:t>Вінком, Ісмене, чоло вінчай!&lt;br /&gt;</w:t>
        <w:br/>
        <w:t>Ви ж кипіть хороводами,&lt;br /&gt;</w:t>
        <w:br/>
        <w:t>Вулиці Фів семибрамних!&lt;br /&gt;</w:t>
        <w:br/>
        <w:t>Дірко, й ти, що струмиш, мов сріблб,&lt;br /&gt;</w:t>
        <w:br/>
        <w:t>Й ви, покинувши води прудкі&lt;br /&gt;</w:t>
        <w:br/>
        <w:t>Батька Асопа,&lt;br /&gt;</w:t>
        <w:br/>
        <w:t>Німфи, спішіть, щоб купно&lt;br /&gt;</w:t>
        <w:br/>
        <w:t>Про Геракла пісню співать,&lt;br /&gt;</w:t>
        <w:br/>
        <w:t>Гідну його звитяги!&lt;br /&gt;</w:t>
        <w:br/>
        <w:t>800] Скелі піфійські, лісисті верхи,&lt;br /&gt;</w:t>
        <w:br/>
        <w:t>Муз геліконських оселі стрімкі!&lt;br /&gt;</w:t>
        <w:br/>
        <w:t>Радісно, гучно славте&lt;br /&gt;</w:t>
        <w:br/>
        <w:t>Наше місто, обведене муром,&lt;br /&gt;</w:t>
        <w:br/>
        <w:t>Де люд міцний, земнородний&lt;br /&gt;</w:t>
        <w:br/>
        <w:t>Зріс — міднощитний загін,&lt;br /&gt;</w:t>
        <w:br/>
        <w:t>Щоб оддати нащадкам цей край —&lt;br /&gt;</w:t>
        <w:br/>
        <w:t>Фівам щастя священне.&lt;br /&gt;</w:t>
        <w:br/>
        <w:t>Антистрофа III&lt;br /&gt;</w:t>
        <w:br/>
        <w:t>Славне ложа споріднення:&lt;br /&gt;</w:t>
        <w:br/>
        <w:t>Зевса — й мужа вмирущого,&lt;br /&gt;</w:t>
        <w:br/>
        <w:t>810] Двох прийняла їх прекрасна&lt;br /&gt;</w:t>
        <w:br/>
        <w:t>Внучка Персея в спальні своїй.&lt;br /&gt;</w:t>
        <w:br/>
        <w:t>Завжди в батьківське право твоє&lt;br /&gt;</w:t>
        <w:br/>
        <w:t>Вірив я, Зевсе,&lt;br /&gt;</w:t>
        <w:br/>
        <w:t>Надто тепер, як Геракла&lt;br /&gt;</w:t>
        <w:br/>
        <w:t>Так негадано ти повернув,&lt;br /&gt;</w:t>
        <w:br/>
        <w:t>А час його мужність осяяв:&lt;br /&gt;</w:t>
        <w:br/>
        <w:t>З попідземних-бо вийшов надр,&lt;br /&gt;</w:t>
        <w:br/>
        <w:t>Темний Плутона лишивши дім.&lt;br /&gt;</w:t>
        <w:br/>
        <w:t>Ти мій владар, Геракле,&lt;br /&gt;</w:t>
        <w:br/>
        <w:t>820] А не той, хто дорвавсь до влади —&lt;br /&gt;</w:t>
        <w:br/>
        <w:t>Та й сам в бою меченоснім&lt;br /&gt;</w:t>
        <w:br/>
        <w:t>Він, нечестивець, пізнав,&lt;br /&gt;</w:t>
        <w:br/>
        <w:t>Що безсмертні боги повсякчас&lt;br /&gt;</w:t>
        <w:br/>
        <w:t>Дбають про справедливість. [177]</w:t>
      </w:r>
    </w:p>
    <w:p>
      <w:r>
        <w:br/>
        <w:t>ЕПІСОДІЙ ЧЕТВЕРТИЙ&lt;br /&gt;</w:t>
        <w:br/>
        <w:t>На крівлі Гераклового палацу появляються на колісниці&lt;br /&gt;</w:t>
        <w:br/>
        <w:t>Іріда і Лісса.&lt;br /&gt;</w:t>
        <w:br/>
        <w:t>ПРОВІДНИК ХОРУ&lt;br /&gt;</w:t>
        <w:br/>
        <w:t>О що це?.. Що?..&lt;br /&gt;</w:t>
        <w:br/>
        <w:t>Чи знов нас, друзі, дикий страх жалитиме?&lt;br /&gt;</w:t>
        <w:br/>
        <w:t>Над крівлею он з'ява; гляну — жах бере.&lt;br /&gt;</w:t>
        <w:br/>
        <w:t>ОДИН ІЗ ХОРУ&lt;br /&gt;</w:t>
        <w:br/>
        <w:t>Тікай! Тікай!&lt;br /&gt;</w:t>
        <w:br/>
        <w:t>Швидше, ноги старі, біжіть!&lt;br /&gt;</w:t>
        <w:br/>
        <w:t>ДРУГИЙ ІЗ ХОРУ&lt;br /&gt;</w:t>
        <w:br/>
        <w:t>Володарю Пеане!&lt;br /&gt;</w:t>
        <w:br/>
        <w:t>830] Біду нову, благаю, відверни од нас!&lt;br /&gt;</w:t>
        <w:br/>
        <w:t>ІРІДА&lt;br /&gt;</w:t>
        <w:br/>
        <w:t>Не бійтесь, люди, доньку Ночі бачачи —&lt;br /&gt;</w:t>
        <w:br/>
        <w:t>Жахливу Ліссу — і мене, посланницю&lt;br /&gt;</w:t>
        <w:br/>
        <w:t>Богів — Іріду: місту не пошкодимо,&lt;br /&gt;</w:t>
        <w:br/>
        <w:t>Не проти вас ми вийшли — проти смертного,&lt;br /&gt;</w:t>
        <w:br/>
        <w:t>Що, кажуть, від Алкмени й Зевса зроджений.&lt;br /&gt;</w:t>
        <w:br/>
        <w:t>Ще поки не закінчив всіх трудів своїх,&lt;br /&gt;</w:t>
        <w:br/>
        <w:t>Його щадила доля; батько Зевс беріг&lt;br /&gt;</w:t>
        <w:br/>
        <w:t>Од лиха, заодно були ми з Герою.&lt;br /&gt;</w:t>
        <w:br/>
        <w:t>Та вже, як Еврістея волю виконав,&lt;br /&gt;</w:t>
        <w:br/>
        <w:t>840] То Гера дітовбивством покарать його&lt;br /&gt;</w:t>
        <w:br/>
        <w:t>Поквапилась; до неї — я приєднуюсь.&lt;br /&gt;</w:t>
        <w:br/>
        <w:t>Озбройся ж нині серця незворушністю,&lt;br /&gt;</w:t>
        <w:br/>
        <w:t>О незаміжня донько Ночі темної!&lt;br /&gt;</w:t>
        <w:br/>
        <w:t>Влий шал у нього, розпали жагу сліпу&lt;br /&gt;</w:t>
        <w:br/>
        <w:t>До дітовбивства, сколихни, щоб сам же він,&lt;br /&gt;</w:t>
        <w:br/>
        <w:t>Розлютувавшись, гарно тут побавився —&lt;br /&gt;</w:t>
        <w:br/>
        <w:t>Синів — свій цвіт — рукою вклавши власною,&lt;br /&gt;</w:t>
        <w:br/>
        <w:t>Через похмурі води Ахеронтові&lt;br /&gt;</w:t>
        <w:br/>
        <w:t>Хай переправить, щоб пізнав і Гери гнів,&lt;br /&gt;</w:t>
        <w:br/>
        <w:t>850] І мій. Тож, або сили у богів нема,&lt;br /&gt;</w:t>
        <w:br/>
        <w:t>Лишень у смертних, або він поплатиться.&lt;br /&gt;</w:t>
        <w:br/>
        <w:t>ЛІССА&lt;br /&gt;</w:t>
        <w:br/>
        <w:t>По батькові й по неньці — благородна я,&lt;br /&gt;</w:t>
        <w:br/>
        <w:t>Бо вийшла з крові Неба й Ночі темної.&lt;br /&gt;</w:t>
        <w:br/>
        <w:t>А щодо служби — ні боги б не заздрили,&lt;br /&gt;</w:t>
        <w:br/>
        <w:t>Ні люди, бо й на друга йти доводиться.&lt;br /&gt;</w:t>
        <w:br/>
        <w:t>Тож хочу Геру і тебе отямити,&lt;br /&gt;</w:t>
        <w:br/>
        <w:t>Ще поки можна; що скажу — послухайте:&lt;br /&gt;</w:t>
        <w:br/>
        <w:t>Цей муж, до кого нині ви шлете мене,&lt;br /&gt;</w:t>
        <w:br/>
        <w:t>І на землі, й на небі похвали зажив:&lt;br /&gt;</w:t>
        <w:br/>
        <w:t>860] Непрохідні країни, дику моря хлань [178]&lt;br /&gt;</w:t>
        <w:br/>
        <w:t>очистив честь безсмертних, що схитнулася,&lt;br /&gt;</w:t>
        <w:br/>
        <w:t>Він оберіг — один лиш! — од зухвалих рук.&lt;br /&gt;</w:t>
        <w:br/>
        <w:t>Забудь же про той задум найжорстокіший.&lt;br /&gt;</w:t>
        <w:br/>
        <w:t>ІРІДА&lt;br /&gt;</w:t>
        <w:br/>
        <w:t>Це ми з Герою рішили — і втручатись тут не смій!&lt;br /&gt;</w:t>
        <w:br/>
        <w:t>ЛІССА&lt;br /&gt;</w:t>
        <w:br/>
        <w:t>Жаль. А я на кращу стежку скерувать хотіла вас.&lt;br /&gt;</w:t>
        <w:br/>
        <w:t>ІРІДА&lt;br /&gt;</w:t>
        <w:br/>
        <w:t>Не розсудку жде од тебе владна Зевсова жона.&lt;br /&gt;</w:t>
        <w:br/>
        <w:t>ЛІССА&lt;br /&gt;</w:t>
        <w:br/>
        <w:t>Проти волі — бачить Сонце — я за діло це берусь.&lt;br /&gt;</w:t>
        <w:br/>
        <w:t>Та якщо такий мій жереб — Гері і тобі служить&lt;br /&gt;</w:t>
        <w:br/>
        <w:t>І щосил, щодуху мчати, мов за здобиччю гончак,&lt;br /&gt;</w:t>
        <w:br/>
        <w:t>870] То помчу! Ні в морі хвиля, збита вітром, не кипить,&lt;br /&gt;</w:t>
        <w:br/>
        <w:t>Ні земля, коли стрясеться, ні грімкий з небес вогонь,&lt;br /&gt;</w:t>
        <w:br/>
        <w:t>Так, як я, коли ввірвуся до Гераклових грудей,&lt;br /&gt;</w:t>
        <w:br/>
        <w:t>Все вверх дном перевернувши, дім увесь, та перед тим&lt;br /&gt;</w:t>
        <w:br/>
        <w:t>Діти ляжуть, але вбивця — батько сам — не знатиме,&lt;br /&gt;</w:t>
        <w:br/>
        <w:t>Що своє ж потомство знищив, аж сама звільню його&lt;br /&gt;</w:t>
        <w:br/>
        <w:t>Від шаленства. Ось він, бачиш, головою вже трясе,&lt;br /&gt;</w:t>
        <w:br/>
        <w:t>Мовчки вкруг очима водить, що вже кров'ю налились,&lt;br /&gt;</w:t>
        <w:br/>
        <w:t>Важко подих переводить — бик, до нападу готов,&lt;br /&gt;</w:t>
        <w:br/>
        <w:t>Диким ревом закликає Смерті темрявих богинь.&lt;br /&gt;</w:t>
        <w:br/>
        <w:t>880] Ще не так ти затанцюєш під жахної флейти гру!&lt;br /&gt;</w:t>
        <w:br/>
        <w:t>Ти ж, Ірідо, легкокрило на Олімп майни, ясна,&lt;br /&gt;</w:t>
        <w:br/>
        <w:t>Я ж у дім Геракла нишком, непомічена, ввійду.&lt;br /&gt;</w:t>
        <w:br/>
        <w:t>Обидві богині зникають.&lt;br /&gt;</w:t>
        <w:br/>
        <w:t>ХОР&lt;br /&gt;</w:t>
        <w:br/>
        <w:t>Горе, о горе нам! Гине, підкошений&lt;br /&gt;</w:t>
        <w:br/>
        <w:t>Нашого краю цвіт — паросток Зевсовий!&lt;br /&gt;</w:t>
        <w:br/>
        <w:t>Плач, Елладо, плач! Добродійник твій&lt;br /&gt;</w:t>
        <w:br/>
        <w:t>В дикий шал упав — пропадає він,&lt;br /&gt;</w:t>
        <w:br/>
        <w:t>Безсердечної Лісси здобич!&lt;br /&gt;</w:t>
        <w:br/>
        <w:t>Вона — на колісниці; сліз жадаючи,&lt;br /&gt;</w:t>
        <w:br/>
        <w:t>Рисаків жене, штрикає,&lt;br /&gt;</w:t>
        <w:br/>
        <w:t>Мов Горгона нічна, спрагла крові, мчить.&lt;br /&gt;</w:t>
        <w:br/>
        <w:t>890] Стоголово сичать над очима її,&lt;br /&gt;</w:t>
        <w:br/>
        <w:t>Що вогнем зорять, люті змії.&lt;br /&gt;</w:t>
        <w:br/>
        <w:t>Скоро щасливцеві в щасті відмовить бог,&lt;br /&gt;</w:t>
        <w:br/>
        <w:t>Скоро, засліплений, батько синів уб'є.&lt;br /&gt;</w:t>
        <w:br/>
        <w:t>АМФІТРІОН&lt;br /&gt;</w:t>
        <w:br/>
        <w:t>(із палацу)&lt;br /&gt;</w:t>
        <w:br/>
        <w:t>Горе! О горе нам!.. [179]&lt;br /&gt;</w:t>
        <w:br/>
        <w:t>ХОР&lt;br /&gt;</w:t>
        <w:br/>
        <w:t>Сина твого, що сам, Зевсе, бездітний вже,&lt;br /&gt;</w:t>
        <w:br/>
        <w:t>Месниці пажерні в жертву взяли собі —&lt;br /&gt;</w:t>
        <w:br/>
        <w:t>На землю кинувши, мучать.&lt;br /&gt;</w:t>
        <w:br/>
        <w:t>АМФІТРІОН&lt;br /&gt;</w:t>
        <w:br/>
        <w:t>(із палацу)&lt;br /&gt;</w:t>
        <w:br/>
        <w:t>Нещасливий дім!..&lt;br /&gt;</w:t>
        <w:br/>
        <w:t>ХОР&lt;br /&gt;</w:t>
        <w:br/>
        <w:t>Уже танцює… Лиш гулкий тимпан не б'є&lt;br /&gt;</w:t>
        <w:br/>
        <w:t>Й тирса не видно, що Бромію милий…&lt;br /&gt;</w:t>
        <w:br/>
        <w:t>АМФІТРІОН&lt;br /&gt;</w:t>
        <w:br/>
        <w:t>(із палацу)&lt;br /&gt;</w:t>
        <w:br/>
        <w:t>О роде наш!..&lt;br /&gt;</w:t>
        <w:br/>
        <w:t>ХОР&lt;br /&gt;</w:t>
        <w:br/>
        <w:t>900] Вже крові прагне. Що йому сок виногрон —&lt;br /&gt;</w:t>
        <w:br/>
        <w:t>Волога божественна Вакха?&lt;br /&gt;</w:t>
        <w:br/>
        <w:t>АМФІТРІОН&lt;br /&gt;</w:t>
        <w:br/>
        <w:t>(із палацу)&lt;br /&gt;</w:t>
        <w:br/>
        <w:t>Мерщій тікайте, діти, звідсіля!&lt;br /&gt;</w:t>
        <w:br/>
        <w:t>Страшна зазвучала пісня…&lt;br /&gt;</w:t>
        <w:br/>
        <w:t>На діток лови розпочав.&lt;br /&gt;</w:t>
        <w:br/>
        <w:t>Свого довершить таки Лісса,&lt;br /&gt;</w:t>
        <w:br/>
        <w:t>В дім увірвавшись!&lt;br /&gt;</w:t>
        <w:br/>
        <w:t>Гай-гай!.. Біда!..&lt;br /&gt;</w:t>
        <w:br/>
        <w:t>ХОР&lt;br /&gt;</w:t>
        <w:br/>
        <w:t>Як не оплакувать батька похилого&lt;br /&gt;</w:t>
        <w:br/>
        <w:t>І годувальницю — матір, що діткам цим&lt;br /&gt;</w:t>
        <w:br/>
        <w:t>Марно життя дала?&lt;br /&gt;</w:t>
        <w:br/>
        <w:t>ОДИН ІЗ ХОРУ&lt;br /&gt;</w:t>
        <w:br/>
        <w:t>Дивись! Дивись!&lt;br /&gt;</w:t>
        <w:br/>
        <w:t>910] Од бурі дім здригнувся… Крівля валиться…&lt;br /&gt;</w:t>
        <w:br/>
        <w:t>Лунає гуркіт. У повітрі появляться збройна Афіна Паллада.&lt;br /&gt;</w:t>
        <w:br/>
        <w:t>ХОР&lt;br /&gt;</w:t>
        <w:br/>
        <w:t>Ой-ой! Що робиш тут, Зевсова доню,&lt;br /&gt;</w:t>
        <w:br/>
        <w:t>В цім домі?&lt;br /&gt;</w:t>
        <w:br/>
        <w:t>Усе плюндруєш, як, було,&lt;br /&gt;</w:t>
        <w:br/>
        <w:t>Супроти гігантів, Палладо,&lt;br /&gt;</w:t>
        <w:br/>
        <w:t>В бій, на прю, йшла ти. [180]</w:t>
      </w:r>
    </w:p>
    <w:p>
      <w:r>
        <w:br/>
        <w:t>ЕПІСОДІЙ П'ЯТИЙ&lt;br /&gt;</w:t>
        <w:br/>
        <w:t>З палацу вибігає вісник.&lt;br /&gt;</w:t>
        <w:br/>
        <w:t>ВІСНИК&lt;br /&gt;</w:t>
        <w:br/>
        <w:t>О друзі сивочолі!..&lt;br /&gt;</w:t>
        <w:br/>
        <w:t>ХОР&lt;br /&gt;</w:t>
        <w:br/>
        <w:t>В тебе вість якась?&lt;br /&gt;</w:t>
        <w:br/>
        <w:t>ВІСНИК&lt;br /&gt;</w:t>
        <w:br/>
        <w:t>Там жах, у домі!..&lt;br /&gt;</w:t>
        <w:br/>
        <w:t>ХОР&lt;br /&gt;</w:t>
        <w:br/>
        <w:t>Ну, кажи… Лиш не загадками.&lt;br /&gt;</w:t>
        <w:br/>
        <w:t>ВІСНИК&lt;br /&gt;</w:t>
        <w:br/>
        <w:t>Діти загинули!&lt;br /&gt;</w:t>
        <w:br/>
        <w:t>ХОР&lt;br /&gt;</w:t>
        <w:br/>
        <w:t>Гай-гай!..&lt;br /&gt;</w:t>
        <w:br/>
        <w:t>ВІСНИК&lt;br /&gt;</w:t>
        <w:br/>
        <w:t>920] Тут є над чим ридати, бо жахна їх смерть!&lt;br /&gt;</w:t>
        <w:br/>
        <w:t>ХОР&lt;br /&gt;</w:t>
        <w:br/>
        <w:t>А руки батька-вбивці ще жахливіші!..&lt;br /&gt;</w:t>
        <w:br/>
        <w:t>ВІСНИК&lt;br /&gt;</w:t>
        <w:br/>
        <w:t>Що звідали ми, хто б міг описати це?&lt;br /&gt;</w:t>
        <w:br/>
        <w:t>ХОР&lt;br /&gt;</w:t>
        <w:br/>
        <w:t>Все ж про долю жахну, долю батька й дітей&lt;br /&gt;</w:t>
        <w:br/>
        <w:t>Спробуй звістити нас —&lt;br /&gt;</w:t>
        <w:br/>
        <w:t>Як на палац упав&lt;br /&gt;</w:t>
        <w:br/>
        <w:t>Грізний богів удар,&lt;br /&gt;</w:t>
        <w:br/>
        <w:t>А головне — про нещасних діток.&lt;br /&gt;</w:t>
        <w:br/>
        <w:t>ВІСНИК&lt;br /&gt;</w:t>
        <w:br/>
        <w:t>Вже на вівтар поклали жертву Зевсові,&lt;br /&gt;</w:t>
        <w:br/>
        <w:t>Щоб дім очистить, як нового владаря&lt;br /&gt;</w:t>
        <w:br/>
        <w:t>930] Геракл убив і геть пожбурив труп його.&lt;br /&gt;</w:t>
        <w:br/>
        <w:t>Довкола стали дітки — любо глянути! —&lt;br /&gt;</w:t>
        <w:br/>
        <w:t>І батько, і Мегара; круг жертовника&lt;br /&gt;</w:t>
        <w:br/>
        <w:t>З кошем уже пройшлися; всі замовкнули.&lt;br /&gt;</w:t>
        <w:br/>
        <w:t>Тут син Алкмени головню занурити&lt;br /&gt;</w:t>
        <w:br/>
        <w:t>Правицею у воду очисну збиравсь,&lt;br /&gt;</w:t>
        <w:br/>
        <w:t>Та занімів раптово. Це завважили&lt;br /&gt;</w:t>
        <w:br/>
        <w:t>І батько, й діти. Далі мов не той він став:&lt;br /&gt;</w:t>
        <w:br/>
        <w:t>Неначе божевільний, страшно вирячив&lt;br /&gt;</w:t>
        <w:br/>
        <w:t>Заплилі кров'ю очі; потекла йому [181]&lt;br /&gt;</w:t>
        <w:br/>
        <w:t>940] Із рота піна, обліпила бороду.&lt;br /&gt;</w:t>
        <w:br/>
        <w:t>Зареготавши дико, він таке сказав:&lt;br /&gt;</w:t>
        <w:br/>
        <w:t>"Палю вогонь жертовний, а чому ж то я&lt;br /&gt;</w:t>
        <w:br/>
        <w:t>Не вбив ще Еврістея? Нащо двічі те&lt;br /&gt;</w:t>
        <w:br/>
        <w:t>Робити, з чим за раз тут я упораюсь?&lt;br /&gt;</w:t>
        <w:br/>
        <w:t>Сюди принісши Еврістея голову,&lt;br /&gt;</w:t>
        <w:br/>
        <w:t>Відмию свої руки від усіх убивств.&lt;br /&gt;</w:t>
        <w:br/>
        <w:t>То геть ті узливання! Геть ті кошики!&lt;br /&gt;</w:t>
        <w:br/>
        <w:t>Хто вірну мою зброю — лук і кий подасть?&lt;br /&gt;</w:t>
        <w:br/>
        <w:t>Іду в Мікени. Не забути б лома ще&lt;br /&gt;</w:t>
        <w:br/>
        <w:t>950] Й гаків узяти: мури-бо кіклопові,&lt;br /&gt;</w:t>
        <w:br/>
        <w:t>Під шнур червоний добре припасовані,&lt;br /&gt;</w:t>
        <w:br/>
        <w:t>Підваживши, зруйную; далі — й місто все!"&lt;br /&gt;</w:t>
        <w:br/>
        <w:t>Й на колісницю — хоч і не було її —&lt;br /&gt;</w:t>
        <w:br/>
        <w:t>Ступив ногою (так йому здавалося)&lt;br /&gt;</w:t>
        <w:br/>
        <w:t>Та й замахнувсь на коней наче пужалном.&lt;br /&gt;</w:t>
        <w:br/>
        <w:t>І сміх тут брав нас, і водночас жах проймав.&lt;br /&gt;</w:t>
        <w:br/>
        <w:t>Перезирнулись: що це — невтямки було, —&lt;br /&gt;</w:t>
        <w:br/>
        <w:t>Жартує наш господар, а чи в шал упав?&lt;br /&gt;</w:t>
        <w:br/>
        <w:t>А він по дому став ходити поспіхом,&lt;br /&gt;</w:t>
        <w:br/>
        <w:t>960] Тоді, в світлицю вбігши, сповістив усім,&lt;br /&gt;</w:t>
        <w:br/>
        <w:t>Що він — у місті Ніса, хоч у себе ж був.&lt;br /&gt;</w:t>
        <w:br/>
        <w:t>Прилігши на долівку, до обіду взявсь,&lt;br /&gt;</w:t>
        <w:br/>
        <w:t>Як то бува в дорозі. Перегодом же&lt;br /&gt;</w:t>
        <w:br/>
        <w:t>Сказав, що вже на Істмі він лісистому.&lt;br /&gt;</w:t>
        <w:br/>
        <w:t>Зняв одяг і відразу ж до змагання став,&lt;br /&gt;</w:t>
        <w:br/>
        <w:t>А з ким — не видно; сам проголосив себе&lt;br /&gt;</w:t>
        <w:br/>
        <w:t>Звитяжцем, до уваги всіх закликавши,&lt;br /&gt;</w:t>
        <w:br/>
        <w:t>Мов глядача б там бачив. Далі, впевнений,&lt;br /&gt;</w:t>
        <w:br/>
        <w:t>Що то Мікени, — в гнів на Еврістея впав.&lt;br /&gt;</w:t>
        <w:br/>
        <w:t>970] Тут батько втрутивсь, дужу руку стримує:&lt;br /&gt;</w:t>
        <w:br/>
        <w:t>"О сину! Що з тобою? Що за мандри ти&lt;br /&gt;</w:t>
        <w:br/>
        <w:t>Придумав? Чи не вбивство, щойно вчинене,&lt;br /&gt;</w:t>
        <w:br/>
        <w:t>Затьмарило твій розум?" Той, вважаючи,&lt;br /&gt;</w:t>
        <w:br/>
        <w:t>Що то отець аргосця заступається&lt;br /&gt;</w:t>
        <w:br/>
        <w:t>За сина, пхнув старого й з тятиви уже&lt;br /&gt;</w:t>
        <w:br/>
        <w:t>В дітей пускає стріли, бо гадав, що то&lt;br /&gt;</w:t>
        <w:br/>
        <w:t>Ворожих він карає — Еврістеєвих.&lt;br /&gt;</w:t>
        <w:br/>
        <w:t>А ті — урозтіч: цей в подолі матері&lt;br /&gt;</w:t>
        <w:br/>
        <w:t>Сховатись хоче, той — у тінь колони став,&lt;br /&gt;</w:t>
        <w:br/>
        <w:t>980] До вівтаря пурхнув з них інший пташкою.&lt;br /&gt;</w:t>
        <w:br/>
        <w:t>"Що робиш, батьку? — бідна мати зойкнула, —&lt;br /&gt;</w:t>
        <w:br/>
        <w:t>Дітей вбиваєш?.." Зойкнув батько, слуг юрба.&lt;br /&gt;</w:t>
        <w:br/>
        <w:t>А той оббіг колону й наздогнав таки&lt;br /&gt;</w:t>
        <w:br/>
        <w:t>Жахливим скоком хлопця, і, прицілившись,&lt;br /&gt;</w:t>
        <w:br/>
        <w:t>Ударив з лука в серце. Навзнак син упав,&lt;br /&gt;</w:t>
        <w:br/>
        <w:t>Плиту камінну кров'ю заливаючи.&lt;br /&gt;</w:t>
        <w:br/>
        <w:t>А вбивця радий. Ба, ще й хвалить сам себе:&lt;br /&gt;</w:t>
        <w:br/>
        <w:t>"Один ось, — каже, — Еврістея виплодок&lt;br /&gt;</w:t>
        <w:br/>
        <w:t>За батькову злобливість заплатив уже!" [182]&lt;br /&gt;</w:t>
        <w:br/>
        <w:t>990] Й на другого приміривсь, що у затінку&lt;br /&gt;</w:t>
        <w:br/>
        <w:t>Жертовника сховатись ще надію мав,&lt;br /&gt;</w:t>
        <w:br/>
        <w:t>Та де там!.. Перед батьком впав навколішки,&lt;br /&gt;</w:t>
        <w:br/>
        <w:t>До шиї, підборіддя ручки тягнучи, —&lt;br /&gt;</w:t>
        <w:br/>
        <w:t>"О батьку, любий, — молить, — не вбивай мене,&lt;br /&gt;</w:t>
        <w:br/>
        <w:t>Я твій, не Еврістея, змилуйсь, батеньку!"&lt;br /&gt;</w:t>
        <w:br/>
        <w:t>А той, очима божевільно водячи,&lt;br /&gt;</w:t>
        <w:br/>
        <w:t>Не в змозі зблизька у дитя стрілу пустить,&lt;br /&gt;</w:t>
        <w:br/>
        <w:t>Підносить довбню й мов ковальським молотом&lt;br /&gt;</w:t>
        <w:br/>
        <w:t>Синочкові русяву вмить розтрощує&lt;br /&gt;</w:t>
        <w:br/>
        <w:t>1000] Голівку. Так от махом вклавши другого,&lt;br /&gt;</w:t>
        <w:br/>
        <w:t>До двох цих жертв додати третю квапиться.&lt;br /&gt;</w:t>
        <w:br/>
        <w:t>Сердешна мати встигла з-перед рук йому&lt;br /&gt;</w:t>
        <w:br/>
        <w:t>Дитя забрати — в спальні зачинилися.&lt;br /&gt;</w:t>
        <w:br/>
        <w:t>Шаленець, наче б мури брав кіклопові,&lt;br /&gt;</w:t>
        <w:br/>
        <w:t>Розніс ущент одвірки, двері виважив,&lt;br /&gt;</w:t>
        <w:br/>
        <w:t>Одним лиш стрілом і жону, й дитя пройняв.&lt;br /&gt;</w:t>
        <w:br/>
        <w:t>Уже й на старця кинувсь, та Паллада тут&lt;br /&gt;</w:t>
        <w:br/>
        <w:t>Утрутилась, явивши грізний образ свій:&lt;br /&gt;</w:t>
        <w:br/>
        <w:t>Окутим міддю списом потрясаючи,&lt;br /&gt;</w:t>
        <w:br/>
        <w:t>1010] Розлюченому в груди камінь кинула —&lt;br /&gt;</w:t>
        <w:br/>
        <w:t>Й погаснув шал убивчий, і пірнув Геракл&lt;br /&gt;</w:t>
        <w:br/>
        <w:t>У сон глибокий, навалившись спиною&lt;br /&gt;</w:t>
        <w:br/>
        <w:t>На стовп, що впав там, розколовшись надвоє,&lt;br /&gt;</w:t>
        <w:br/>
        <w:t>Серед розвалин, де недавно дім стояв.&lt;br /&gt;</w:t>
        <w:br/>
        <w:t>А ми, з заціпеніння врешті вийшовши,&lt;br /&gt;</w:t>
        <w:br/>
        <w:t>Із старцем міцно прив'язали сонного&lt;br /&gt;</w:t>
        <w:br/>
        <w:t>Шнурами до колони, щоб, отямившись,&lt;br /&gt;</w:t>
        <w:br/>
        <w:t>Іще чогось жахного учинить не зміг.&lt;br /&gt;</w:t>
        <w:br/>
        <w:t>І спить, бідака, сном важким, безрадісним,&lt;br /&gt;</w:t>
        <w:br/>
        <w:t>1020] Жону й дітей убивши. Я не знаю, хто б&lt;br /&gt;</w:t>
        <w:br/>
        <w:t>На світі був од нього нещасливішим.</w:t>
      </w:r>
    </w:p>
    <w:p>
      <w:r>
        <w:br/>
        <w:t>СТАСИМ ЧЕТВЕРТИЙ&lt;br /&gt;</w:t>
        <w:br/>
        <w:t>ХОР&lt;br /&gt;</w:t>
        <w:br/>
        <w:t>Так пролилась, було, і в Арголіді кров —&lt;br /&gt;</w:t>
        <w:br/>
        <w:t>Знаний Елладі всій, неймовірний вчинок&lt;br /&gt;</w:t>
        <w:br/>
        <w:t>Дочок Данаєвих.&lt;br /&gt;</w:t>
        <w:br/>
        <w:t>Та чи стара біда — рівня теперішній,&lt;br /&gt;</w:t>
        <w:br/>
        <w:t>Що опинивсь у ній Зевсом народжений?&lt;br /&gt;</w:t>
        <w:br/>
        <w:t>Впав і на Прокну шал — одинака свого&lt;br /&gt;</w:t>
        <w:br/>
        <w:t>Музам пожертвувать.&lt;br /&gt;</w:t>
        <w:br/>
        <w:t>Ти — трьох синів своїх, о безталаннику,&lt;br /&gt;</w:t>
        <w:br/>
        <w:t>1030] Трьох у нестямі вбив!..&lt;br /&gt;</w:t>
        <w:br/>
        <w:t>Гай-гай!..&lt;br /&gt;</w:t>
        <w:br/>
        <w:t>Над ким почну&lt;br /&gt;</w:t>
        <w:br/>
        <w:t>Свій похоронний спів? [183]&lt;br /&gt;</w:t>
        <w:br/>
        <w:t>Танці, пісні які&lt;br /&gt;</w:t>
        <w:br/>
        <w:t>Нині б аїд волів?</w:t>
      </w:r>
    </w:p>
    <w:p>
      <w:r>
        <w:br/>
        <w:t>ЕКСОД&lt;br /&gt;</w:t>
        <w:br/>
        <w:t>Відчиняються двері палацу. Видно Геракла, який спить,&lt;br /&gt;</w:t>
        <w:br/>
        <w:t>прив'язаний до колони. Побіч нього — тіла Мегари і&lt;br /&gt;</w:t>
        <w:br/>
        <w:t>трьох синів. У глибині сцени Амфітріон.&lt;br /&gt;</w:t>
        <w:br/>
        <w:t>ХОР&lt;br /&gt;</w:t>
        <w:br/>
        <w:t>Гай-гай!..&lt;br /&gt;</w:t>
        <w:br/>
        <w:t>Погляньте: відчинено навстіж&lt;br /&gt;</w:t>
        <w:br/>
        <w:t>Двері подвійні стрімких палат.&lt;br /&gt;</w:t>
        <w:br/>
        <w:t>О горе!..&lt;br /&gt;</w:t>
        <w:br/>
        <w:t>Погляньте: нещасного батька&lt;br /&gt;</w:t>
        <w:br/>
        <w:t>Жертви — повбивані дітки там!..&lt;br /&gt;</w:t>
        <w:br/>
        <w:t>А поряд — сам убивця спить, утомлений,&lt;br /&gt;</w:t>
        <w:br/>
        <w:t>1040] Міцно охоплено грубими путами,&lt;br /&gt;</w:t>
        <w:br/>
        <w:t>Затягнено вузлами&lt;br /&gt;</w:t>
        <w:br/>
        <w:t>Тіло Геракла — при шнурі шнур —&lt;br /&gt;</w:t>
        <w:br/>
        <w:t>До каменя — дому опори.&lt;br /&gt;</w:t>
        <w:br/>
        <w:t>ПРОВІДНИК ХОРУ&lt;br /&gt;</w:t>
        <w:br/>
        <w:t>А ось і старець-батько… Йде, вагається,&lt;br /&gt;</w:t>
        <w:br/>
        <w:t>Мов птах, що втратив свій безперий виводок,&lt;br /&gt;</w:t>
        <w:br/>
        <w:t>І плаче, й стогне, шлях гіркий верстаючи.&lt;br /&gt;</w:t>
        <w:br/>
        <w:t>АМФІТРІОН&lt;br /&gt;</w:t>
        <w:br/>
        <w:t>Не гомоніть ви так! Тихше-но, старці з Фів!&lt;br /&gt;</w:t>
        <w:br/>
        <w:t>Чи ж не дозволите сном оповитому&lt;br /&gt;</w:t>
        <w:br/>
        <w:t>Приспать біль важкий?&lt;br /&gt;</w:t>
        <w:br/>
        <w:t>ХОР&lt;br /&gt;</w:t>
        <w:br/>
        <w:t>1050] Жаль мені, жаль тебе, друга похилого&lt;br /&gt;</w:t>
        <w:br/>
        <w:t>Й діток цих; жаль його — мужа звитяжного!&lt;br /&gt;</w:t>
        <w:br/>
        <w:t>АМФІТРІОН&lt;br /&gt;</w:t>
        <w:br/>
        <w:t>Проходьте далі, не кричіть,&lt;br /&gt;</w:t>
        <w:br/>
        <w:t>Щоб він не випірнув із сну —&lt;br /&gt;</w:t>
        <w:br/>
        <w:t>Хай спить, хай ще трохи&lt;br /&gt;</w:t>
        <w:br/>
        <w:t>Спочине без горя.&lt;br /&gt;</w:t>
        <w:br/>
        <w:t>ХОР&lt;br /&gt;</w:t>
        <w:br/>
        <w:t>Гай-гай!..&lt;br /&gt;</w:t>
        <w:br/>
        <w:t>Скільки крові тут!..&lt;br /&gt;</w:t>
        <w:br/>
        <w:t>АМФІТРІОН&lt;br /&gt;</w:t>
        <w:br/>
        <w:t>Не мучте ще й ви мене! [184]&lt;br /&gt;</w:t>
        <w:br/>
        <w:t>ХОР&lt;br /&gt;</w:t>
        <w:br/>
        <w:t>Усе тут, усе в крові!..&lt;br /&gt;</w:t>
        <w:br/>
        <w:t>АМФІТРІОН&lt;br /&gt;</w:t>
        <w:br/>
        <w:t>Навіщо ви так голосно,&lt;br /&gt;</w:t>
        <w:br/>
        <w:t>1060] Старці, голосите?&lt;br /&gt;</w:t>
        <w:br/>
        <w:t>Прокинувшись, пута порве,&lt;br /&gt;</w:t>
        <w:br/>
        <w:t>Зруйнує будівлі міські,&lt;br /&gt;</w:t>
        <w:br/>
        <w:t>Мене, свого батька, вб'є,&lt;br /&gt;</w:t>
        <w:br/>
        <w:t>Весь дім розметає.&lt;br /&gt;</w:t>
        <w:br/>
        <w:t>ХОР&lt;br /&gt;</w:t>
        <w:br/>
        <w:t>Ох важко! Ох важко мені!..&lt;br /&gt;</w:t>
        <w:br/>
        <w:t>АМФІТРІОН&lt;br /&gt;</w:t>
        <w:br/>
        <w:t>Тихо!.. Як дихає він,&lt;br /&gt;</w:t>
        <w:br/>
        <w:t>Дайте прислухатись.&lt;br /&gt;</w:t>
        <w:br/>
        <w:t>ХОР&lt;br /&gt;</w:t>
        <w:br/>
        <w:t>Ще спить?&lt;br /&gt;</w:t>
        <w:br/>
        <w:t>АМФІТРІОН&lt;br /&gt;</w:t>
        <w:br/>
        <w:t>Спить, мовби ліг на дно сну душогубного,&lt;br /&gt;</w:t>
        <w:br/>
        <w:t>1070] Той, хто дружину вбив, хто у дітей дзвінку&lt;br /&gt;</w:t>
        <w:br/>
        <w:t>З лука стрілу пустив.&lt;br /&gt;</w:t>
        <w:br/>
        <w:t>ХОР&lt;br /&gt;</w:t>
        <w:br/>
        <w:t>Тож сам ридай…&lt;br /&gt;</w:t>
        <w:br/>
        <w:t>АМФІТРІОН&lt;br /&gt;</w:t>
        <w:br/>
        <w:t>Ридаю…&lt;br /&gt;</w:t>
        <w:br/>
        <w:t>ХОР&lt;br /&gt;</w:t>
        <w:br/>
        <w:t>Оплакуй внучат…&lt;br /&gt;</w:t>
        <w:br/>
        <w:t>АМФІТРІОН&lt;br /&gt;</w:t>
        <w:br/>
        <w:t>О горе!..&lt;br /&gt;</w:t>
        <w:br/>
        <w:t>ХОР&lt;br /&gt;</w:t>
        <w:br/>
        <w:t>Тужи за сином…&lt;br /&gt;</w:t>
        <w:br/>
        <w:t>АМФІТРІОН&lt;br /&gt;</w:t>
        <w:br/>
        <w:t>Гай-гай!..&lt;br /&gt;</w:t>
        <w:br/>
        <w:t>ХОР&lt;br /&gt;</w:t>
        <w:br/>
        <w:t>О старче!..&lt;br /&gt;</w:t>
        <w:br/>
        <w:t>АМФІТРІОН&lt;br /&gt;</w:t>
        <w:br/>
        <w:t>Мовчи… Мовчи…&lt;br /&gt;</w:t>
        <w:br/>
        <w:t>Наші зойки, здається, вчув, [185]&lt;br /&gt;</w:t>
        <w:br/>
        <w:t>Повернутися хоче вві сні…&lt;br /&gt;</w:t>
        <w:br/>
        <w:t>Треба вже схов собі в темнім кутку знайти.&lt;br /&gt;</w:t>
        <w:br/>
        <w:t>ХОР&lt;br /&gt;</w:t>
        <w:br/>
        <w:t>Сміло! З повік його все ще не сходить ніч.&lt;br /&gt;</w:t>
        <w:br/>
        <w:t>АМФІТРІОН&lt;br /&gt;</w:t>
        <w:br/>
        <w:t>1080] Та я б не проти в нещасті такім&lt;br /&gt;</w:t>
        <w:br/>
        <w:t>Навік покинути день ясний,&lt;br /&gt;</w:t>
        <w:br/>
        <w:t>Лиш сина жаль:&lt;br /&gt;</w:t>
        <w:br/>
        <w:t>Убивши мене, свого батька,&lt;br /&gt;</w:t>
        <w:br/>
        <w:t>Вбивством убивство примноживши,&lt;br /&gt;</w:t>
        <w:br/>
        <w:t>Ще й за батьківську кров заплатити б мусив.&lt;br /&gt;</w:t>
        <w:br/>
        <w:t>ХОР&lt;br /&gt;</w:t>
        <w:br/>
        <w:t>Краще б зустрінув ти смерть ще тоді, коли&lt;br /&gt;</w:t>
        <w:br/>
        <w:t>Мстив за братів жони — й морем оточене&lt;br /&gt;</w:t>
        <w:br/>
        <w:t>Місто тафійців з землею зрівняв!&lt;br /&gt;</w:t>
        <w:br/>
        <w:t>АМФІТРІОН&lt;br /&gt;</w:t>
        <w:br/>
        <w:t>Мерщій відсіль тікайте, старці! Чуєте?&lt;br /&gt;</w:t>
        <w:br/>
        <w:t>1090] Рятуйся, тікай, хто куди:&lt;br /&gt;</w:t>
        <w:br/>
        <w:t>Шалений прокинувся вже!&lt;br /&gt;</w:t>
        <w:br/>
        <w:t>Стане до вбивства знов —&lt;br /&gt;</w:t>
        <w:br/>
        <w:t>Рознесе, розіб'є місто Кадма вщент!&lt;br /&gt;</w:t>
        <w:br/>
        <w:t>ХОР&lt;br /&gt;</w:t>
        <w:br/>
        <w:t>За що так свого сина ти зненавидів,&lt;br /&gt;</w:t>
        <w:br/>
        <w:t>О Зевсе, що на нього море бід пролив?&lt;br /&gt;</w:t>
        <w:br/>
        <w:t>ГЕРАКЛ&lt;br /&gt;</w:t>
        <w:br/>
        <w:t>(отямившись)&lt;br /&gt;</w:t>
        <w:br/>
        <w:t>Живу я ще, а значить, бачу й неба синь,&lt;br /&gt;</w:t>
        <w:br/>
        <w:t>І землю, й сонце, що метає промені…&lt;br /&gt;</w:t>
        <w:br/>
        <w:t>Але неначе вихор щойно бив мене&lt;br /&gt;</w:t>
        <w:br/>
        <w:t>І скаламутив розум; мов гаряче щось&lt;br /&gt;</w:t>
        <w:br/>
        <w:t>1100] Клекоче у легенях… важко дихати.&lt;br /&gt;</w:t>
        <w:br/>
        <w:t>Стривай!.. А що це, як судно до берега,&lt;br /&gt;</w:t>
        <w:br/>
        <w:t>Я до колони, що лежить, розтріснута,&lt;br /&gt;</w:t>
        <w:br/>
        <w:t>Прикутий по руках, по грудях путами,&lt;br /&gt;</w:t>
        <w:br/>
        <w:t>Та ще й в сусідстві трупів окривавлених?&lt;br /&gt;</w:t>
        <w:br/>
        <w:t>Ось лук мій побіч, і пернаті стріли он&lt;br /&gt;</w:t>
        <w:br/>
        <w:t>Розсипано; я ж завжди при собі їх мав,&lt;br /&gt;</w:t>
        <w:br/>
        <w:t>Шануючи цю зброю — вірний захист мій.&lt;br /&gt;</w:t>
        <w:br/>
        <w:t>Чи з волі Еврістея другий раз мені&lt;br /&gt;</w:t>
        <w:br/>
        <w:t>У царстві мертвих побувать судилося?&lt;br /&gt;</w:t>
        <w:br/>
        <w:t>1110] Але ж нема Сісіфа з його каменем,&lt;br /&gt;</w:t>
        <w:br/>
        <w:t>Нема Плутона, ані Персефони тут&lt;br /&gt;</w:t>
        <w:br/>
        <w:t>Не бачу… Що за лихо? Де ж я все-таки? [186]&lt;br /&gt;</w:t>
        <w:br/>
        <w:t>Гей, друзі! Хто тут близько, а чи далі є, —&lt;br /&gt;</w:t>
        <w:br/>
        <w:t>Озвіться ж і розвійте мої сумніви!&lt;br /&gt;</w:t>
        <w:br/>
        <w:t>Не впізнаю нічого, хоч і звичне все.&lt;br /&gt;</w:t>
        <w:br/>
        <w:t>АМФІТРІОН&lt;br /&gt;</w:t>
        <w:br/>
        <w:t>Чи приступити, старці, до нещасного?..&lt;br /&gt;</w:t>
        <w:br/>
        <w:t>ПРОВІДНИК ХОРУ&lt;br /&gt;</w:t>
        <w:br/>
        <w:t>І я з тобою; про біду ж — мовчатиму.&lt;br /&gt;</w:t>
        <w:br/>
        <w:t>ГЕРАКЛ&lt;br /&gt;</w:t>
        <w:br/>
        <w:t>Ти плачеш, батьку? Очі відвертаючи,&lt;br /&gt;</w:t>
        <w:br/>
        <w:t>Од сина геть відходиш найдорожчого?&lt;br /&gt;</w:t>
        <w:br/>
        <w:t>АМФІТРІОН&lt;br /&gt;</w:t>
        <w:br/>
        <w:t>1120] О сину! Хай нещасний, — мій ти, мій однак!&lt;br /&gt;</w:t>
        <w:br/>
        <w:t>ГЕРАКЛ&lt;br /&gt;</w:t>
        <w:br/>
        <w:t>А що ж так наді мною побиваєшся?..&lt;br /&gt;</w:t>
        <w:br/>
        <w:t>АМФІТРІОН&lt;br /&gt;</w:t>
        <w:br/>
        <w:t>Сам бог сльози б не втримав, якби з ним таке!&lt;br /&gt;</w:t>
        <w:br/>
        <w:t>ГЕРАКЛ&lt;br /&gt;</w:t>
        <w:br/>
        <w:t>Вагоме слово. Що ж одначе трапилось?&lt;br /&gt;</w:t>
        <w:br/>
        <w:t>АМФІТРІОН&lt;br /&gt;</w:t>
        <w:br/>
        <w:t>Прийшов до тями — сам повинен бачити.&lt;br /&gt;</w:t>
        <w:br/>
        <w:t>ГЕРАКЛ&lt;br /&gt;</w:t>
        <w:br/>
        <w:t>Скажи, ти щось погане спостеріг в мені?&lt;br /&gt;</w:t>
        <w:br/>
        <w:t>АМФІТРІОН&lt;br /&gt;</w:t>
        <w:br/>
        <w:t>Скажу, якщо ти справді вже отямився.&lt;br /&gt;</w:t>
        <w:br/>
        <w:t>ГЕРАКЛ&lt;br /&gt;</w:t>
        <w:br/>
        <w:t>Ну ось!.. І знов загадки… Не на добре це!&lt;br /&gt;</w:t>
        <w:br/>
        <w:t>АМФІТРІОН&lt;br /&gt;</w:t>
        <w:br/>
        <w:t>І все ж, чи ти здоровий, пересвідчуся.&lt;br /&gt;</w:t>
        <w:br/>
        <w:t>ГЕРАКЛ&lt;br /&gt;</w:t>
        <w:br/>
        <w:t>А що?.. Хіба я марив?.. Не пригадую…&lt;br /&gt;</w:t>
        <w:br/>
        <w:t>АМФІТРІОН&lt;br /&gt;</w:t>
        <w:br/>
        <w:t>1130] То що робити, старці? Розв'язать його?&lt;br /&gt;</w:t>
        <w:br/>
        <w:t>(Розв'язує Геракла, допомагає йому сісти).&lt;br /&gt;</w:t>
        <w:br/>
        <w:t>ГЕРАКЛ&lt;br /&gt;</w:t>
        <w:br/>
        <w:t>А хто ж у пута брав мене? Ганьба яка!.. [187]&lt;br /&gt;</w:t>
        <w:br/>
        <w:t>АМФІТРІОН&lt;br /&gt;</w:t>
        <w:br/>
        <w:t>Про шал дізнався — й цього досить поки що.&lt;br /&gt;</w:t>
        <w:br/>
        <w:t>ГЕРАКЛ&lt;br /&gt;</w:t>
        <w:br/>
        <w:t>А що ж то я дізнаюсь, як мовчатиму?&lt;br /&gt;</w:t>
        <w:br/>
        <w:t>АМФІТРІОН&lt;br /&gt;</w:t>
        <w:br/>
        <w:t>З престолу Гери, все це, Зевсе, бачиш ти?&lt;br /&gt;</w:t>
        <w:br/>
        <w:t>ГЕРАКЛ&lt;br /&gt;</w:t>
        <w:br/>
        <w:t>Чи то ще й досі мстить мені володарка?&lt;br /&gt;</w:t>
        <w:br/>
        <w:t>АМФІТРІОН&lt;br /&gt;</w:t>
        <w:br/>
        <w:t>Богів не рухай. Мало власних бід тобі?&lt;br /&gt;</w:t>
        <w:br/>
        <w:t>ГЕРАКЛ&lt;br /&gt;</w:t>
        <w:br/>
        <w:t>О горе! Про які ще біди мова йде?&lt;br /&gt;</w:t>
        <w:br/>
        <w:t>АМФІТРІОН&lt;br /&gt;</w:t>
        <w:br/>
        <w:t>Поглянь ось… Бачиш трупи діточок твоїх?&lt;br /&gt;</w:t>
        <w:br/>
        <w:t>ГЕРАКЛ&lt;br /&gt;</w:t>
        <w:br/>
        <w:t>Нещастя!.. Очі, очі!.. Що ви бачите!&lt;br /&gt;</w:t>
        <w:br/>
        <w:t>АМФІТРІОН&lt;br /&gt;</w:t>
        <w:br/>
        <w:t>1140] Нечувану з синами ти війну провів.&lt;br /&gt;</w:t>
        <w:br/>
        <w:t>ГЕРАКЛ&lt;br /&gt;</w:t>
        <w:br/>
        <w:t>Яка війна ще?.. Хто ж то діточок убив?&lt;br /&gt;</w:t>
        <w:br/>
        <w:t>АМФІТРІОН&lt;br /&gt;</w:t>
        <w:br/>
        <w:t>І ти, і лук твій, але й бог причетний тут.&lt;br /&gt;</w:t>
        <w:br/>
        <w:t>ГЕРАКЛ&lt;br /&gt;</w:t>
        <w:br/>
        <w:t>Що кажеш? Як це, батьку, горя віснику?&lt;br /&gt;</w:t>
        <w:br/>
        <w:t>АМФІТРІОН&lt;br /&gt;</w:t>
        <w:br/>
        <w:t>У шалі. Хочеш правди? Ой, страшна вона!&lt;br /&gt;</w:t>
        <w:br/>
        <w:t>ГЕРАКЛ&lt;br /&gt;</w:t>
        <w:br/>
        <w:t>Чи ж то й Свою дружину я в нестямі вбив?&lt;br /&gt;</w:t>
        <w:br/>
        <w:t>АМФІТРІОН&lt;br /&gt;</w:t>
        <w:br/>
        <w:t>Авжеж. Тут потрудилась лиш твоя рука.&lt;br /&gt;</w:t>
        <w:br/>
        <w:t>ГЕРАКЛ&lt;br /&gt;</w:t>
        <w:br/>
        <w:t>Гай-гай!.. Скорбота чорна вповила мене!&lt;br /&gt;</w:t>
        <w:br/>
        <w:t>АМФІТРІОН&lt;br /&gt;</w:t>
        <w:br/>
        <w:t>Тому-то й твою долю так оплакую. [188]&lt;br /&gt;</w:t>
        <w:br/>
        <w:t>ГЕРАКЛ&lt;br /&gt;</w:t>
        <w:br/>
        <w:t>І дім цей зруйнував я, збожеволівши?&lt;br /&gt;</w:t>
        <w:br/>
        <w:t>АМФІТРІОН&lt;br /&gt;</w:t>
        <w:br/>
        <w:t>1150] Одне лиш знаю: твоїм бідам — меж нема.&lt;br /&gt;</w:t>
        <w:br/>
        <w:t>ГЕРАКЛ&lt;br /&gt;</w:t>
        <w:br/>
        <w:t>Коли ж тим диким шалом був я вжалений?&lt;br /&gt;</w:t>
        <w:br/>
        <w:t>АМФІТРІОН&lt;br /&gt;</w:t>
        <w:br/>
        <w:t>Як омивав долоні — при жертовнику.&lt;br /&gt;</w:t>
        <w:br/>
        <w:t>ГЕРАКЛ&lt;br /&gt;</w:t>
        <w:br/>
        <w:t>Чому ж, нещасний, не спішу загинути,&lt;br /&gt;</w:t>
        <w:br/>
        <w:t>Убивця найдорожчих діточок своїх?..&lt;br /&gt;</w:t>
        <w:br/>
        <w:t>Чому ж у прірву стрімголов не кинуся,&lt;br /&gt;</w:t>
        <w:br/>
        <w:t>Мечем не вдарю в серце й кров'ю власною&lt;br /&gt;</w:t>
        <w:br/>
        <w:t>Не змию з себе дітовбивства гріх тяжкий,&lt;br /&gt;</w:t>
        <w:br/>
        <w:t>Чи в полум'я не ляжу, щоб позбутися&lt;br /&gt;</w:t>
        <w:br/>
        <w:t>Зараз і тіла, і життя ганебного?..&lt;br /&gt;</w:t>
        <w:br/>
        <w:t>1160] Та доведеться, видно, переждати мить:&lt;br /&gt;</w:t>
        <w:br/>
        <w:t>Тесей надходить онде, славний приятель.&lt;br /&gt;</w:t>
        <w:br/>
        <w:t>Побачить дітовбивцю… Як він сприйме це&lt;br /&gt;</w:t>
        <w:br/>
        <w:t>І як на мене гляне, найдорожчий гість?..&lt;br /&gt;</w:t>
        <w:br/>
        <w:t>О горе! Як ті біди приховать мені?..&lt;br /&gt;</w:t>
        <w:br/>
        <w:t>Під землю провалитись? Ув ефір злетіть?..&lt;br /&gt;</w:t>
        <w:br/>
        <w:t>Хоч голову накрию: в темноті сліпій,&lt;br /&gt;</w:t>
        <w:br/>
        <w:t>Можливо, сором так не обпікатиме.&lt;br /&gt;</w:t>
        <w:br/>
        <w:t>Вже досить, що я сам ось — заплямований,&lt;br /&gt;</w:t>
        <w:br/>
        <w:t>То нащо б мав я ще й невинним шкодити?&lt;br /&gt;</w:t>
        <w:br/>
        <w:t>(Накриває голову).&lt;br /&gt;</w:t>
        <w:br/>
        <w:t>Входить Тесей.&lt;br /&gt;</w:t>
        <w:br/>
        <w:t>ТЕСЕЙ&lt;br /&gt;</w:t>
        <w:br/>
        <w:t>(до Амфітріони)&lt;br /&gt;</w:t>
        <w:br/>
        <w:t>1170] Не сам приходжу, старче: збройна юнь Афін&lt;br /&gt;</w:t>
        <w:br/>
        <w:t>Вже тут, край хвиль Асопу, стала табором,&lt;br /&gt;</w:t>
        <w:br/>
        <w:t>Щоб син твій мав опору — вірних списників.&lt;br /&gt;</w:t>
        <w:br/>
        <w:t>Бо в місто Ерехтідів вість долинула,&lt;br /&gt;</w:t>
        <w:br/>
        <w:t>Що Лік, підступно захопивши владу тут,&lt;br /&gt;</w:t>
        <w:br/>
        <w:t>І ворогує з вами, і війну веде.&lt;br /&gt;</w:t>
        <w:br/>
        <w:t>Віддячитись я хочу: це ж Геракл мене&lt;br /&gt;</w:t>
        <w:br/>
        <w:t>З Аїду вивів. От я й поспішив сюди —&lt;br /&gt;</w:t>
        <w:br/>
        <w:t>На мене й моїх друзів розраховуйте.&lt;br /&gt;</w:t>
        <w:br/>
        <w:t>Агей! Це що за трупи на землі лежать?&lt;br /&gt;</w:t>
        <w:br/>
        <w:t>1180] То я не встигнув лиха попередити,&lt;br /&gt;</w:t>
        <w:br/>
        <w:t>Спізнився?.. Але хто ж то діточок убив?&lt;br /&gt;</w:t>
        <w:br/>
        <w:t>Чию дружину бачу?.. І відколи ж то [189]&lt;br /&gt;</w:t>
        <w:br/>
        <w:t>Воюють діти?.. Щось тут інше сталося,&lt;br /&gt;</w:t>
        <w:br/>
        <w:t>Страшне щось — чує серце, — небувале ще.&lt;br /&gt;</w:t>
        <w:br/>
        <w:t>АМФІТРІОН&lt;br /&gt;</w:t>
        <w:br/>
        <w:t>Владарю пагорба — краю олив рясних!&lt;br /&gt;</w:t>
        <w:br/>
        <w:t>ТЕСЕЙ&lt;br /&gt;</w:t>
        <w:br/>
        <w:t>Чому таке звертання розхвильоване?&lt;br /&gt;</w:t>
        <w:br/>
        <w:t>АМФІТРІОН&lt;br /&gt;</w:t>
        <w:br/>
        <w:t>Горем нечуваним небо скарало нас!&lt;br /&gt;</w:t>
        <w:br/>
        <w:t>ТЕСЕЙ&lt;br /&gt;</w:t>
        <w:br/>
        <w:t>Чиї ж то діти, що їх так оплакуєш?&lt;br /&gt;</w:t>
        <w:br/>
        <w:t>АМФІТРІОН&lt;br /&gt;</w:t>
        <w:br/>
        <w:t>Муж найнещасніший — син мій посіяв їх.&lt;br /&gt;</w:t>
        <w:br/>
        <w:t>1190] І дітовбивцею стати наважився.&lt;br /&gt;</w:t>
        <w:br/>
        <w:t>ТЕСЕЙ&lt;br /&gt;</w:t>
        <w:br/>
        <w:t>Облиш-но жарти.&lt;br /&gt;</w:t>
        <w:br/>
        <w:t>АМФІТРІОН&lt;br /&gt;</w:t>
        <w:br/>
        <w:t>Воля твоя… Та якби то жарт!..&lt;br /&gt;</w:t>
        <w:br/>
        <w:t>ТЕСЕЙ&lt;br /&gt;</w:t>
        <w:br/>
        <w:t>Жахне сказав ти!..&lt;br /&gt;</w:t>
        <w:br/>
        <w:t>АМФІТРІОН&lt;br /&gt;</w:t>
        <w:br/>
        <w:t>Всі ми пропали!.. Пропали ми всі!..&lt;br /&gt;</w:t>
        <w:br/>
        <w:t>ТЕСЕЙ&lt;br /&gt;</w:t>
        <w:br/>
        <w:t>А як зробив це?&lt;br /&gt;</w:t>
        <w:br/>
        <w:t>АМФІТРІОН&lt;br /&gt;</w:t>
        <w:br/>
        <w:t>В приступі шалу дітей убив&lt;br /&gt;</w:t>
        <w:br/>
        <w:t>Стоголової гідри отрутою.&lt;br /&gt;</w:t>
        <w:br/>
        <w:t>ТЕСЕЙ&lt;br /&gt;</w:t>
        <w:br/>
        <w:t>Це все від Гери… Хто ж то сів між трупами?&lt;br /&gt;</w:t>
        <w:br/>
        <w:t>АМФІТРІОН&lt;br /&gt;</w:t>
        <w:br/>
        <w:t>Це він, страдник той — мій син — тужить там;&lt;br /&gt;</w:t>
        <w:br/>
        <w:t>1200] Що на гігантів, було, йшов із безсмертними —&lt;br /&gt;</w:t>
        <w:br/>
        <w:t>На смертоносний бій в полі флегрейському.&lt;br /&gt;</w:t>
        <w:br/>
        <w:t>ТЕСЕЙ&lt;br /&gt;</w:t>
        <w:br/>
        <w:t>Гай-гай! Чи був хто в світі нещасливіший?&lt;br /&gt;</w:t>
        <w:br/>
        <w:t>АМФІТРІОН&lt;br /&gt;</w:t>
        <w:br/>
        <w:t>Ні, нема таки іншого, [190]&lt;br /&gt;</w:t>
        <w:br/>
        <w:t>Хто б таким тягарем і трудів, і страждань&lt;br /&gt;</w:t>
        <w:br/>
        <w:t>Пригнутий був!&lt;br /&gt;</w:t>
        <w:br/>
        <w:t>ТЕСЕЙ&lt;br /&gt;</w:t>
        <w:br/>
        <w:t>Чого ж полою вкрив, сердешний, голову?&lt;br /&gt;</w:t>
        <w:br/>
        <w:t>АМФІТРІОН&lt;br /&gt;</w:t>
        <w:br/>
        <w:t>Щоб у вічі йому ти не глянув,&lt;br /&gt;</w:t>
        <w:br/>
        <w:t>Бо ж твоїм побратимом назвався,&lt;br /&gt;</w:t>
        <w:br/>
        <w:t>А нині він — дітовбивця.&lt;br /&gt;</w:t>
        <w:br/>
        <w:t>ТЕСЕЙ&lt;br /&gt;</w:t>
        <w:br/>
        <w:t>1210] Я тут, щоб співчувати. Відслоніть його!&lt;br /&gt;</w:t>
        <w:br/>
        <w:t>АМФІТРІОН&lt;br /&gt;</w:t>
        <w:br/>
        <w:t>Мій сину! Ти чув? Не ховай очей,&lt;br /&gt;</w:t>
        <w:br/>
        <w:t>До сонця, молю, повернись лицем!&lt;br /&gt;</w:t>
        <w:br/>
        <w:t>Побратимства борг має взяти верх&lt;br /&gt;</w:t>
        <w:br/>
        <w:t>Над твоїми слізьми.&lt;br /&gt;</w:t>
        <w:br/>
        <w:t>Я торкаюся, глянь, підборіддя твого,&lt;br /&gt;</w:t>
        <w:br/>
        <w:t>Я коліна обняв твої, сльози гіркі&lt;br /&gt;</w:t>
        <w:br/>
        <w:t>Проливаю з очей старечих.&lt;br /&gt;</w:t>
        <w:br/>
        <w:t>Отож, сину мій,&lt;br /&gt;</w:t>
        <w:br/>
        <w:t>Не поривайсь, мов лев, шалом охоплений,&lt;br /&gt;</w:t>
        <w:br/>
        <w:t>1220] Стежкою згубною смерті жадаючи!&lt;br /&gt;</w:t>
        <w:br/>
        <w:t>Що ж то за лік од бід — біди громадити?&lt;br /&gt;</w:t>
        <w:br/>
        <w:t>ТЕСЕЙ&lt;br /&gt;</w:t>
        <w:br/>
        <w:t>Тож годі вже сидіти, в біль занурившись!&lt;br /&gt;</w:t>
        <w:br/>
        <w:t>Не відвертайсь од друзів, глянь у вічі їм!&lt;br /&gt;</w:t>
        <w:br/>
        <w:t>Хоч ти у найчорнішу хмару вкутайся,&lt;br /&gt;</w:t>
        <w:br/>
        <w:t>Незмірні твої біди проглядатимуть.&lt;br /&gt;</w:t>
        <w:br/>
        <w:t>Чому правицю простягаєш боязко?&lt;br /&gt;</w:t>
        <w:br/>
        <w:t>Гадаєш, я боюся привітать тебе?&lt;br /&gt;</w:t>
        <w:br/>
        <w:t>В нещасті я — з тобою; чи ж не ти колись&lt;br /&gt;</w:t>
        <w:br/>
        <w:t>Мене зробив щасливим, із безсонячних&lt;br /&gt;</w:t>
        <w:br/>
        <w:t>1230] Осель Аїда знов до сонця вивівши?&lt;br /&gt;</w:t>
        <w:br/>
        <w:t>Гидка мені та вдячність, що старішає,&lt;br /&gt;</w:t>
        <w:br/>
        <w:t>І той щасливець, що в однім судні плисти&lt;br /&gt;</w:t>
        <w:br/>
        <w:t>Із друзями в негоду не наважиться.&lt;br /&gt;</w:t>
        <w:br/>
        <w:t>Ставай же! Глянь на мене. Годі голову&lt;br /&gt;</w:t>
        <w:br/>
        <w:t>У плащ ховати. Риса благородного —&lt;br /&gt;</w:t>
        <w:br/>
        <w:t>Приймати незворушно, що боги дають.&lt;br /&gt;</w:t>
        <w:br/>
        <w:t>(Відслоняє йому обличчя).&lt;br /&gt;</w:t>
        <w:br/>
        <w:t>ГЕРАКЛ&lt;br /&gt;</w:t>
        <w:br/>
        <w:t>Тесею, бачиш долю діточок моїх?..&lt;br /&gt;</w:t>
        <w:br/>
        <w:t>ТЕСЕЙ&lt;br /&gt;</w:t>
        <w:br/>
        <w:t>Про все я чув, та й бачу, що показуєш. [191]&lt;br /&gt;</w:t>
        <w:br/>
        <w:t>ГЕРАКЛ&lt;br /&gt;</w:t>
        <w:br/>
        <w:t>І сонцю хочеш одслонить лице моє?..&lt;br /&gt;</w:t>
        <w:br/>
        <w:t>ТЕСЕЙ&lt;br /&gt;</w:t>
        <w:br/>
        <w:t>1240] А що ж то? Смертний, оскверниш богів діла?&lt;br /&gt;</w:t>
        <w:br/>
        <w:t>ГЕРАКЛ&lt;br /&gt;</w:t>
        <w:br/>
        <w:t>Тікай, тікай од скверни! Не торкайсь мене!&lt;br /&gt;</w:t>
        <w:br/>
        <w:t>ТЕСЕЙ&lt;br /&gt;</w:t>
        <w:br/>
        <w:t>Якщо про друга йдеться — скверни жодної.&lt;br /&gt;</w:t>
        <w:br/>
        <w:t>ГЕРАКЛ&lt;br /&gt;</w:t>
        <w:br/>
        <w:t>Ну що ж. Я не жалію, що сприяв тобі.&lt;br /&gt;</w:t>
        <w:br/>
        <w:t>ТЕСЕЙ&lt;br /&gt;</w:t>
        <w:br/>
        <w:t>Зберіг я вдячність; отже, співчувать готов.&lt;br /&gt;</w:t>
        <w:br/>
        <w:t>ГЕРАКЛ&lt;br /&gt;</w:t>
        <w:br/>
        <w:t>Чекаю, дітовбивця, слова щирого.&lt;br /&gt;</w:t>
        <w:br/>
        <w:t>ТЕСЕЙ&lt;br /&gt;</w:t>
        <w:br/>
        <w:t>Твоє страждання, жереб твій оплакую.&lt;br /&gt;</w:t>
        <w:br/>
        <w:t>ГЕРАКЛ&lt;br /&gt;</w:t>
        <w:br/>
        <w:t>Стрічавсь тобі хтось інший нещасливіший?&lt;br /&gt;</w:t>
        <w:br/>
        <w:t>ТЕСЕЙ&lt;br /&gt;</w:t>
        <w:br/>
        <w:t>Біда твоя безкрая: до небес сягла.&lt;br /&gt;</w:t>
        <w:br/>
        <w:t>ГЕРАКЛ&lt;br /&gt;</w:t>
        <w:br/>
        <w:t>Тому-то я, мій друже, вмерти вирішив.&lt;br /&gt;</w:t>
        <w:br/>
        <w:t>ТЕСЕЙ&lt;br /&gt;</w:t>
        <w:br/>
        <w:t>1250] І тим богів дійняти сподіваєшся?&lt;br /&gt;</w:t>
        <w:br/>
        <w:t>ГЕРАКЛ&lt;br /&gt;</w:t>
        <w:br/>
        <w:t>Боги — мене забули; я — про них забув.&lt;br /&gt;</w:t>
        <w:br/>
        <w:t>ТЕСЕЙ&lt;br /&gt;</w:t>
        <w:br/>
        <w:t>Гляди, бо за зухвальство ще поплатишся.&lt;br /&gt;</w:t>
        <w:br/>
        <w:t>ГЕРАКЛ&lt;br /&gt;</w:t>
        <w:br/>
        <w:t>Нещастя моє повне; більше — нікуди.&lt;br /&gt;</w:t>
        <w:br/>
        <w:t>ТЕСЕЙ&lt;br /&gt;</w:t>
        <w:br/>
        <w:t>Ну й що, вповитий гнівом, що робитимеш?&lt;br /&gt;</w:t>
        <w:br/>
        <w:t>ГЕРАКЛ&lt;br /&gt;</w:t>
        <w:br/>
        <w:t>Ізнов піду під землю, тільки мертвий вже. [192]&lt;br /&gt;</w:t>
        <w:br/>
        <w:t>ТЕСЕЙ&lt;br /&gt;</w:t>
        <w:br/>
        <w:t>Для цього, друже, не потрібно й розуму.&lt;br /&gt;</w:t>
        <w:br/>
        <w:t>ГЕРАКЛ&lt;br /&gt;</w:t>
        <w:br/>
        <w:t>Повчаєш… Бо нещастя обійшло тебе…&lt;br /&gt;</w:t>
        <w:br/>
        <w:t>ТЕСЕЙ&lt;br /&gt;</w:t>
        <w:br/>
        <w:t>То це Геракл говорить, що намучивсь так?..&lt;br /&gt;</w:t>
        <w:br/>
        <w:t>ГЕРАКЛ&lt;br /&gt;</w:t>
        <w:br/>
        <w:t>Цієї ж муки вже б ніхто не витерпів.&lt;br /&gt;</w:t>
        <w:br/>
        <w:t>ТЕСЕЙ&lt;br /&gt;</w:t>
        <w:br/>
        <w:t>1260] Це друг людей великий, добродійник їх?&lt;br /&gt;</w:t>
        <w:br/>
        <w:t>ГЕРАКЛ&lt;br /&gt;</w:t>
        <w:br/>
        <w:t>А що поможуть люди? Гера верх бере.&lt;br /&gt;</w:t>
        <w:br/>
        <w:t>ТЕСЕЙ&lt;br /&gt;</w:t>
        <w:br/>
        <w:t>Не йди з життя безглуздо. На Елладу зваж!&lt;br /&gt;</w:t>
        <w:br/>
        <w:t>ГЕРАКЛ&lt;br /&gt;</w:t>
        <w:br/>
        <w:t>Послухай, як я легко всі ті заклики&lt;br /&gt;</w:t>
        <w:br/>
        <w:t>Спростую своїм словом — доведу тобі,&lt;br /&gt;</w:t>
        <w:br/>
        <w:t>Що жить не маю права, та й раніш не мав.&lt;br /&gt;</w:t>
        <w:br/>
        <w:t>Насамперед: од батька я народжений,&lt;br /&gt;</w:t>
        <w:br/>
        <w:t>Що, вбивши старця-тестя, не очистившись,&lt;br /&gt;</w:t>
        <w:br/>
        <w:t>У дім привів Алкмену — й сповила мене.&lt;br /&gt;</w:t>
        <w:br/>
        <w:t>Коли ж не так, як треба, рід заснований,&lt;br /&gt;</w:t>
        <w:br/>
        <w:t>1270] То й дітям щастя все життя не бачити.&lt;br /&gt;</w:t>
        <w:br/>
        <w:t>А Зевс — хто б там не був він — породив мене&lt;br /&gt;</w:t>
        <w:br/>
        <w:t>На зло для Гери, тільки ти не гнівайся,&lt;br /&gt;</w:t>
        <w:br/>
        <w:t>Мій батьку сивий: лиш тебе я батьком зву.&lt;br /&gt;</w:t>
        <w:br/>
        <w:t>Наслала ж бо на мене, у колиску ще,&lt;br /&gt;</w:t>
        <w:br/>
        <w:t>Дружина Зевса, Гера, зміїв жадібних,&lt;br /&gt;</w:t>
        <w:br/>
        <w:t>Із поглядом Горгони, щоб загинув я.&lt;br /&gt;</w:t>
        <w:br/>
        <w:t>Коли ж я став дорослим, силу рук відчув,&lt;br /&gt;</w:t>
        <w:br/>
        <w:t>То потрудивсь немало — хто не чув про це?&lt;br /&gt;</w:t>
        <w:br/>
        <w:t>Були і леви, і тритілі велетні —&lt;br /&gt;</w:t>
        <w:br/>
        <w:t>1280] Тіфони, і гіганти, і кентаврів гурт&lt;br /&gt;</w:t>
        <w:br/>
        <w:t>Чотириногих — з ким лиш я не мірявся?&lt;br /&gt;</w:t>
        <w:br/>
        <w:t>І Гідру, що раз по раз свої голови&lt;br /&gt;</w:t>
        <w:br/>
        <w:t>Відрощувала, вклав я, безліч інших ще&lt;br /&gt;</w:t>
        <w:br/>
        <w:t>Трудів звершивши, у підземний світ зійшов&lt;br /&gt;</w:t>
        <w:br/>
        <w:t>З наказу Еврістея: вивів пса звідтіль —&lt;br /&gt;</w:t>
        <w:br/>
        <w:t>Аїдового стража триголового.&lt;br /&gt;</w:t>
        <w:br/>
        <w:t>І врешті — труд останній, найскорботніший:&lt;br /&gt;</w:t>
        <w:br/>
        <w:t>Дітей убив я… Ось вінець страждань моїх.&lt;br /&gt;</w:t>
        <w:br/>
        <w:t>Нема тут ради: в Фівах, дорогих мені,&lt;br /&gt;</w:t>
        <w:br/>
        <w:t>1290] Уже б не зміг я жити: ні то в храм піти, [193]&lt;br /&gt;</w:t>
        <w:br/>
        <w:t>Ні в колі друзів серцем звеселитися —&lt;br /&gt;</w:t>
        <w:br/>
        <w:t>Від себе, вбивці, я б усіх одстрашував.&lt;br /&gt;</w:t>
        <w:br/>
        <w:t>Податись в Аргос? Та кому? Вигнанцеві?&lt;br /&gt;</w:t>
        <w:br/>
        <w:t>А, може, далі, в інший край податися?&lt;br /&gt;</w:t>
        <w:br/>
        <w:t>Та скрізь на мене скоса позиратимуть —&lt;br /&gt;</w:t>
        <w:br/>
        <w:t>Усяк мене впізнає — ще й слівцем кольне:&lt;br /&gt;</w:t>
        <w:br/>
        <w:t>"Чи то не той, син Зевса, що дітей своїх&lt;br /&gt;</w:t>
        <w:br/>
        <w:t>Убив і жінку? Краще б забиравсь відсіль".&lt;br /&gt;</w:t>
        <w:br/>
        <w:t>Хто славу мав щасливця, — переміну той&lt;br /&gt;</w:t>
        <w:br/>
        <w:t>1300] Сприймає важко; хто ж усе життя в біді,&lt;br /&gt;</w:t>
        <w:br/>
        <w:t>То не страждає: з нею споріднився він.&lt;br /&gt;</w:t>
        <w:br/>
        <w:t>Дійду до того, що й земля, озвавшися,&lt;br /&gt;</w:t>
        <w:br/>
        <w:t>Не дасть, щоб я торкнувся, осквернив її,&lt;br /&gt;</w:t>
        <w:br/>
        <w:t>А море — щоб по ньому переправився,&lt;br /&gt;</w:t>
        <w:br/>
        <w:t>Як і всі ріки. Мов той Іксіон колись,&lt;br /&gt;</w:t>
        <w:br/>
        <w:t>До колеса прикутий, вік каратимусь.&lt;br /&gt;</w:t>
        <w:br/>
        <w:t>Найкраще хай не бачать мене елліни,&lt;br /&gt;</w:t>
        <w:br/>
        <w:t>Серед яких, бувало, і мені велось.&lt;br /&gt;</w:t>
        <w:br/>
        <w:t>Та й нащо жити? Що ж то за життя таке —&lt;br /&gt;</w:t>
        <w:br/>
        <w:t>1310] Нікому не потрібне, заплямоване?..&lt;br /&gt;</w:t>
        <w:br/>
        <w:t>То хай же в танець Зевсова дружина йде,&lt;br /&gt;</w:t>
        <w:br/>
        <w:t>Хай б'є Олімп ногою, задоволена:&lt;br /&gt;</w:t>
        <w:br/>
        <w:t>Чого жадала палко, — домоглась того —&lt;br /&gt;</w:t>
        <w:br/>
        <w:t>Вдалось їй мужа, першого з-між еллінів,&lt;br /&gt;</w:t>
        <w:br/>
        <w:t>У прірву кинуть. То таку-от маємо&lt;br /&gt;</w:t>
        <w:br/>
        <w:t>Вшановувать богиню?.. Через ревнощі&lt;br /&gt;</w:t>
        <w:br/>
        <w:t>До Зевса так скарати добродійника&lt;br /&gt;</w:t>
        <w:br/>
        <w:t>Еллади, хоч вини за ним — ніякої!..&lt;br /&gt;</w:t>
        <w:br/>
        <w:t>ТЕСЕЙ&lt;br /&gt;</w:t>
        <w:br/>
        <w:t>Це не хто інший, а дружина Зевсова,&lt;br /&gt;</w:t>
        <w:br/>
        <w:t>1320] Як сам відчув ти, стільки зла вподіяла.&lt;br /&gt;</w:t>
        <w:br/>
        <w:t>Повчати ж легше, ніж самому біль терпіть.&lt;br /&gt;</w:t>
        <w:br/>
        <w:t>Із нас, людей, од долі хто захищений?&lt;br /&gt;</w:t>
        <w:br/>
        <w:t>А хто з богів? (Якщо співцям повіримо).&lt;br /&gt;</w:t>
        <w:br/>
        <w:t>Чи завжди чесне ложе спорідняло їх?&lt;br /&gt;</w:t>
        <w:br/>
        <w:t>Чи син не брав у пута батька рідного,&lt;br /&gt;</w:t>
        <w:br/>
        <w:t>Рвучись до влади? Та ніхто не кинув ще&lt;br /&gt;</w:t>
        <w:br/>
        <w:t>Олімпу: що вчинили,' — те забулося.&lt;br /&gt;</w:t>
        <w:br/>
        <w:t>То чи годиться: поставати смертному&lt;br /&gt;</w:t>
        <w:br/>
        <w:t>Супроти того, з чим безсмертні миряться?&lt;br /&gt;</w:t>
        <w:br/>
        <w:t>1330] Покинь же рідні Фіви, як закон велить, —&lt;br /&gt;</w:t>
        <w:br/>
        <w:t>І в край Паллади ми пліч-о-пліч рушимо.&lt;br /&gt;</w:t>
        <w:br/>
        <w:t>Очистиш руки, вбивством заплямовані, —&lt;br /&gt;</w:t>
        <w:br/>
        <w:t>І дім тобі, й частину свого статку дам,&lt;br /&gt;</w:t>
        <w:br/>
        <w:t>Дари афінян (сім дівчат, сім хлопців я,&lt;br /&gt;</w:t>
        <w:br/>
        <w:t>Бика на Кріті вбивши, врятував для них) —&lt;br /&gt;</w:t>
        <w:br/>
        <w:t>Усім я поділюся. Скрізь у краї тім —&lt;br /&gt;</w:t>
        <w:br/>
        <w:t>Мої угіддя; йменням твоїм названі [194]&lt;br /&gt;</w:t>
        <w:br/>
        <w:t>Вони віднині будуть, поки житимеш,&lt;br /&gt;</w:t>
        <w:br/>
        <w:t>А вже коли поринеш в млу Аїдову, —&lt;br /&gt;</w:t>
        <w:br/>
        <w:t>1340] І вівтарі, й подоби тобі з каменю&lt;br /&gt;</w:t>
        <w:br/>
        <w:t>Афіняни воздвигнуть, шануватимуть.&lt;br /&gt;</w:t>
        <w:br/>
        <w:t>І вславляться, бо славен той між еллінів,&lt;br /&gt;</w:t>
        <w:br/>
        <w:t>Хто допоміг у скруті благородному.&lt;br /&gt;</w:t>
        <w:br/>
        <w:t>І я за порятунок борг сплачу тобі&lt;br /&gt;</w:t>
        <w:br/>
        <w:t>Своєю. — ти ж без друзів нині — дружбою.&lt;br /&gt;</w:t>
        <w:br/>
        <w:t>А втім, богів обранець не лишається&lt;br /&gt;</w:t>
        <w:br/>
        <w:t>Без друзів: божество йому сприятиме.&lt;br /&gt;</w:t>
        <w:br/>
        <w:t>ГЕРАКЛ&lt;br /&gt;</w:t>
        <w:br/>
        <w:t>Слова, та й тільки… Не зарадять лихові.&lt;br /&gt;</w:t>
        <w:br/>
        <w:t>Щодо богів — я певен, що ні в шлюб вони&lt;br /&gt;</w:t>
        <w:br/>
        <w:t>1350] Не входили злочинний, ні кайдани їм&lt;br /&gt;</w:t>
        <w:br/>
        <w:t>Не сковували рухів, ні велителем&lt;br /&gt;</w:t>
        <w:br/>
        <w:t>Ніхто в них не доводивсь один одному,&lt;br /&gt;</w:t>
        <w:br/>
        <w:t>Таж бог не потребує (але справжній бог!)&lt;br /&gt;</w:t>
        <w:br/>
        <w:t>Нікого: все це — небилиці, вигадки.&lt;br /&gt;</w:t>
        <w:br/>
        <w:t>Й тому ще, хоч у горі, я не зважився&lt;br /&gt;</w:t>
        <w:br/>
        <w:t>Піти зі світу, — щоб слабким не видатись.&lt;br /&gt;</w:t>
        <w:br/>
        <w:t>Бо хто із смертних не спромігся встояти&lt;br /&gt;</w:t>
        <w:br/>
        <w:t>Під натиском нещастя, — і в двобої той&lt;br /&gt;</w:t>
        <w:br/>
        <w:t>Відступить, легкодухий, перед ворогом.&lt;br /&gt;</w:t>
        <w:br/>
        <w:t>1360] Хай смерть сама приходить. Я ж іти готов&lt;br /&gt;</w:t>
        <w:br/>
        <w:t>У край твій. Меж немає моїй вдячності.&lt;br /&gt;</w:t>
        <w:br/>
        <w:t>Усе на себе брав я. Не було труда,&lt;br /&gt;</w:t>
        <w:br/>
        <w:t>Якого б я уникнув, і з очей моїх&lt;br /&gt;</w:t>
        <w:br/>
        <w:t>Сльозинка не скрапнула, ба, й не вірилось,&lt;br /&gt;</w:t>
        <w:br/>
        <w:t>Що так ось нині, мов дитя, ридатиму.&lt;br /&gt;</w:t>
        <w:br/>
        <w:t>Коритись долі хоч-не-хоч доводиться…&lt;br /&gt;</w:t>
        <w:br/>
        <w:t>Та годі! Бачиш, батьку, на вигнання йду,&lt;br /&gt;</w:t>
        <w:br/>
        <w:t>Дітей своїх убивця. Мусиш сам тепер&lt;br /&gt;</w:t>
        <w:br/>
        <w:t>Тіла омити слізьми й зодягнути їх&lt;br /&gt;</w:t>
        <w:br/>
        <w:t>1370] (Мені закон боронить); хай при матері&lt;br /&gt;</w:t>
        <w:br/>
        <w:t>Лежать, в її обіймах, це ж сім'я моя,&lt;br /&gt;</w:t>
        <w:br/>
        <w:t>Спільнота безталанна; її сам же звів&lt;br /&gt;</w:t>
        <w:br/>
        <w:t>Із світу мимоволі… Схоронивши їх,&lt;br /&gt;</w:t>
        <w:br/>
        <w:t>Живи у цьому місті. Й хоч нелегко це —&lt;br /&gt;</w:t>
        <w:br/>
        <w:t>Кріпись, щоб міг зі мною мій тягар нести.&lt;br /&gt;</w:t>
        <w:br/>
        <w:t>(Наближається до трупів дітей і Мегари).&lt;br /&gt;</w:t>
        <w:br/>
        <w:t>О, діти! Хто зродив вас, той убив, на жаль!&lt;br /&gt;</w:t>
        <w:br/>
        <w:t>І що ж то вам за користь з перемог моїх,&lt;br /&gt;</w:t>
        <w:br/>
        <w:t>Що я з таким зусиллям здобував для вас&lt;br /&gt;</w:t>
        <w:br/>
        <w:t>Як посаг — чесне ймення, славу батьківську?&lt;br /&gt;</w:t>
        <w:br/>
        <w:t>1380] Й тебе, жоно, убив я… От і дяка вся&lt;br /&gt;</w:t>
        <w:br/>
        <w:t>За ложе, що так вірно зберігала ти&lt;br /&gt;</w:t>
        <w:br/>
        <w:t>Впродовж років, терпляче дім пильнуючи.&lt;br /&gt;</w:t>
        <w:br/>
        <w:t>О горе вам! О горе!.. Горе й вбивцеві [195]&lt;br /&gt;</w:t>
        <w:br/>
        <w:t>Нещасному!.. Од діток, од жони мене&lt;br /&gt;</w:t>
        <w:br/>
        <w:t>Зла доля відриває. Втіхо болісна&lt;br /&gt;</w:t>
        <w:br/>
        <w:t>Останнього цілунку!.. Зброє зрадницька!&lt;br /&gt;</w:t>
        <w:br/>
        <w:t>Чи брати лук, чи кинуть, щоб, торкаючись&lt;br /&gt;</w:t>
        <w:br/>
        <w:t>Раз по раз мого боку, не нагадував:&lt;br /&gt;</w:t>
        <w:br/>
        <w:t>"Це я, твій спільник, що жону й дітей твоїх&lt;br /&gt;</w:t>
        <w:br/>
        <w:t>1390] Життя позбавив". То хіба ж носитиму&lt;br /&gt;</w:t>
        <w:br/>
        <w:t>Його при боці? Нащо? Та чи з тим я йшов&lt;br /&gt;</w:t>
        <w:br/>
        <w:t>На подвиги преславні, щоб, одкинувши&lt;br /&gt;</w:t>
        <w:br/>
        <w:t>Свій лук, ганебно впасти в битві з ворогом?&lt;br /&gt;</w:t>
        <w:br/>
        <w:t>Ну, ні! Хай серцю важко — лук носитиму.&lt;br /&gt;</w:t>
        <w:br/>
        <w:t>Одне прошу, Тесею: супроводь мене&lt;br /&gt;</w:t>
        <w:br/>
        <w:t>До Аргосу — доставить мушу пса туди, —&lt;br /&gt;</w:t>
        <w:br/>
        <w:t>Бо сам із горя знов якусь біду вчиню.&lt;br /&gt;</w:t>
        <w:br/>
        <w:t>О земле Кадма! О громадо Фів усіх!&lt;br /&gt;</w:t>
        <w:br/>
        <w:t>Остригшись, разом плачте, йдіть на похорон&lt;br /&gt;</w:t>
        <w:br/>
        <w:t>1400] Дітей, і скільки є вас — водночас тужіть&lt;br /&gt;</w:t>
        <w:br/>
        <w:t>За мертвими й за мною: всі ми згинули,&lt;br /&gt;</w:t>
        <w:br/>
        <w:t>На всіх звернула Гера свою лють жахну.&lt;br /&gt;</w:t>
        <w:br/>
        <w:t>(Знову сідає на камінь).&lt;br /&gt;</w:t>
        <w:br/>
        <w:t>ТЕСЕЙ&lt;br /&gt;</w:t>
        <w:br/>
        <w:t>Ставай же, нешасливче! Сліз доволі вже!&lt;br /&gt;</w:t>
        <w:br/>
        <w:t>ГЕРАКЛ&lt;br /&gt;</w:t>
        <w:br/>
        <w:t>Звестися годі: мов заціпенів увесь.&lt;br /&gt;</w:t>
        <w:br/>
        <w:t>ТЕСЕЙ&lt;br /&gt;</w:t>
        <w:br/>
        <w:t>Біда й могутніх, бачу, у дугу зігне.&lt;br /&gt;</w:t>
        <w:br/>
        <w:t>ГЕРАКЛ&lt;br /&gt;</w:t>
        <w:br/>
        <w:t>Забути б горе, ставши цим от каменем!..&lt;br /&gt;</w:t>
        <w:br/>
        <w:t>ТЕСЕЙ&lt;br /&gt;</w:t>
        <w:br/>
        <w:t>Ну годі, годі! Дай-но руку другові.&lt;br /&gt;</w:t>
        <w:br/>
        <w:t>ГЕРАКЛ&lt;br /&gt;</w:t>
        <w:br/>
        <w:t>Гляди, щоб кров'ю не сплямив ти одягу.&lt;br /&gt;</w:t>
        <w:br/>
        <w:t>ТЕСЕЙ&lt;br /&gt;</w:t>
        <w:br/>
        <w:t>Об одяг мій їх можеш навіть витерти.&lt;br /&gt;</w:t>
        <w:br/>
        <w:t>ГЕРАКЛ&lt;br /&gt;</w:t>
        <w:br/>
        <w:t>1410] Дітей не маю. Ти мені за сина став.&lt;br /&gt;</w:t>
        <w:br/>
        <w:t>ТЕСЕЙ&lt;br /&gt;</w:t>
        <w:br/>
        <w:t>Візьмись за мою шию, поведу тебе.&lt;br /&gt;</w:t>
        <w:br/>
        <w:t>ГЕРАКЛ&lt;br /&gt;</w:t>
        <w:br/>
        <w:t>Ось пара друзів, та один — знедолений.&lt;br /&gt;</w:t>
        <w:br/>
        <w:t>Такого друга, батьку, мати б кожному! [196]&lt;br /&gt;</w:t>
        <w:br/>
        <w:t>АМФІТРІОН&lt;br /&gt;</w:t>
        <w:br/>
        <w:t>Блаженна та країна, де родивсь такий.&lt;br /&gt;</w:t>
        <w:br/>
        <w:t>ГЕРАКЛ&lt;br /&gt;</w:t>
        <w:br/>
        <w:t>Стривай, Тесею! На дітей ще глянуть дай.&lt;br /&gt;</w:t>
        <w:br/>
        <w:t>ТЕСЕЙ&lt;br /&gt;</w:t>
        <w:br/>
        <w:t>Гадаєш, біль одляже, як оглянешся?&lt;br /&gt;</w:t>
        <w:br/>
        <w:t>ГЕРАКЛ&lt;br /&gt;</w:t>
        <w:br/>
        <w:t>Якби-то!.. Батька-старця пригорну ще раз.&lt;br /&gt;</w:t>
        <w:br/>
        <w:t>АМФІТРІОН&lt;br /&gt;</w:t>
        <w:br/>
        <w:t>І я б хотів припасти до грудей твоїх.&lt;br /&gt;</w:t>
        <w:br/>
        <w:t>(Обнімаються).&lt;br /&gt;</w:t>
        <w:br/>
        <w:t>ТЕСЕЙ&lt;br /&gt;</w:t>
        <w:br/>
        <w:t>Хіба забув ти, друже, всі труди свої?&lt;br /&gt;</w:t>
        <w:br/>
        <w:t>ГЕРАКЛ&lt;br /&gt;</w:t>
        <w:br/>
        <w:t>1420] Але ж із цим, останнім, не зрівняти їх.&lt;br /&gt;</w:t>
        <w:br/>
        <w:t>ТЕСЕЙ&lt;br /&gt;</w:t>
        <w:br/>
        <w:t>До жінки, хоч при людях, не вподібнюйся.&lt;br /&gt;</w:t>
        <w:br/>
        <w:t>ГЕРАКЛ&lt;br /&gt;</w:t>
        <w:br/>
        <w:t>Слабким мене вважаєш? І колись вважав?&lt;br /&gt;</w:t>
        <w:br/>
        <w:t>ТЕСЕЙ&lt;br /&gt;</w:t>
        <w:br/>
        <w:t>Ніколи. Якби й нині ти колишнім був!&lt;br /&gt;</w:t>
        <w:br/>
        <w:t>ГЕРАКЛ&lt;br /&gt;</w:t>
        <w:br/>
        <w:t>А ти яким був у краю безсонячнім?&lt;br /&gt;</w:t>
        <w:br/>
        <w:t>ТЕСЕЙ&lt;br /&gt;</w:t>
        <w:br/>
        <w:t>Там геть був занепав я, нікудишнім став.&lt;br /&gt;</w:t>
        <w:br/>
        <w:t>ГЕРАКЛ&lt;br /&gt;</w:t>
        <w:br/>
        <w:t>Мені ж ось дорікаєш слабодухістю…&lt;br /&gt;</w:t>
        <w:br/>
        <w:t>ТЕСЕЙ&lt;br /&gt;</w:t>
        <w:br/>
        <w:t>Йдемо!&lt;br /&gt;</w:t>
        <w:br/>
        <w:t>ГЕРАКЛ&lt;br /&gt;</w:t>
        <w:br/>
        <w:t>Прощай, мій батьку!&lt;br /&gt;</w:t>
        <w:br/>
        <w:t>АМФІТРІОН&lt;br /&gt;</w:t>
        <w:br/>
        <w:t>Сину, й ти прощай!&lt;br /&gt;</w:t>
        <w:br/>
        <w:t>ГЕРАКЛ&lt;br /&gt;</w:t>
        <w:br/>
        <w:t>Похорони цих діток. [197]&lt;br /&gt;</w:t>
        <w:br/>
        <w:t>АМФІТРІОН&lt;br /&gt;</w:t>
        <w:br/>
        <w:t>Хто ж мене ось-ось?..&lt;br /&gt;</w:t>
        <w:br/>
        <w:t>ГЕРАКЛ&lt;br /&gt;</w:t>
        <w:br/>
        <w:t>Твій син.&lt;br /&gt;</w:t>
        <w:br/>
        <w:t>АМФІТРІОН&lt;br /&gt;</w:t>
        <w:br/>
        <w:t>Коли ж ти прийдеш?&lt;br /&gt;</w:t>
        <w:br/>
        <w:t>ГЕРАКЛ&lt;br /&gt;</w:t>
        <w:br/>
        <w:t>Як оплачеш їх.&lt;br /&gt;</w:t>
        <w:br/>
        <w:t>АМФІТРІОН&lt;br /&gt;</w:t>
        <w:br/>
        <w:t>1430] А далі?&lt;br /&gt;</w:t>
        <w:br/>
        <w:t>ГЕРАКЛ&lt;br /&gt;</w:t>
        <w:br/>
        <w:t>До Афін я заберу тебе.&lt;br /&gt;</w:t>
        <w:br/>
        <w:t>Отож — хоч як це важко — схорони дітей.&lt;br /&gt;</w:t>
        <w:br/>
        <w:t>А я, зганьбивши дім свій, за Тесеєм вслід,&lt;br /&gt;</w:t>
        <w:br/>
        <w:t>Мов корабель без весел, шлях верстатиму.&lt;br /&gt;</w:t>
        <w:br/>
        <w:t>Хто звик могутність і багатство ставити&lt;br /&gt;</w:t>
        <w:br/>
        <w:t>Над побратима-друга — помиляється.&lt;br /&gt;</w:t>
        <w:br/>
        <w:t>ХОР&lt;br /&gt;</w:t>
        <w:br/>
        <w:t>У зажурі відходимо, сльози ллємо,&lt;br /&gt;</w:t>
        <w:br/>
        <w:t>Незрівнянного втративши друга.</w:t>
      </w:r>
    </w:p>
    <w:p>
      <w:r>
        <w:br/>
        <w:t>ПРИМІТКИ&lt;br /&gt;</w:t>
        <w:br/>
        <w:t>1-4 Зевс, за переказом, закохавшись в Алкмену, навідувався до неї в образі її чоловіка Амфітріона; від Зевса й народила вона Геракла, який мав, отже, двох батьків: божественного й земного.&lt;br /&gt;</w:t>
        <w:br/>
        <w:t>[439]&lt;br /&gt;</w:t>
        <w:br/>
        <w:t>5. Земнородних плем'я… — Йдеться про спартів ("посіяних"): міфічний родоначальник фіванців Кадм, убивши дракона, що пильнував джерело на місці майбутніх Фів, посіяв там його зуби; войовничі мужі, що виросли з посіву, звернули зброю один проти одного. П'ятеро з тих, котрі не загинули, стали засновниками п'ятьох знатних родів; серед них — Ехіон, батько Пентея. Від спартів походив і Фіванський володар Креонт, син Менекея, батько Мегари.&lt;br /&gt;</w:t>
        <w:br/>
        <w:t>16. В краю кіклопів… — Первісно містом кіклопів — міфічних велетнів — вважались Мікени; потім, коли Мікени були зруйновані Аргосом, саме це місто стали пов'язувати з легендою про кіклопів.&lt;br /&gt;</w:t>
        <w:br/>
        <w:t>17. Електріон — тірінфський герой, батько Алкмени: його випадково вбив Амфітріон, аза що мусив піти на вигнання. Після цього над Аргосом запанував Еврістей, якому велінням Гери служив Геракл.&lt;br /&gt;</w:t>
        <w:br/>
        <w:t>23. Тенар — південний виступ Пелопоннесу, де, за переказом, в одній із печер був вхід у підземне царство.&lt;br /&gt;</w:t>
        <w:br/>
        <w:t>24…пса тритілого… — тобто Кербера (Цербера), що сторожив вхід до царства померлих.&lt;br /&gt;</w:t>
        <w:br/>
        <w:t>27-34. Фіванський володар Лік та його дружина Дірка (Діркея) переслідували свою небогу Антіону, що була матір'ю двох божественних братів-близнюків Зета й Амфіона. Змужнівши, брати вбили Ліка, а Дірку прив'язали до рогів дикого бика; потім її тіло кинули у річку, що дістала назву Дірка. Цій темі присвячена відома мармурова скульптура (т. зв. "Фарнезький бик"), що зберігається в Неаполі.&lt;br /&gt;</w:t>
        <w:br/>
        <w:t>50. Мінійці — беотійське плем'я з головним містом Орхоменом. Покоривши мінійців, Геракл звільнив Фіви від сплати данини.&lt;br /&gt;</w:t>
        <w:br/>
        <w:t>61. Місто… тафійське… — Острів Тафос (нині Меганіон) з однойменним містом розташований біля берегів Акарнанії, у східній частині Іонійського моря. За переказом, Амфітріон одержав перемогу над тафійцями, відомстивши їхньому володарю Птерелаю за вбитих ним синів Електріона, братів Алкмени.&lt;br /&gt;</w:t>
        <w:br/>
        <w:t>177. До повоза.. — На чорнофігурних вазових малюнках, що представляли гігантомахію (боротьбу богів з гігантами), поряд із Зевсом, який мече з колісниці блискавки, зображували Геракла, що стріляє з лука.&lt;br /&gt;</w:t>
        <w:br/>
        <w:t>181. Кентаврів… в Фолої… — Фолоя — гора в Аркадії, де Геракл отримав перемогу над кентаврами — міфічними істотами у вигляді напівлюдей-напівконей.&lt;br /&gt;</w:t>
        <w:br/>
        <w:t>184. Дірфій — гора на острові Евбея.&lt;br /&gt;</w:t>
        <w:br/>
        <w:t>189-202. Суперечка про те, хто корисніший на війні — важкозбройні (гопліти) чи легкозбройні (пельтасти) воїни, було актуальним під час Пелопоннеської війни.&lt;br /&gt;</w:t>
        <w:br/>
        <w:t>239. Гелікон — гірське пасмо на заході Беотії; Парнас — висока гряда у Центральній Греції.&lt;br /&gt;</w:t>
        <w:br/>
        <w:t>251-252…засіяв… Арес… — Арес вигодував дракона; зуби ж посіяв Кадм (див. прим, до р. 5). Цим відхиленням кадмейці, чий рід пов'язується з Аресом, протиставляється пришельцю Лікові.&lt;br /&gt;</w:t>
        <w:br/>
        <w:t>350. Плектр — паличка, якою вдаряли по струнах.&lt;br /&gt;</w:t>
        <w:br/>
        <w:t>352-432. Хор перераховує подвиги, які звершив Геракл, перебуваючи на службі в Еврістея.&lt;br /&gt;</w:t>
        <w:br/>
        <w:t>359. Зевса гай… — в Немеї (Арголіда) в кипарисовому гаї був храм Зевса.&lt;br /&gt;</w:t>
        <w:br/>
        <w:t>369. Пеней — річка в Фессалії; боротьба з кентаврами відбувається, отже, не в Аркадії, як подано вище (р. 181 наст.), а в Фессалії, де знаходяться також гори Пелій та Гомола.&lt;br /&gt;</w:t>
        <w:br/>
        <w:t>381. Діва Еноатіда — Артеміда, від місцевості Еное (Аттіка), де вона вшановувалась; мова йде про Керинейську лань (від гори Керинея в Аркадії) — міфічну тварину з золотими рогами й мідними копитами.&lt;br /&gt;</w:t>
        <w:br/>
        <w:t>383. Коней Діомеда… — див. прим, до "Алкести", р. 66.&lt;br /&gt;</w:t>
        <w:br/>
        <w:t>391. Гебр — головна річка Фракії (нині Маріца).&lt;br /&gt;</w:t>
        <w:br/>
        <w:t>394. Анавр — річка в Фессалії.&lt;br /&gt;</w:t>
        <w:br/>
        <w:t>396-397. Кікн — син Ареса, розбійник, що підстерігав і вбивав подорожніх у Фессалії. Амфанея — місто в Доріді.&lt;br /&gt;</w:t>
        <w:br/>
        <w:t>400…в саду іесперійськім… — див. прим, до "Гіпполіта", р. 732.&lt;br /&gt;</w:t>
        <w:br/>
        <w:t>405-407. В море ввійшов… — Мова йде про приборкання Гераклом морських чудовищ, зокрема, Трітона, сина Посейдона й Амфітріти: боротьба Геракла з Трітоном була представлена однією із скульптур зруйнованого персами старого храму на Акрополі.&lt;br /&gt;</w:t>
        <w:br/>
        <w:t>[440]&lt;br /&gt;</w:t>
        <w:br/>
        <w:t>412. Атланта оселя… — За переказом, Геракл тримав якийсь час небосхил на своїх плечах замість Атланта.&lt;br /&gt;</w:t>
        <w:br/>
        <w:t>417-418…евксінські хвилі… — тобто Чорне море (див. прим, до "Іфігенії в Авліді", р. 210); Меотіда — Азовське море.&lt;br /&gt;</w:t>
        <w:br/>
        <w:t>423. Донька Ареса — володарка амазонок Антіопа (або Гіпполіта); її чудовий пояс Геракл повинен був здобути для дочки Еврістея.&lt;br /&gt;</w:t>
        <w:br/>
        <w:t>427-429…гідру… Лернейську… спалив… — від міста Лерни (Арголіда), поблизу якого в болоті жила багатоголова змія; щоб зрізані голови в неї знову не відростали, Геракл палив її шию палаючими стовбурами. Трійливою кров'ю гідри Геракл змастив свої стріли.&lt;br /&gt;</w:t>
        <w:br/>
        <w:t>432. Геріон — тритілий велетень, пастух, що жив на крайньому заході; Геракл викрав у нього череду корів, а потім убив його.&lt;br /&gt;</w:t>
        <w:br/>
        <w:t>435. В млу Аїда… рушив… — щоб вивести звідти Кербера.&lt;br /&gt;</w:t>
        <w:br/>
        <w:t>439. Хароц — син Ереба й Ночі, перевізник померлих через підземні ріки у&lt;br /&gt;</w:t>
        <w:br/>
        <w:t>царство Аїда.&lt;br /&gt;</w:t>
        <w:br/>
        <w:t>471. Леласгія — аргоське царство; пеласги (від міфічного родоначальника аргосців) вважались споконвічним населенням Греції.&lt;br /&gt;</w:t>
        <w:br/>
        <w:t>478. Дедала дар обманливий. — Дедал — славетний скульптор та будівничий; палиця названа обманливим даром, бо на цей раз, як думає Мегара, не врятувала Геракла.&lt;br /&gt;</w:t>
        <w:br/>
        <w:t>479. Ехалія — місто, яке стародавні розміщували то у Фессалії, то на Евбеї (див. прим, до "Гіпполіта", р. 546–554).&lt;br /&gt;</w:t>
        <w:br/>
        <w:t>578-579. Ісмен — річка в Беотії, що протікає через Фіви; Діркея (Дірка) — її притока.&lt;br /&gt;</w:t>
        <w:br/>
        <w:t>619…бачив таїнства. — За переказом, Геракл був посвячений в елевсінські містерії (див. прим, до "Гіпполіта", р. 26).&lt;br /&gt;</w:t>
        <w:br/>
        <w:t>621. У місті Герміоні, що поблизу Трезени (Арголіда), вшановувалася дочка Деметри Кора (Персефона).&lt;br /&gt;</w:t>
        <w:br/>
        <w:t>625. Тесея… виводив… — Геракл зійшов у підземне царство, щоб звільнити 'Гесея, якого разом із його другом Пірітоєм тримав у путах бог підземелля Аїд (Гадес).&lt;br /&gt;</w:t>
        <w:br/>
        <w:t>683. Мнемосіна — дочка Урана й Гея, мати дев'яти муз, богиня пам'яті. 686. Бромій (тобто "гримучий") — Вакх (Діоніс); таємний релігійний обряд, оргії, яким його вшановували, супроводжувався звуками флейт та бубнів (тимпанів).&lt;br /&gt;</w:t>
        <w:br/>
        <w:t>691. Делійські діви співатимуть… — Острів Делос в Егейському морі, де, за переказом, дочка титана Кея Лето (Латона) народила від Зевса Аполлона (Феба) та Артеміду, славився вибудуваним для них святилищем.&lt;br /&gt;</w:t>
        <w:br/>
        <w:t>697…лебідь білий. — Вважалось, що лебідь, посвячений Аполлонові птах, наймилозвучніше співає перед смертю ("лебедина пісня").&lt;br /&gt;</w:t>
        <w:br/>
        <w:t>703…потвор жахних… — 3 ім'ям Аполлона пов'язувалися численні подвиги, зокрема, убивство потворного змія Пітона (на честь цієї перемоги встановлено Піфійські ігри та збудовано знаменитий Дельфійський храм (див. також прим, до "Медеї", р. 668).&lt;br /&gt;</w:t>
        <w:br/>
        <w:t>778. Ахеронт — ріка у підземному царстві померлих, взагалі підземний світ.&lt;br /&gt;</w:t>
        <w:br/>
        <w:t>796. Асоп — ріка в Беотії.&lt;br /&gt;</w:t>
        <w:br/>
        <w:t>811. Внучка Персея — Алкмена; її батько Електріон (див. прим, до р. 17) — син Персея.&lt;br /&gt;</w:t>
        <w:br/>
        <w:t>818. Плутон — епітет Аїда.&lt;br /&gt;</w:t>
        <w:br/>
        <w:t>889. Горгони — крилаті страховиська із зміями на голові.&lt;br /&gt;</w:t>
        <w:br/>
        <w:t>899. Тирс — обвита плющем або виноградною лозою палиця з шишкою на кінці, жезл Діоніса — Бромія (див. прим, до р. 686).&lt;br /&gt;</w:t>
        <w:br/>
        <w:t>928…жертву Зевсові… — тобто Зевсові — охоронцеві домашнього вогнища; невід'ємними атрибутами очисного обряду був кошик, у ньому ячмінь та ніж; окрім того, миска з водою та обвуглене поліно з вівтаря, яким скроплювали оселю та присутніх.&lt;br /&gt;</w:t>
        <w:br/>
        <w:t>961…у місті Ніса… — тобто в Мегарах: від Ніса, давнього володаря Мегар, міста на півночі Корінфського перешийка (Істма).&lt;br /&gt;</w:t>
        <w:br/>
        <w:t>993. До… підборіддя ручки тягнучи… — див. прим, до "Медеї", р. 65.&lt;br /&gt;</w:t>
        <w:br/>
        <w:t>1024. Данаєві дочки — п'ятдесят дочок аргоського володаря Даная (див. прим, до "Троянок", р. 182); всі вони, крім однієї, повбивали у шлюбну ніч своїх чоловіків — двоюрідних братів — що змусили їх до шлюбу.&lt;br /&gt;</w:t>
        <w:br/>
        <w:t>[441]&lt;br /&gt;</w:t>
        <w:br/>
        <w:t>1027. Прокна — дружина фракійського царя Терея. Силою оволодівши, сестрою Прокни Філомелою, Терей відрізав їй язика, щоб приховати свій злочин; обидві сестри в помсту вбили Ітіса, сина Терея, за що боги обернули Філомелу в ластівку, Прокну в солов'я, Терея — в одуда.&lt;br /&gt;</w:t>
        <w:br/>
        <w:t>1110. Сісіф — див. прим, до "МедеІ", р. 406.&lt;br /&gt;</w:t>
        <w:br/>
        <w:t>1185. За переказом, першу маслину на Акрополі посадила Афіна, з якою І пов'язана назва головного міста Аттіки.&lt;br /&gt;</w:t>
        <w:br/>
        <w:t>1186…звертання розхвильоване. — Див. прим, до "Гіпполіта", р. 815. 1197…гідри отрутою. — Див. прим, до рр. 427–429.&lt;br /&gt;</w:t>
        <w:br/>
        <w:t>1201…в полі флегрейському. — Боротьба з гігантами (див. прим, до р. 177), за переказом, відбувалась на флегрейській рівнині, що на півострові Паллена (Халкідіка).&lt;br /&gt;</w:t>
        <w:br/>
        <w:t>1267…вбивши старця-тестя… — див. прим, до р. 17.&lt;br /&gt;</w:t>
        <w:br/>
        <w:t>1305. їксіон — володар міфічного гірського племені лапітів у Фессалії; за спробу збезчестити Геру був прикутий у підземеллі до вогненного колеса, яке вічно оберталося.&lt;br /&gt;</w:t>
        <w:br/>
        <w:t>1329…син… батька… — тобто Зевс — Кроноса, сина Урана і Геї.&lt;br /&gt;</w:t>
        <w:br/>
        <w:t>1334…сіле дівчат, сім хлопців… — Таку данину кожні дев'ять років афіняни сплачували людожерному Мінотавру, поки його не вбив Тесей (див. прим, до "Гіпполіта", рр. 337–339).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Геракл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