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Гей, поля, поля зелені...</w:t>
      </w:r>
    </w:p>
    <w:p>
      <w:r>
        <w:br/>
        <w:t xml:space="preserve"> Гей, поля, поля зелені,&lt;br /&gt;</w:t>
        <w:br/>
        <w:t>Зелом-квітом оздоблені!&lt;br /&gt;</w:t>
        <w:br/>
        <w:t>Гей, долини, і балки,&lt;br /&gt;</w:t>
        <w:br/>
        <w:t>І могили, й пагорки!</w:t>
      </w:r>
    </w:p>
    <w:p>
      <w:r>
        <w:br/>
        <w:t>Гей ви, вод потоки чисті!&lt;br /&gt;</w:t>
        <w:br/>
        <w:t>Береги річок трависті!&lt;br /&gt;</w:t>
        <w:br/>
        <w:t>Гей же, кучері які у дібров сих і гайків!</w:t>
      </w:r>
    </w:p>
    <w:p>
      <w:r>
        <w:br/>
        <w:t>Жайворонок над полями,&lt;br /&gt;</w:t>
        <w:br/>
        <w:t>Соловейко над садами,-&lt;br /&gt;</w:t>
        <w:br/>
        <w:t>Той під хмарами дзвенить, сей же на гіллі лящить.</w:t>
      </w:r>
    </w:p>
    <w:p>
      <w:r>
        <w:br/>
        <w:t>А коли зійшла денниця,&lt;br /&gt;</w:t>
        <w:br/>
        <w:t>То прокинулася птиця.&lt;br /&gt;</w:t>
        <w:br/>
        <w:t>Музика звучить навкруг, у повітрі шум і рух!</w:t>
      </w:r>
    </w:p>
    <w:p>
      <w:r>
        <w:br/>
        <w:t>Тільки сонце визирає —&lt;br /&gt;</w:t>
        <w:br/>
        <w:t>Вівчар вівці виганяє,&lt;br /&gt;</w:t>
        <w:br/>
        <w:t>На сопілочку свою котить трелі по гаю.</w:t>
      </w:r>
    </w:p>
    <w:p>
      <w:r>
        <w:br/>
        <w:t>Пропадайте, думи трудні&lt;br /&gt;</w:t>
        <w:br/>
        <w:t>І міста багатолюдні!&lt;br /&gt;</w:t>
        <w:br/>
        <w:t>Я й на хлібові сухім житиму в раю такім.</w:t>
      </w:r>
    </w:p>
    <w:p>
      <w:r>
        <w:br/>
        <w:t>Ах поля, поля зелены,&lt;br /&gt;</w:t>
        <w:br/>
        <w:t>Поля, цветами распещренны!&lt;br /&gt;</w:t>
        <w:br/>
        <w:t>Ах долины, яры,&lt;br /&gt;</w:t>
        <w:br/>
        <w:t>Круглы могилы, бугры!</w:t>
      </w:r>
    </w:p>
    <w:p>
      <w:r>
        <w:br/>
        <w:t>Ах вы, вод потоки чисты!&lt;br /&gt;</w:t>
        <w:br/>
        <w:t>Ах вы, берега трависты!&lt;br /&gt;</w:t>
        <w:br/>
        <w:t>Ах ваши волоса, вы, кудрявые леса!</w:t>
      </w:r>
    </w:p>
    <w:p>
      <w:r>
        <w:br/>
        <w:t>Жайворонок меж полями,&lt;br /&gt;</w:t>
        <w:br/>
        <w:t>Соловейко меж садами;&lt;br /&gt;</w:t>
        <w:br/>
        <w:t>Тот, выспрь летя, сверчит, а сей на ветвах свистит.</w:t>
      </w:r>
    </w:p>
    <w:p>
      <w:r>
        <w:br/>
        <w:t>А когда взойшла денница,&lt;br /&gt;</w:t>
        <w:br/>
        <w:t>Свищет в той час всяка птица,&lt;br /&gt;</w:t>
        <w:br/>
        <w:t>Музыкою воздух растворенный шумит вкруг.</w:t>
      </w:r>
    </w:p>
    <w:p>
      <w:r>
        <w:br/>
        <w:t>Только солнце выникает,&lt;br /&gt;</w:t>
        <w:br/>
        <w:t>Пастух овцы выганяет.&lt;br /&gt;</w:t>
        <w:br/>
        <w:t>И на свою свирель выдает дрожливый трель.</w:t>
      </w:r>
    </w:p>
    <w:p>
      <w:r>
        <w:br/>
        <w:t>Пропадайте, думы трудны,&lt;br /&gt;</w:t>
        <w:br/>
        <w:t>Города премноголюдны!&lt;br /&gt;</w:t>
        <w:br/>
        <w:t>А я с хлеба куском умру на месте таком.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Гей, поля, поля зелені...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