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Газела про темну смерть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:Дніпро,1990.</w:t>
      </w:r>
    </w:p>
    <w:p>
      <w:r>
        <w:br/>
        <w:t>Хотів би я заснути, як засинають яблука,&lt;br /&gt;</w:t>
        <w:br/>
        <w:t>і спати десь далеко від цвинтарного гамору.&lt;br /&gt;</w:t>
        <w:br/>
        <w:t>Хотів би я заснути, як та мала дитина,&lt;br /&gt;</w:t>
        <w:br/>
        <w:t>що в чистім морі мріє собі розкраять серце.</w:t>
      </w:r>
    </w:p>
    <w:p>
      <w:r>
        <w:br/>
        <w:t>Ви тільки не кажіть мені, що мертві не кривавляться,&lt;br /&gt;</w:t>
        <w:br/>
        <w:t>бо рот гниє, а все водиці просить.&lt;br /&gt;</w:t>
        <w:br/>
        <w:t>Навіщо мені знати, як їх мордують трави&lt;br /&gt;</w:t>
        <w:br/>
        <w:t>і місяць із гадючим ротом,&lt;br /&gt;</w:t>
        <w:br/>
        <w:t>що порається перед світом.</w:t>
      </w:r>
    </w:p>
    <w:p>
      <w:r>
        <w:br/>
        <w:t>Хотів би я заснуть на час,&lt;br /&gt;</w:t>
        <w:br/>
        <w:t>на час, на хвильку, на століття,&lt;br /&gt;</w:t>
        <w:br/>
        <w:t>хай знають тільки всі, що я не вмер,&lt;br /&gt;</w:t>
        <w:br/>
        <w:t>що є в моїх устах ще стійло золоте,&lt;br /&gt;</w:t>
        <w:br/>
        <w:t>що я — маленький приятель провесняного леготу&lt;br /&gt;</w:t>
        <w:br/>
        <w:t>і велетенська тінь од власних сліз.</w:t>
      </w:r>
    </w:p>
    <w:p>
      <w:r>
        <w:br/>
        <w:t>Покрий мене над ранок покривалом,&lt;br /&gt;</w:t>
        <w:br/>
        <w:t>хай пригорщами сипле на тіло мурашву;&lt;br /&gt;</w:t>
        <w:br/>
        <w:t>змочи мені взуття твердючою водою,&lt;br /&gt;</w:t>
        <w:br/>
        <w:t>хай клешні скорпіонячі по ній дрібочуть п?ковзом.</w:t>
      </w:r>
    </w:p>
    <w:p>
      <w:r>
        <w:br/>
        <w:t>Бо хочу я заснути, як засинають яблука,&lt;br /&gt;</w:t>
        <w:br/>
        <w:t>навчитися плачу, що від землі очистить,&lt;br /&gt;</w:t>
        <w:br/>
        <w:t>бо хочу бути разом з дитиною сумною,&lt;br /&gt;</w:t>
        <w:br/>
        <w:t>що в чистім морі мріє собі розкраять серце.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Газела про темну смерть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