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Гармидер у школі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Гармидер у школі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