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Гарфа Леілі</w:t>
      </w:r>
    </w:p>
    <w:p>
      <w:r>
        <w:br/>
        <w:t xml:space="preserve"> &lt;p&gt;Далеко-далеко на Сході, в Арабії, жили колись три царі: Мельхіор, Каспар і Вальтасар. Та не тільки царями вони були, але й вельми вченими мудрецями, що вміли читати в зорях і з них провіщати майбутнє.</w:t>
      </w:r>
    </w:p>
    <w:p>
      <w:r>
        <w:br/>
        <w:t>А саме в той час появилася на небі чудна косата зоря, — і з неї виворожили ті мудрі царі, що в Юдеї народилося Дитя, яке стане Месією, Спасителем світу. І ось порішили всі три вибратися з поклоном до Новонародженця.</w:t>
      </w:r>
    </w:p>
    <w:p>
      <w:r>
        <w:br/>
        <w:t>А була в одного з цих царів, у Мельхіора, молода донечка — на ймення Леіля. Гарна вона була, як весняна квітка, здорова, але — німа. Не зроду. Коли їй ішло на шостий рочок, налякалася пустельного лева, що вдерся під мури палацу і пронизливим ревом сіяв пострах довкола. Тоді то Леіля заніміла і стала сумна-пресумна. Бо в неї було багато думок і питань у голівці, багато почувань у серденьку, а не могла їх висловити. Зате вухо стало в неї дуже чутке на всякі звуки. Вона годинами вслюхалася в плюскіт водиці в палацових водограях, у щебетання пташок і шелестіння широколистих високих пальм у батьківських городах.</w:t>
      </w:r>
    </w:p>
    <w:p>
      <w:r>
        <w:br/>
        <w:t>Щоб заспокоїти жадобу звуків Леілі, цар Мельхіор велів зробити для неї малу золотострунну гарфу. І тепер Леіля проводила цілі дні, граючи на своїй гарфі орлиним пером, як це водилося в Арабії.</w:t>
      </w:r>
    </w:p>
    <w:p>
      <w:r>
        <w:br/>
        <w:t>Коли вирішено, що всі три царі виберуться в дорогу до Юдеї, Леіля стала знаками просити батька,. щоб і її взяв з собою.</w:t>
      </w:r>
    </w:p>
    <w:p>
      <w:r>
        <w:br/>
        <w:t>— Хочу теж побачити Новонародженця, малого царевича, — немов говорили її очі й рухи. — Хочу завести Йому теж дарунок від себе.</w:t>
      </w:r>
    </w:p>
    <w:p>
      <w:r>
        <w:br/>
        <w:t>Але ні цар Мельхіор, ні цариця-мати не згодилися на прохання доні. Казали: дорога далека, непевна для старих, а що й говорити про дитину!</w:t>
      </w:r>
    </w:p>
    <w:p>
      <w:r>
        <w:br/>
        <w:t>Тоді Леіля принесла свою золотострунну гарфу і, кладучи її між подорожні батькові клунки, давла зрозуміти, що хоче свою цінну забавку подарувати малому Дитяткові.</w:t>
      </w:r>
    </w:p>
    <w:p>
      <w:r>
        <w:br/>
        <w:t>* * *</w:t>
      </w:r>
    </w:p>
    <w:p>
      <w:r>
        <w:br/>
        <w:t>І вибралися три царі в дорогу. Їхали на верблюдах із численною службою, а везли з собою багаті дари. Золоті прикраси, пахучі кадила арабські і цінне миро, олійки, бальзами. А ясна косата зоря ішла перед ними, показуючи дорогу.</w:t>
      </w:r>
    </w:p>
    <w:p>
      <w:r>
        <w:br/>
        <w:t>Але царі не знали, де саме народився майбутній Месія, тому рішили вступити рагіш до Єрусалиму і в тамтешнього царя Ірода про все розпитати.</w:t>
      </w:r>
    </w:p>
    <w:p>
      <w:r>
        <w:br/>
        <w:t>Ірод збентежився дуже, коли почув про якогось нового царевича. Він же ладив на престіл, по собі, свого сина. Скликав Ірод учених у письмі і священиків та спитав їх, чи справді і де народився новий цар.</w:t>
      </w:r>
    </w:p>
    <w:p>
      <w:r>
        <w:br/>
        <w:t>А вчені духовники відповіли:</w:t>
      </w:r>
    </w:p>
    <w:p>
      <w:r>
        <w:br/>
        <w:t>— Написано в книгах пророків: "І ти, Вифлиєме, не найгірше з міст, бо з тебе вийде князь — пастир народу, а ім'я його Ісус".</w:t>
      </w:r>
    </w:p>
    <w:p>
      <w:r>
        <w:br/>
        <w:t>Налякався Ірод цього віщування, прикликав до себе потайки арабських мудреців і каже до них:</w:t>
      </w:r>
    </w:p>
    <w:p>
      <w:r>
        <w:br/>
        <w:t>Ідіть до Вифлеєму і розвідайте достатньо про того Новонародженця, а повертаючи, вступіть знову до мене з вісткою, щоб і я міг йому поклонитися.</w:t>
      </w:r>
    </w:p>
    <w:p>
      <w:r>
        <w:br/>
        <w:t>І впали мудреці на коліна перед Ісусом і поклонилися Йому. Почули серцем, що хоч роджений в бідності, царем світу стане колись. І зрозуміли теж у покорі, бо їх дари — ніщо для Малого. Золота Йому не треба, бо Його царство не від світу цього, ні пахучих кадил, що ними поганські жерці обкурюють своїх мертвих ідолів, ні дорогих бальзамів.</w:t>
      </w:r>
    </w:p>
    <w:p>
      <w:r>
        <w:br/>
        <w:t>І засумували три мудреці, що вони, хоч багаті володарі, не мають чим обдарувати оцю вбогу Дитину. Та ось пригадав собі цар Мельхіор, що в нього в клунках є ще дарунок Леілі, єдина розрада його каліки-донечки, золотострунна мала гарфа. І приніс її, і поклав, несміливо, в яслах перед Дитятком. А Ісусик ухопив її радісно в руки і доторкнувся струн. І полилася музика, якої не чули ще в своїм житті царі-мудреці, хоч мали на своїх дворах не абияких музик і співаків. А серце царя Мельхіора стрепенулося передчуттям якогось великого щастя.</w:t>
      </w:r>
    </w:p>
    <w:p>
      <w:r>
        <w:br/>
        <w:t>Коли мудреці поверталися вже додому, об'явився їм у сні янгол Божий і остеріг:</w:t>
      </w:r>
    </w:p>
    <w:p>
      <w:r>
        <w:br/>
        <w:t>— Не вступайте до Ірода, бо він недобре задумує на Дитятко. Хоче вбити Його.</w:t>
      </w:r>
    </w:p>
    <w:p>
      <w:r>
        <w:br/>
        <w:t>І поїхали мудреці іншою дорогою, а косата зоря стояла ще довго в небі, їм на втіху, а Іродолві на тривогу.</w:t>
      </w:r>
    </w:p>
    <w:p>
      <w:r>
        <w:br/>
        <w:t>* * *</w:t>
      </w:r>
    </w:p>
    <w:p>
      <w:r>
        <w:br/>
        <w:t>Уже цар Мельхіор доїхав до своєї столиці та увійшов зі слугами на подвір'я палацу, коли це почув дзвінкий дитячий спів у садку:</w:t>
      </w:r>
    </w:p>
    <w:p>
      <w:r>
        <w:br/>
        <w:t>У яслах на сіні</w:t>
      </w:r>
    </w:p>
    <w:p>
      <w:r>
        <w:br/>
        <w:t>Дитя спочиває,</w:t>
      </w:r>
    </w:p>
    <w:p>
      <w:r>
        <w:br/>
        <w:t>А моя гарфа</w:t>
      </w:r>
    </w:p>
    <w:p>
      <w:r>
        <w:br/>
        <w:t>Йому приграває.</w:t>
      </w:r>
    </w:p>
    <w:p>
      <w:r>
        <w:br/>
        <w:t>— Леіля! Невже ж це вона співає? — дивувався цар, хоч давно вже, ще там у вертепі, було в нього передчуття чогось незвичайного, що стріне його дома.</w:t>
      </w:r>
    </w:p>
    <w:p>
      <w:r>
        <w:br/>
        <w:t>— Так, це вона! — підтвердила цариця-мати. І розповіда, що такої і такої днини, о такій і такій годині Леіля несподівано сплеснула в рученята і промовила: "Мамо, говорю!"</w:t>
      </w:r>
    </w:p>
    <w:p>
      <w:r>
        <w:br/>
        <w:t>Тоді цар Мельхіор зміркував, що це сталося саме в той час, коли він вкладав золотострунну Леілину гарфу в руки Ісусикові.</w:t>
      </w:r>
    </w:p>
    <w:p>
      <w:r>
        <w:br/>
        <w:t>І припав до землі, поклонився в сторону Вифлиєму і закликав голосом великим:</w:t>
      </w:r>
    </w:p>
    <w:p>
      <w:r>
        <w:br/>
        <w:t>— Насправді живий Бог там народився!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Гарфа Леілі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