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й птахи</w:t>
      </w:r>
    </w:p>
    <w:p>
      <w:r>
        <w:br/>
        <w:t xml:space="preserve"> &lt;p&gt;Було це за давніх-прадавніх часів. Якось, сидячи на своєму троні на високому Олімпі[1], надумав Зевс настановити царя птахів. Повелів усім, аби прийшли до нього і вибрали з-поміж себе найгарнішого — йому й бути царем.</w:t>
      </w:r>
    </w:p>
    <w:p>
      <w:r>
        <w:br/>
        <w:t>Зачувши це, зраділо птаство, кинулося до річки вмиватися, чепуритися. Всі прагнули постати перед Зевсом якнайгарнішими.</w:t>
      </w:r>
    </w:p>
    <w:p>
      <w:r>
        <w:br/>
        <w:t>Тільки галка спокійно сиділа на дереві. Не метушилася, бо знала — годі їй і думати про царювання. Надто вже вона непоказна. Де вже їй, чорній як сажа, змагатися з тими красенями!</w:t>
      </w:r>
    </w:p>
    <w:p>
      <w:r>
        <w:br/>
        <w:t>А птахи чепурились і чепурились. Ті струшували з себе воду, ті сушилися на сонці по купанні. А дехто мало в'язів собі не поскручував, вискубуючи пір'я, що стовбурчилося. Гамір стояв над річкою, мов на торговищі. Великі й малі, гарні на вроду й геть бридкі — всі готувалися до великого змагання.</w:t>
      </w:r>
    </w:p>
    <w:p>
      <w:r>
        <w:br/>
        <w:t>Галка за всіма спостерігала. Нараз їй спало щось на думку, і вона пожвавішала.</w:t>
      </w:r>
    </w:p>
    <w:p>
      <w:r>
        <w:br/>
        <w:t>— А чом би й мені не спробувати? Ризик — велике діло, може, й осміхнеться мені доля, та й буду царювати я, а ніхто інший.</w:t>
      </w:r>
    </w:p>
    <w:p>
      <w:r>
        <w:br/>
        <w:t>Злетіла вона на берег і почала крадькома, аби ніхто не бачив, збирати різнобарвне пір'я, яке повискубували з себе птахи. А назбиравши, полетіла в гніздо і обтикала себе пір'ям так доладно, що стала справжньою красунею.</w:t>
      </w:r>
    </w:p>
    <w:p>
      <w:r>
        <w:br/>
        <w:t>Взавтра птаство подалося на Олімп. Невдовзі всі постали перед Зевсом, що сидів на троні в товаристві великих і малих богів.</w:t>
      </w:r>
    </w:p>
    <w:p>
      <w:r>
        <w:br/>
        <w:t>Довго роздивлявся Зевс кожного птаха і врешті мовив:</w:t>
      </w:r>
    </w:p>
    <w:p>
      <w:r>
        <w:br/>
        <w:t>— Усі ви гарні, ніде правди діти. Але все ж таки найвродливіша — галка; хай вона й буде за царя.</w:t>
      </w:r>
    </w:p>
    <w:p>
      <w:r>
        <w:br/>
        <w:t>Птахи розгубилися, почувши ті слова, а зозуля прошепотіла на вухо качці:</w:t>
      </w:r>
    </w:p>
    <w:p>
      <w:r>
        <w:br/>
        <w:t>— Відколи це галка стала вродлива? Скільки пам'ятаю, вона завжди була бридка.</w:t>
      </w:r>
    </w:p>
    <w:p>
      <w:r>
        <w:br/>
        <w:t>— Хіба я знаю? — відповіла та.— Я й сама з цього дивуюся. Але глянь-но на неї зараз!</w:t>
      </w:r>
    </w:p>
    <w:p>
      <w:r>
        <w:br/>
        <w:t>Аж тут заговорив павич:</w:t>
      </w:r>
    </w:p>
    <w:p>
      <w:r>
        <w:br/>
        <w:t>— Люди добрі! То ж моє перо в галки у короні!</w:t>
      </w:r>
    </w:p>
    <w:p>
      <w:r>
        <w:br/>
        <w:t>За мить обізвався голуб:</w:t>
      </w:r>
    </w:p>
    <w:p>
      <w:r>
        <w:br/>
        <w:t>— А два білих на крилах — мої! Де вона їх узяла?!</w:t>
      </w:r>
    </w:p>
    <w:p>
      <w:r>
        <w:br/>
        <w:t>— А ото моє! — крикнув бекас.— Галка його в мене поцупила!</w:t>
      </w:r>
    </w:p>
    <w:p>
      <w:r>
        <w:br/>
        <w:t>— А червоне — моє! — озвався одуд.</w:t>
      </w:r>
    </w:p>
    <w:p>
      <w:r>
        <w:br/>
        <w:t>Інші птахи теж пізнали своє пір'я:</w:t>
      </w:r>
    </w:p>
    <w:p>
      <w:r>
        <w:br/>
        <w:t>— Зелене перо на спині — моє!</w:t>
      </w:r>
    </w:p>
    <w:p>
      <w:r>
        <w:br/>
        <w:t>— Блакитний пух на шиї — мій!</w:t>
      </w:r>
    </w:p>
    <w:p>
      <w:r>
        <w:br/>
        <w:t>Гамір стояв над Олімпом. Зевс чекав, поки все стихне. Аж ось одуд підстрибнув і гукнув:</w:t>
      </w:r>
    </w:p>
    <w:p>
      <w:r>
        <w:br/>
        <w:t>— А заберімо кожен своє пір'я! Я перший візьму!</w:t>
      </w:r>
    </w:p>
    <w:p>
      <w:r>
        <w:br/>
        <w:t>І він підскочив до галки та й висмикнув дзьобом червону пір'їну.</w:t>
      </w:r>
    </w:p>
    <w:p>
      <w:r>
        <w:br/>
        <w:t>Так само зробили всі птахи. Підбігали до галки й висмикували своє пір'я, аж поки ошуканка лишилася в своєму.</w:t>
      </w:r>
    </w:p>
    <w:p>
      <w:r>
        <w:br/>
        <w:t>— Так їй і треба,— сказала зозуля качці.— Вбралася, дурна, в чужу одіж і хотіла нас ошукати. Було б їй знати, що брехні не сховаєш. Поглянь, поглянь на неї! Зараз вона ще бридкіша, ніж завжди! Хай тепер з неї сміються. Мені її зовсім не жаль.</w:t>
      </w:r>
    </w:p>
    <w:p>
      <w:r>
        <w:br/>
        <w:t>Дорого обійшлися галці хитрощі. Бо не тільки царя з неї не вийшло, а й стала вона посміховиськом для всього птаства.</w:t>
      </w:r>
    </w:p>
    <w:p>
      <w:r>
        <w:br/>
        <w:t>Отак деякі люди чужими думками заживають собі слави, але незабаром слава та стає їхньою ганьбою.</w:t>
      </w:r>
    </w:p>
    <w:p>
      <w:r>
        <w:br/>
        <w:t>[1] Олімп — найвищий гірський масив у Греції. У давньогрецькій міфології Олімп вважали місцем перебування верховного бога Зевса та інших богів.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й птахи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