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Фрашки</w:t>
      </w:r>
    </w:p>
    <w:p>
      <w:r>
        <w:br/>
        <w:t xml:space="preserve"> Станіслав Єжи Лєц&lt;br /&gt;</w:t>
        <w:br/>
        <w:t>Фрашки</w:t>
      </w:r>
    </w:p>
    <w:p>
      <w:r>
        <w:br/>
        <w:t>Перекладач: Анатолій Глущак</w:t>
      </w:r>
    </w:p>
    <w:p>
      <w:r>
        <w:br/>
        <w:t>Прохання</w:t>
      </w:r>
    </w:p>
    <w:p>
      <w:r>
        <w:br/>
        <w:t>Не вимагайте від зерен&lt;br /&gt;</w:t>
        <w:br/>
        <w:t>Вдячності до жорен.</w:t>
      </w:r>
    </w:p>
    <w:p>
      <w:r>
        <w:br/>
        <w:t>Сучасний синтаксис</w:t>
      </w:r>
    </w:p>
    <w:p>
      <w:r>
        <w:br/>
        <w:t>Хто не має з чим мовчати,&lt;br /&gt;</w:t>
        <w:br/>
        <w:t>Той не має що сказати.</w:t>
      </w:r>
    </w:p>
    <w:p>
      <w:r>
        <w:br/>
        <w:t>Часом</w:t>
      </w:r>
    </w:p>
    <w:p>
      <w:r>
        <w:br/>
        <w:t>Таке з флюгером буває:&lt;br /&gt;</w:t>
        <w:br/>
        <w:t>Він за вітром не встигає.</w:t>
      </w:r>
    </w:p>
    <w:p>
      <w:r>
        <w:br/>
        <w:t>Небезпечний дубль</w:t>
      </w:r>
    </w:p>
    <w:p>
      <w:r>
        <w:br/>
        <w:t>Люди успіхи дублюють необачно:&lt;br /&gt;</w:t>
        <w:br/>
        <w:t>Мав становище значне,&lt;br /&gt;</w:t>
        <w:br/>
        <w:t>А тепер — двозначне.</w:t>
      </w:r>
    </w:p>
    <w:p>
      <w:r>
        <w:br/>
        <w:t>Заклик обережного</w:t>
      </w:r>
    </w:p>
    <w:p>
      <w:r>
        <w:br/>
        <w:t>Палімо лихо!&lt;br /&gt;</w:t>
        <w:br/>
        <w:t>Але — тихо.</w:t>
      </w:r>
    </w:p>
    <w:p>
      <w:r>
        <w:br/>
        <w:t>Професійна таємниця</w:t>
      </w:r>
    </w:p>
    <w:p>
      <w:r>
        <w:br/>
        <w:t>Не видасть,&lt;br /&gt;</w:t>
        <w:br/>
        <w:t>звідки&lt;br /&gt;</w:t>
        <w:br/>
        <w:t>Дістав роги дідько.</w:t>
      </w:r>
    </w:p>
    <w:p>
      <w:r>
        <w:br/>
        <w:t>Виховання</w:t>
      </w:r>
    </w:p>
    <w:p>
      <w:r>
        <w:br/>
        <w:t>Жоден вам не скаже звір,&lt;br /&gt;</w:t>
        <w:br/>
        <w:t>Де живе мастак-кушнір.</w:t>
      </w:r>
    </w:p>
    <w:p>
      <w:r>
        <w:br/>
        <w:t>SOS</w:t>
      </w:r>
    </w:p>
    <w:p>
      <w:r>
        <w:br/>
        <w:t>"Рятуйте наші душі" —&lt;br /&gt;</w:t>
        <w:br/>
        <w:t>Про тіла нагадувать не мушу.</w:t>
      </w:r>
    </w:p>
    <w:p>
      <w:r>
        <w:br/>
        <w:t>Даруйте йому</w:t>
      </w:r>
    </w:p>
    <w:p>
      <w:r>
        <w:br/>
        <w:t>Він представник старої школи:&lt;br /&gt;</w:t>
        <w:br/>
        <w:t>Плати за підлість не візьме ніколи.</w:t>
      </w:r>
    </w:p>
    <w:p>
      <w:r>
        <w:br/>
        <w:t>Анонімові</w:t>
      </w:r>
    </w:p>
    <w:p>
      <w:r>
        <w:br/>
        <w:t>Супернику бравий,&lt;br /&gt;</w:t>
        <w:br/>
        <w:t>Скажи: ти хто?&lt;br /&gt;</w:t>
        <w:br/>
        <w:t>Відкрий забрало —&lt;br /&gt;</w:t>
        <w:br/>
        <w:t>Чийсь фіговий листок.</w:t>
      </w:r>
    </w:p>
    <w:p>
      <w:r>
        <w:br/>
        <w:t>Міра величі</w:t>
      </w:r>
    </w:p>
    <w:p>
      <w:r>
        <w:br/>
        <w:t>Справжнім богатирям&lt;br /&gt;</w:t>
        <w:br/>
        <w:t>Пам'ятники муляють тут і там.</w:t>
      </w:r>
    </w:p>
    <w:p>
      <w:r>
        <w:br/>
        <w:t>Порада</w:t>
      </w:r>
    </w:p>
    <w:p>
      <w:r>
        <w:br/>
        <w:t>Не давай катюзі&lt;br /&gt;</w:t>
        <w:br/>
        <w:t>Краватку зав'язать на вузол.</w:t>
      </w:r>
    </w:p>
    <w:p>
      <w:r>
        <w:br/>
        <w:t>Тренуйте дикцію або слух</w:t>
      </w:r>
    </w:p>
    <w:p>
      <w:r>
        <w:br/>
        <w:t>Сказали: "Мариш".&lt;br /&gt;</w:t>
        <w:br/>
        <w:t>Почулось: "Маєш".</w:t>
      </w:r>
    </w:p>
    <w:p>
      <w:r>
        <w:br/>
        <w:t>І навпаки</w:t>
      </w:r>
    </w:p>
    <w:p>
      <w:r>
        <w:br/>
        <w:t>Якщо твердиш, що мораль в ідеалі, —&lt;br /&gt;</w:t>
        <w:br/>
        <w:t>не шукай ідеалу в моралі.</w:t>
      </w:r>
    </w:p>
    <w:p>
      <w:r>
        <w:br/>
        <w:t>Порада</w:t>
      </w:r>
    </w:p>
    <w:p>
      <w:r>
        <w:br/>
        <w:t>Піднявши забрало, іди на бій,&lt;br /&gt;</w:t>
        <w:br/>
        <w:t>бо плюнути часом доведеться тобі.</w:t>
      </w:r>
    </w:p>
    <w:p>
      <w:r>
        <w:br/>
        <w:t>Давнє</w:t>
      </w:r>
    </w:p>
    <w:p>
      <w:r>
        <w:br/>
        <w:t>Найгарніше співають "Осанна!",&lt;br /&gt;</w:t>
        <w:br/>
        <w:t>коли сиплеться в рот манна.</w:t>
      </w:r>
    </w:p>
    <w:p>
      <w:r>
        <w:br/>
        <w:t>Скільки?..</w:t>
      </w:r>
    </w:p>
    <w:p>
      <w:r>
        <w:br/>
        <w:t>Скільки бачив Прометеїв у покуті:&lt;br /&gt;</w:t>
        <w:br/>
        <w:t>тіла були вільні, а душі — прикуті.</w:t>
      </w:r>
    </w:p>
    <w:p>
      <w:r>
        <w:br/>
        <w:t>Магістра віте</w:t>
      </w:r>
    </w:p>
    <w:p>
      <w:r>
        <w:br/>
        <w:t>То наука вже не нова:&lt;br /&gt;</w:t>
        <w:br/>
        <w:t>Свій клопіт зникає,&lt;br /&gt;</w:t>
        <w:br/>
        <w:t>якщо полетіла чужа голова.</w:t>
      </w:r>
    </w:p>
    <w:p>
      <w:r>
        <w:br/>
        <w:t>Про гріхи</w:t>
      </w:r>
    </w:p>
    <w:p>
      <w:r>
        <w:br/>
        <w:t>Найстрашніший отой гріх,&lt;br /&gt;</w:t>
        <w:br/>
        <w:t>що не приносить утіх.</w:t>
      </w:r>
    </w:p>
    <w:p>
      <w:r>
        <w:br/>
        <w:t>Без назви</w:t>
      </w:r>
    </w:p>
    <w:p>
      <w:r>
        <w:br/>
        <w:t>Шуміла лава: "Panta rei!" —&lt;br /&gt;</w:t>
        <w:br/>
        <w:t>вже заливаючи Помпеї.</w:t>
      </w:r>
    </w:p>
    <w:p>
      <w:r>
        <w:br/>
        <w:t>Фрашка скептична</w:t>
      </w:r>
    </w:p>
    <w:p>
      <w:r>
        <w:br/>
        <w:t>Це не жарти:&lt;br /&gt;</w:t>
        <w:br/>
        <w:t>чорт дідька вартий...</w:t>
      </w:r>
    </w:p>
    <w:p>
      <w:r>
        <w:br/>
        <w:t>Пора...</w:t>
      </w:r>
    </w:p>
    <w:p>
      <w:r>
        <w:br/>
        <w:t>Багатьом метеоритам&lt;br /&gt;</w:t>
        <w:br/>
        <w:t>Нагадати б: "Час горіти!"</w:t>
      </w:r>
    </w:p>
    <w:p>
      <w:r>
        <w:br/>
        <w:t>Щирість</w:t>
      </w:r>
    </w:p>
    <w:p>
      <w:r>
        <w:br/>
        <w:t>Двічі по два — чотири,&lt;br /&gt;</w:t>
        <w:br/>
        <w:t>Коли людина надміру щира.</w:t>
      </w:r>
    </w:p>
    <w:p>
      <w:r>
        <w:br/>
        <w:t>Звичайний випадок</w:t>
      </w:r>
    </w:p>
    <w:p>
      <w:r>
        <w:br/>
        <w:t>Перед негативом і позитивом&lt;br /&gt;</w:t>
        <w:br/>
        <w:t>Стояли дві альтернативи.&lt;br /&gt;</w:t>
        <w:br/>
        <w:t>Відтак прийшли два примітиви&lt;br /&gt;</w:t>
        <w:br/>
        <w:t>Й відбили обидві альтернативи.</w:t>
      </w:r>
    </w:p>
    <w:p>
      <w:r>
        <w:br/>
        <w:t>Інфляція спогадів</w:t>
      </w:r>
    </w:p>
    <w:p>
      <w:r>
        <w:br/>
        <w:t>Переглядав тексти,&lt;br /&gt;</w:t>
        <w:br/>
        <w:t>А також ілюстрації.&lt;br /&gt;</w:t>
        <w:br/>
        <w:t>Хіба це спогади?&lt;br /&gt;</w:t>
        <w:br/>
        <w:t>Справжня ексгумація.</w:t>
      </w:r>
    </w:p>
    <w:p>
      <w:r>
        <w:br/>
        <w:t>Про вади</w:t>
      </w:r>
    </w:p>
    <w:p>
      <w:r>
        <w:br/>
        <w:t>Не кожна вада людині&lt;br /&gt;</w:t>
        <w:br/>
        <w:t>Потрібна щогодини.</w:t>
      </w:r>
    </w:p>
    <w:p>
      <w:r>
        <w:br/>
        <w:t>Куди ведуть дороги?</w:t>
      </w:r>
    </w:p>
    <w:p>
      <w:r>
        <w:br/>
        <w:t>Більше Римів,&lt;br /&gt;</w:t>
        <w:br/>
        <w:t>Аніж пілігримів.</w:t>
      </w:r>
    </w:p>
    <w:p>
      <w:r>
        <w:br/>
        <w:t>Вершина</w:t>
      </w:r>
    </w:p>
    <w:p>
      <w:r>
        <w:br/>
        <w:t>Для нього апогей —&lt;br /&gt;</w:t>
        <w:br/>
        <w:t>Музей.</w:t>
      </w:r>
    </w:p>
    <w:p>
      <w:r>
        <w:br/>
        <w:t>Запізніла інформація</w:t>
      </w:r>
    </w:p>
    <w:p>
      <w:r>
        <w:br/>
        <w:t>На світі білому по-різному буває...&lt;br /&gt;</w:t>
        <w:br/>
        <w:t>Чи це вже кожен знає?</w:t>
      </w:r>
    </w:p>
    <w:p>
      <w:r>
        <w:br/>
        <w:t>Приклад згори</w:t>
      </w:r>
    </w:p>
    <w:p>
      <w:r>
        <w:br/>
        <w:t>І на небі&lt;br /&gt;</w:t>
        <w:br/>
        <w:t>Вимагають пошани до себе.</w:t>
      </w:r>
    </w:p>
    <w:p>
      <w:r>
        <w:br/>
        <w:t>Раж</w:t>
      </w:r>
    </w:p>
    <w:p>
      <w:r>
        <w:br/>
        <w:t>Часом не помічає маестро,&lt;br /&gt;</w:t>
        <w:br/>
        <w:t>Що вже давно нема оркестру.</w:t>
      </w:r>
    </w:p>
    <w:p>
      <w:r>
        <w:br/>
        <w:t>Відповідь Гамлетові</w:t>
      </w:r>
    </w:p>
    <w:p>
      <w:r>
        <w:br/>
        <w:t>— Бути чи не бути?&lt;br /&gt;</w:t>
        <w:br/>
        <w:t>— Перебути!</w:t>
      </w:r>
    </w:p>
    <w:p>
      <w:r>
        <w:br/>
        <w:t>Фонетичне</w:t>
      </w:r>
    </w:p>
    <w:p>
      <w:r>
        <w:br/>
        <w:t>Того підведе вимова,&lt;br /&gt;</w:t>
        <w:br/>
        <w:t>Хто не знає ціни слова.</w:t>
      </w:r>
    </w:p>
    <w:p>
      <w:r>
        <w:br/>
        <w:t>Про Данта</w:t>
      </w:r>
    </w:p>
    <w:p>
      <w:r>
        <w:br/>
        <w:t>Не захоплюйтеся Дантом:&lt;br /&gt;</w:t>
        <w:br/>
        <w:t>В справах пекла&lt;br /&gt;</w:t>
        <w:br/>
        <w:t>Він був дилетантом.</w:t>
      </w:r>
    </w:p>
    <w:p>
      <w:r>
        <w:br/>
        <w:t>Епітафія</w:t>
      </w:r>
    </w:p>
    <w:p>
      <w:r>
        <w:br/>
        <w:t>На його могилі написати треба:&lt;br /&gt;</w:t>
        <w:br/>
        <w:t>"Шукач правди. Але не про себе".</w:t>
      </w:r>
    </w:p>
    <w:p>
      <w:r>
        <w:br/>
        <w:t>Бувало...</w:t>
      </w:r>
    </w:p>
    <w:p>
      <w:r>
        <w:br/>
        <w:t>Бувало так уже нерідко,&lt;br /&gt;</w:t>
        <w:br/>
        <w:t>Що наспівав птах собі клітку.</w:t>
      </w:r>
    </w:p>
    <w:p>
      <w:r>
        <w:br/>
        <w:t>Міркування</w:t>
      </w:r>
    </w:p>
    <w:p>
      <w:r>
        <w:br/>
        <w:t>Чи варт нацьковувать собак.&lt;br /&gt;</w:t>
        <w:br/>
        <w:t>Коли загризти можна й так!</w:t>
      </w:r>
    </w:p>
    <w:p>
      <w:r>
        <w:br/>
        <w:t>Спосіб торування</w:t>
      </w:r>
    </w:p>
    <w:p>
      <w:r>
        <w:br/>
        <w:t>Колоди кидаючи&lt;br /&gt;</w:t>
        <w:br/>
        <w:t>Першопрохідникам під ноги,&lt;br /&gt;</w:t>
        <w:br/>
        <w:t>Торують послідовникам дороги.</w:t>
      </w:r>
    </w:p>
    <w:p>
      <w:r>
        <w:br/>
        <w:t>Отаке</w:t>
      </w:r>
    </w:p>
    <w:p>
      <w:r>
        <w:br/>
        <w:t>Живемо один лиш раз:&lt;br /&gt;</w:t>
        <w:br/>
        <w:t>Не стає на більше нас.</w:t>
      </w:r>
    </w:p>
    <w:p>
      <w:r>
        <w:br/>
        <w:t>Вказівка для туристів</w:t>
      </w:r>
    </w:p>
    <w:p>
      <w:r>
        <w:br/>
        <w:t>Не завше рай,&lt;br /&gt;</w:t>
        <w:br/>
        <w:t>Де всюди "най..."</w:t>
      </w:r>
    </w:p>
    <w:p>
      <w:r>
        <w:br/>
        <w:t>Взаємні послуги</w:t>
      </w:r>
    </w:p>
    <w:p>
      <w:r>
        <w:br/>
        <w:t>Ситуація створює рацію.&lt;br /&gt;</w:t>
        <w:br/>
        <w:t>Вдячна рація — ситуацію.</w:t>
      </w:r>
    </w:p>
    <w:p>
      <w:r>
        <w:br/>
        <w:t>Запитання</w:t>
      </w:r>
    </w:p>
    <w:p>
      <w:r>
        <w:br/>
        <w:t>Чи існувала коли каста,&lt;br /&gt;</w:t>
        <w:br/>
        <w:t>Яка б собі сказала: "Баста!"?</w:t>
      </w:r>
    </w:p>
    <w:p>
      <w:r>
        <w:br/>
        <w:t>Тара</w:t>
      </w:r>
    </w:p>
    <w:p>
      <w:r>
        <w:br/>
        <w:t>І на терезах Феміди вирішує тара:&lt;br /&gt;</w:t>
        <w:br/>
        <w:t>Що буде важче — провина чи кара.</w:t>
      </w:r>
    </w:p>
    <w:p>
      <w:r>
        <w:br/>
        <w:t>Крила</w:t>
      </w:r>
    </w:p>
    <w:p>
      <w:r>
        <w:br/>
        <w:t>Часом крила ангелів-охоронців&lt;br /&gt;</w:t>
        <w:br/>
        <w:t>Заступають людям сонце.</w:t>
      </w:r>
    </w:p>
    <w:p>
      <w:r>
        <w:br/>
        <w:t>Про...</w:t>
      </w:r>
    </w:p>
    <w:p>
      <w:r>
        <w:br/>
        <w:t>Думка має тіло —&lt;br /&gt;</w:t>
        <w:br/>
        <w:t>Аби їй боліло.</w:t>
      </w:r>
    </w:p>
    <w:p>
      <w:r>
        <w:br/>
        <w:t>Вказуючи пальцем</w:t>
      </w:r>
    </w:p>
    <w:p>
      <w:r>
        <w:br/>
        <w:t>Амуре, ти варвар: хіба ж так можна —&lt;br /&gt;</w:t>
        <w:br/>
        <w:t>Вирізувати ім'я на корі мозку?</w:t>
      </w:r>
    </w:p>
    <w:p>
      <w:r>
        <w:br/>
        <w:t>Несподіване</w:t>
      </w:r>
    </w:p>
    <w:p>
      <w:r>
        <w:br/>
        <w:t>Земле, чи буде на небі&lt;br /&gt;</w:t>
        <w:br/>
        <w:t>Дірка без тебе?</w:t>
      </w:r>
    </w:p>
    <w:p>
      <w:r>
        <w:br/>
        <w:t>Прогноз</w:t>
      </w:r>
    </w:p>
    <w:p>
      <w:r>
        <w:br/>
        <w:t>З хаосу світ узяв початок.&lt;br /&gt;</w:t>
        <w:br/>
        <w:t>Докінчить же його порядок.</w:t>
      </w:r>
    </w:p>
    <w:p>
      <w:r>
        <w:br/>
        <w:t>Здивування</w:t>
      </w:r>
    </w:p>
    <w:p>
      <w:r>
        <w:br/>
        <w:t>Дивуюсь я нерідко:&lt;br /&gt;</w:t>
        <w:br/>
        <w:t>Як дух іде поганий, —&lt;br /&gt;</w:t>
        <w:br/>
        <w:t>Куди? — ніхто не гляне,&lt;br /&gt;</w:t>
        <w:br/>
        <w:t>Питає кожен: "Звідки?"</w:t>
      </w:r>
    </w:p>
    <w:p>
      <w:r>
        <w:br/>
        <w:t>Про нагороди</w:t>
      </w:r>
    </w:p>
    <w:p>
      <w:r>
        <w:br/>
        <w:t>Невміло інколи&lt;br /&gt;</w:t>
        <w:br/>
        <w:t>Пришпилюють медалі,&lt;br /&gt;</w:t>
        <w:br/>
        <w:t>Бо серце декому&lt;br /&gt;</w:t>
        <w:br/>
        <w:t>Болить надалі.</w:t>
      </w:r>
    </w:p>
    <w:p>
      <w:r>
        <w:br/>
        <w:t>Пафос</w:t>
      </w:r>
    </w:p>
    <w:p>
      <w:r>
        <w:br/>
        <w:t>"Хоч зі щитом, хоч на щиті" —&lt;br /&gt;</w:t>
        <w:br/>
        <w:t>Такий девіз мав тиловик в житті.</w:t>
      </w:r>
    </w:p>
    <w:p>
      <w:r>
        <w:br/>
        <w:t>Зітхання</w:t>
      </w:r>
    </w:p>
    <w:p>
      <w:r>
        <w:br/>
        <w:t>З полегшенням зітхнула етика:&lt;br /&gt;</w:t>
        <w:br/>
        <w:t>"Мій керівник віднині — кібернетика".</w:t>
      </w:r>
    </w:p>
    <w:p>
      <w:r>
        <w:br/>
        <w:t>Туга за людьми</w:t>
      </w:r>
    </w:p>
    <w:p>
      <w:r>
        <w:br/>
        <w:t>"Хочу бути серед людей!"&lt;br /&gt;</w:t>
        <w:br/>
        <w:t>Але навколо&lt;br /&gt;</w:t>
        <w:br/>
        <w:t>Зведу стіну&lt;br /&gt;</w:t>
        <w:br/>
        <w:t>Частоколу.</w:t>
      </w:r>
    </w:p>
    <w:p>
      <w:r>
        <w:br/>
        <w:t>Сповіщення фінансової інспекції</w:t>
      </w:r>
    </w:p>
    <w:p>
      <w:r>
        <w:br/>
        <w:t>Живе з аренди&lt;br /&gt;</w:t>
        <w:br/>
        <w:t>легенди.</w:t>
      </w:r>
    </w:p>
    <w:p>
      <w:r>
        <w:br/>
        <w:t>Якби...</w:t>
      </w:r>
    </w:p>
    <w:p>
      <w:r>
        <w:br/>
        <w:t>Якби ж могли прапрапраправнуки&lt;br /&gt;</w:t>
        <w:br/>
        <w:t>взяти прапрапрапрадідів до науки!</w:t>
      </w:r>
    </w:p>
    <w:p>
      <w:r>
        <w:br/>
        <w:t>Звертаю увагу</w:t>
      </w:r>
    </w:p>
    <w:p>
      <w:r>
        <w:br/>
        <w:t>Per aspera ad astra&lt;br /&gt;</w:t>
        <w:br/>
        <w:t>не сягнеш без пластиру.</w:t>
      </w:r>
    </w:p>
    <w:p>
      <w:r>
        <w:br/>
        <w:t>Лірична фрашка</w:t>
      </w:r>
    </w:p>
    <w:p>
      <w:r>
        <w:br/>
        <w:t>Сидів з нею лице в лице —&lt;br /&gt;</w:t>
        <w:br/>
        <w:t>коли оце...</w:t>
      </w:r>
    </w:p>
    <w:p>
      <w:r>
        <w:br/>
        <w:t>Дивний клімат</w:t>
      </w:r>
    </w:p>
    <w:p>
      <w:r>
        <w:br/>
        <w:t>Температура нижче зера,&lt;br /&gt;</w:t>
        <w:br/>
        <w:t>але задушна атмосфера.</w:t>
      </w:r>
    </w:p>
    <w:p>
      <w:r>
        <w:br/>
        <w:t>Життєвий інстинкт</w:t>
      </w:r>
    </w:p>
    <w:p>
      <w:r>
        <w:br/>
        <w:t>Щоб не втопитись, глибина&lt;br /&gt;</w:t>
        <w:br/>
        <w:t>Пливе туди, де мілина.</w:t>
      </w:r>
    </w:p>
    <w:p>
      <w:r>
        <w:br/>
        <w:t>Ціна свободи</w:t>
      </w:r>
    </w:p>
    <w:p>
      <w:r>
        <w:br/>
        <w:t>Або ридван,&lt;br /&gt;</w:t>
        <w:br/>
        <w:t>або вігвам.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