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Фрагменти з "Фауста"</w:t>
      </w:r>
    </w:p>
    <w:p>
      <w:r>
        <w:br/>
        <w:t xml:space="preserve"> Йоганн Вольфганг Гете&lt;br /&gt;</w:t>
        <w:br/>
        <w:t>Фрагменти з "ФАУСТА"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Присвята</w:t>
      </w:r>
    </w:p>
    <w:p>
      <w:r>
        <w:br/>
        <w:t>Знов близитесь ви, постаті туманні,&lt;br /&gt;</w:t>
        <w:br/>
        <w:t>Що вже мені з'являлися колись.&lt;br /&gt;</w:t>
        <w:br/>
        <w:t>Чи вдержу вас? Чи знову тій омані&lt;br /&gt;</w:t>
        <w:br/>
        <w:t>Мої чуття прихильно піддались?&lt;br /&gt;</w:t>
        <w:br/>
        <w:t>Ви ринете! Пануйте ж, нестриманні,&lt;br /&gt;</w:t>
        <w:br/>
        <w:t>Коли вже ви так владно піднялись;&lt;br /&gt;</w:t>
        <w:br/>
        <w:t>Моя душа бентежно молодіє,&lt;br /&gt;</w:t>
        <w:br/>
        <w:t>Коли від вас чудовний дух повіє.</w:t>
      </w:r>
    </w:p>
    <w:p>
      <w:r>
        <w:br/>
        <w:t>Ви принесли веселих днів картини&lt;br /&gt;</w:t>
        <w:br/>
        <w:t>I образів навіки любих рій;&lt;br /&gt;</w:t>
        <w:br/>
        <w:t>I першого кохання, й дружби тіні&lt;br /&gt;</w:t>
        <w:br/>
        <w:t>Встають, немов у казці прастарій.&lt;br /&gt;</w:t>
        <w:br/>
        <w:t>Згадалися життя зигзаги звинні,&lt;br /&gt;</w:t>
        <w:br/>
        <w:t>Минулий жаль, і втрати біль гіркий,&lt;br /&gt;</w:t>
        <w:br/>
        <w:t>I ймення тих, що їх зрадлива доля&lt;br /&gt;</w:t>
        <w:br/>
        <w:t>В цвіту стяла, мов квіти серед поля...</w:t>
      </w:r>
    </w:p>
    <w:p>
      <w:r>
        <w:br/>
        <w:t>Пісень моїх не чують ніжні душі,&lt;br /&gt;</w:t>
        <w:br/>
        <w:t>Що слухали пісні юнацьких днів;&lt;br /&gt;</w:t>
        <w:br/>
        <w:t>Розвіялись бесіди наші дружі,&lt;br /&gt;</w:t>
        <w:br/>
        <w:t>Їх відгомін давно вже відбринів.&lt;br /&gt;</w:t>
        <w:br/>
        <w:t>Кругом чужі, хоч, може, й не байдужі,&lt;br /&gt;</w:t>
        <w:br/>
        <w:t>Та їх хвала не радує чуттів;&lt;br /&gt;</w:t>
        <w:br/>
        <w:t>А ті, що їх, мов рідні, привітають,-&lt;br /&gt;</w:t>
        <w:br/>
        <w:t>Розкидані, десь по світах блукають.</w:t>
      </w:r>
    </w:p>
    <w:p>
      <w:r>
        <w:br/>
        <w:t>I знов мене привиддя полонили,&lt;br /&gt;</w:t>
        <w:br/>
        <w:t>Неначе звуть в мовчазне царство сна.&lt;br /&gt;</w:t>
        <w:br/>
        <w:t>Колишній спів мій, майже занімілий,&lt;br /&gt;</w:t>
        <w:br/>
        <w:t>Лунає знов, мов арфа чарівна;&lt;br /&gt;</w:t>
        <w:br/>
        <w:t>Я стрепенувсь, і сльози забриніли,&lt;br /&gt;</w:t>
        <w:br/>
        <w:t>I серце враз відтало аж до дна...&lt;br /&gt;</w:t>
        <w:br/>
        <w:t>Теперішнє здалека ледве мріє,&lt;br /&gt;</w:t>
        <w:br/>
        <w:t>А що пройшло — ізнов живе і діє.</w:t>
      </w:r>
    </w:p>
    <w:p>
      <w:r>
        <w:br/>
        <w:t>Перший монолог Фауста</w:t>
      </w:r>
    </w:p>
    <w:p>
      <w:r>
        <w:br/>
        <w:t>У філософію я вник,&lt;br /&gt;</w:t>
        <w:br/>
        <w:t>До краю всіх наук дійшов —&lt;br /&gt;</w:t>
        <w:br/>
        <w:t>Уже я й лікар, і правнuк,&lt;br /&gt;</w:t>
        <w:br/>
        <w:t>I, на нещастя, богослов...&lt;br /&gt;</w:t>
        <w:br/>
        <w:t>Ну і до чого ж я довчивсь?&lt;br /&gt;</w:t>
        <w:br/>
        <w:t>Як дурнем був, так і лишивсь.&lt;br /&gt;</w:t>
        <w:br/>
        <w:t>Хоч маю докторське звання&lt;br /&gt;</w:t>
        <w:br/>
        <w:t>I десять років навмання&lt;br /&gt;</w:t>
        <w:br/>
        <w:t>Туди й сюди, навкрив-навкіс&lt;br /&gt;</w:t>
        <w:br/>
        <w:t>Воджу я учнів своїх за ніс,-&lt;br /&gt;</w:t>
        <w:br/>
        <w:t>А серце крається в самого:&lt;br /&gt;</w:t>
        <w:br/>
        <w:t>Не можем знати ми нічого!&lt;br /&gt;</w:t>
        <w:br/>
        <w:t>Хоч я й розумніший, як бевзні ті всякі,&lt;br /&gt;</w:t>
        <w:br/>
        <w:t>Учені, магістри, попи та писаки,&lt;br /&gt;</w:t>
        <w:br/>
        <w:t>Хоч я в забобони й страхи не вдаюся,&lt;br /&gt;</w:t>
        <w:br/>
        <w:t>Із пекла сміюся, чортів не боюся,-&lt;br /&gt;</w:t>
        <w:br/>
        <w:t>Зате ніяких радощів не маю,&lt;br /&gt;</w:t>
        <w:br/>
        <w:t>Не вірю я, що я щось знаю,&lt;br /&gt;</w:t>
        <w:br/>
        <w:t>Не вмію я людей навчати,&lt;br /&gt;</w:t>
        <w:br/>
        <w:t>Не вмію їх на добро напучати...&lt;br /&gt;</w:t>
        <w:br/>
        <w:t>Грошей, майна я не нажив&lt;br /&gt;</w:t>
        <w:br/>
        <w:t>I слави теж не заслужив;&lt;br /&gt;</w:t>
        <w:br/>
        <w:t>Собака, й той не став би так жити!&lt;br /&gt;</w:t>
        <w:br/>
        <w:t>Тому-то й почав я ворожити,-&lt;br /&gt;</w:t>
        <w:br/>
        <w:t>Чи не одкриє духів міць&lt;br /&gt;</w:t>
        <w:br/>
        <w:t>Мені одвічних таємниць,&lt;br /&gt;</w:t>
        <w:br/>
        <w:t>Щоб я дарма не мудрував,&lt;br /&gt;</w:t>
        <w:br/>
        <w:t>Чого не знаю, не казав,&lt;br /&gt;</w:t>
        <w:br/>
        <w:t>Щоб я збагнув почин думок&lt;br /&gt;</w:t>
        <w:br/>
        <w:t>I світу внутрішній зв'язок,&lt;br /&gt;</w:t>
        <w:br/>
        <w:t>Щоб я пізнав основ основу,&lt;br /&gt;</w:t>
        <w:br/>
        <w:t>А не кидав слова-полову...</w:t>
      </w:r>
    </w:p>
    <w:p>
      <w:r>
        <w:br/>
        <w:t>О повний місяцю ясний,&lt;br /&gt;</w:t>
        <w:br/>
        <w:t>Мій друже тихий і сумний!&lt;br /&gt;</w:t>
        <w:br/>
        <w:t>Коли б востаннє з висоти&lt;br /&gt;</w:t>
        <w:br/>
        <w:t>Мої страждання бачив ти&lt;br /&gt;</w:t>
        <w:br/>
        <w:t>За цим столом чувань нічних,&lt;br /&gt;</w:t>
        <w:br/>
        <w:t>Між цих пергаментів і книг!&lt;br /&gt;</w:t>
        <w:br/>
        <w:t>Коли б я міг блукать між гір,&lt;br /&gt;</w:t>
        <w:br/>
        <w:t>В твоїм промінні ніжить зір,&lt;br /&gt;</w:t>
        <w:br/>
        <w:t>Серед печер звиватись духом,&lt;br /&gt;</w:t>
        <w:br/>
        <w:t>В твоїй імлі снуватись лугом,&lt;br /&gt;</w:t>
        <w:br/>
        <w:t>Весь чад науки там лишити,&lt;br /&gt;</w:t>
        <w:br/>
        <w:t>В твоїй росі цілющій змити!..</w:t>
      </w:r>
    </w:p>
    <w:p>
      <w:r>
        <w:br/>
        <w:t>Ох! Я ще тут, в тюрмі-норі?&lt;br /&gt;</w:t>
        <w:br/>
        <w:t>О мури прoкляті сирі!&lt;br /&gt;</w:t>
        <w:br/>
        <w:t>У цих мальованих шибках&lt;br /&gt;</w:t>
        <w:br/>
        <w:t>Небесний світ — і той зачах!&lt;br /&gt;</w:t>
        <w:br/>
        <w:t>Стримлять до неба стоси книг,&lt;br /&gt;</w:t>
        <w:br/>
        <w:t>Ненатла точить їх черва,&lt;br /&gt;</w:t>
        <w:br/>
        <w:t>Їх пилюга густа вкрива,&lt;br /&gt;</w:t>
        <w:br/>
        <w:t>I кіпоть осіда на них;&lt;br /&gt;</w:t>
        <w:br/>
        <w:t>Уздовж полиць з давнезних літ —&lt;br /&gt;</w:t>
        <w:br/>
        <w:t>Реторти, слоїки, склянки,&lt;br /&gt;</w:t>
        <w:br/>
        <w:t>Начиння, приладів рядки —&lt;br /&gt;</w:t>
        <w:br/>
        <w:t>I це в тебе світ! I це зветься світ!&lt;br /&gt;</w:t>
        <w:br/>
        <w:t>I ти питаєш ще, чому&lt;br /&gt;</w:t>
        <w:br/>
        <w:t>На серце туга наляга,&lt;br /&gt;</w:t>
        <w:br/>
        <w:t>Чому незвідана нудьга&lt;br /&gt;</w:t>
        <w:br/>
        <w:t>Труїть всі радощі йому?&lt;br /&gt;</w:t>
        <w:br/>
        <w:t>Замість живих природи хвиль,&lt;br /&gt;</w:t>
        <w:br/>
        <w:t>Куди Творець людей вселив,&lt;br /&gt;</w:t>
        <w:br/>
        <w:t>Навколо тебе — тлінь, і цвіль,&lt;br /&gt;</w:t>
        <w:br/>
        <w:t>I жах потворних кістяків.&lt;br /&gt;</w:t>
        <w:br/>
        <w:t>Тікай! На волю, на простiр!&lt;br /&gt;</w:t>
        <w:br/>
        <w:t>Візьми цю книгу чарівну;&lt;br /&gt;</w:t>
        <w:br/>
        <w:t>Цей Нострадамів віщий твір&lt;br /&gt;</w:t>
        <w:br/>
        <w:t>Тобі відкриє таїну.&lt;br /&gt;</w:t>
        <w:br/>
        <w:t>Спізнаєш ти шляхи світил,&lt;br /&gt;</w:t>
        <w:br/>
        <w:t>Збагнеш природи вічний рух,&lt;br /&gt;</w:t>
        <w:br/>
        <w:t>I в душу вступить повінь сил,&lt;br /&gt;</w:t>
        <w:br/>
        <w:t>Коли промовить духу дух.&lt;br /&gt;</w:t>
        <w:br/>
        <w:t>Шкода обнять сухим умом&lt;br /&gt;</w:t>
        <w:br/>
        <w:t>Священних знаків зміст живий;&lt;br /&gt;</w:t>
        <w:br/>
        <w:t>Ви, духи, тут в'єтесь кругом,&lt;br /&gt;</w:t>
        <w:br/>
        <w:t>Озвіться ж ви на голос мій!</w:t>
      </w:r>
    </w:p>
    <w:p>
      <w:r>
        <w:br/>
        <w:t>Яким блаженством всі мої чуття,&lt;br /&gt;</w:t>
        <w:br/>
        <w:t>Уся моя істота пойнялася,&lt;br /&gt;</w:t>
        <w:br/>
        <w:t>Немов по жилах полумінь життя&lt;br /&gt;</w:t>
        <w:br/>
        <w:t>I невмируща юність розлилася...&lt;br /&gt;</w:t>
        <w:br/>
        <w:t>Чи то ж не Бог ці знаки написав,&lt;br /&gt;</w:t>
        <w:br/>
        <w:t>Що душу збурену втишають,&lt;br /&gt;</w:t>
        <w:br/>
        <w:t>Що серце вражене втішають,&lt;br /&gt;</w:t>
        <w:br/>
        <w:t>Що перед розумом наяв&lt;br /&gt;</w:t>
        <w:br/>
        <w:t>Природи тайнощі всесильні виявляють?&lt;br /&gt;</w:t>
        <w:br/>
        <w:t>Чи ж я не Бог? Я просвітлів!&lt;br /&gt;</w:t>
        <w:br/>
        <w:t>I враз моє духовне око&lt;br /&gt;</w:t>
        <w:br/>
        <w:t>В природи творчий вир заглянуло глибоко.&lt;br /&gt;</w:t>
        <w:br/>
        <w:t>Тепер збагнув я сенс премудрих слів:&lt;br /&gt;</w:t>
        <w:br/>
        <w:t>"В світ духів можна прозирнути,&lt;br /&gt;</w:t>
        <w:br/>
        <w:t>Та ум і серце мляві вкрай:&lt;br /&gt;</w:t>
        <w:br/>
        <w:t>Встань, учню, і земнії груди&lt;br /&gt;</w:t>
        <w:br/>
        <w:t>В ранковім сяєві скупай!"&lt;br /&gt;</w:t>
        <w:br/>
        <w:t>Як все тут діє в колі вічнім,&lt;br /&gt;</w:t>
        <w:br/>
        <w:t>У многоликій красоті,&lt;br /&gt;</w:t>
        <w:br/>
        <w:t>Як сили горні в льоті стрічнім&lt;br /&gt;</w:t>
        <w:br/>
        <w:t>Міняють кінви золоті!&lt;br /&gt;</w:t>
        <w:br/>
        <w:t>На благовісних крилах мають,&lt;br /&gt;</w:t>
        <w:br/>
        <w:t>Споруду всесвіту проймають&lt;br /&gt;</w:t>
        <w:br/>
        <w:t>У гармонійній повноті!&lt;br /&gt;</w:t>
        <w:br/>
        <w:t>Яка картина! Ах! Картина лиш...&lt;br /&gt;</w:t>
        <w:br/>
        <w:t>Природо безконечна! Де ж, коли ж&lt;br /&gt;</w:t>
        <w:br/>
        <w:t>Знайду ту грудь, що нею світ ти поїш,&lt;br /&gt;</w:t>
        <w:br/>
        <w:t>I небо, й землю — все живиш?&lt;br /&gt;</w:t>
        <w:br/>
        <w:t>Невже ж ти болю в серці не загоїш,&lt;br /&gt;</w:t>
        <w:br/>
        <w:t>Жаги палкої в нім не заспокоїш?</w:t>
      </w:r>
    </w:p>
    <w:p>
      <w:r>
        <w:br/>
        <w:t>Цей знак на мене має інший вплив!&lt;br /&gt;</w:t>
        <w:br/>
        <w:t>Ти, Дух Землі, мені рідніший,&lt;br /&gt;</w:t>
        <w:br/>
        <w:t>Я став відразу мов сильніший,&lt;br /&gt;</w:t>
        <w:br/>
        <w:t>Мов хміль вина мене сп'янив;&lt;br /&gt;</w:t>
        <w:br/>
        <w:t>I я ладен пірнути в світу море,&lt;br /&gt;</w:t>
        <w:br/>
        <w:t>Знести земні і радощі і горе;&lt;br /&gt;</w:t>
        <w:br/>
        <w:t>Ні грім мене, ні хвиль виття суворе,&lt;br /&gt;</w:t>
        <w:br/>
        <w:t>Ні згуби страх, ні буря не поборе!&lt;br /&gt;</w:t>
        <w:br/>
        <w:t>Нахмарило кругом —&lt;br /&gt;</w:t>
        <w:br/>
        <w:t>I місяць заховавсь,&lt;br /&gt;</w:t>
        <w:br/>
        <w:t>I лампа згасла!&lt;br /&gt;</w:t>
        <w:br/>
        <w:t>В імлі стає над головою&lt;br /&gt;</w:t>
        <w:br/>
        <w:t>Червона заграва...&lt;br /&gt;</w:t>
        <w:br/>
        <w:t>Холодний жах згори війнув,&lt;br /&gt;</w:t>
        <w:br/>
        <w:t>Мене пройняв!&lt;br /&gt;</w:t>
        <w:br/>
        <w:t>Це дух летить, це дух благання вчув..&lt;br /&gt;</w:t>
        <w:br/>
        <w:t>Одкрийсь мені!&lt;br /&gt;</w:t>
        <w:br/>
        <w:t>Твій повів серце стрепенув&lt;br /&gt;</w:t>
        <w:br/>
        <w:t>I владно тягне...&lt;br /&gt;</w:t>
        <w:br/>
        <w:t>Усе єство до тебе прагне!&lt;br /&gt;</w:t>
        <w:br/>
        <w:t>Тобі віддав навік я серце й душу,&lt;br /&gt;</w:t>
        <w:br/>
        <w:t>Нехай і вмру — тебе побачить мушу!</w:t>
      </w:r>
    </w:p>
    <w:p>
      <w:r>
        <w:br/>
        <w:t>Другий монолог Фауста</w:t>
      </w:r>
    </w:p>
    <w:p>
      <w:r>
        <w:br/>
        <w:t>Як міг цей голос пролунати в час,&lt;br /&gt;</w:t>
        <w:br/>
        <w:t>Коли тут вився духів рій таємний?&lt;br /&gt;</w:t>
        <w:br/>
        <w:t>Та дякую тобі я на цей раз,&lt;br /&gt;</w:t>
        <w:br/>
        <w:t>Ти, син землі, над всіх нікчем нікчемний!&lt;br /&gt;</w:t>
        <w:br/>
        <w:t>Ти з пут відчаю визволив мене,&lt;br /&gt;</w:t>
        <w:br/>
        <w:t>Бо я вже мало глузду не позбувся:&lt;br /&gt;</w:t>
        <w:br/>
        <w:t>Видіння те було таке грізнe,&lt;br /&gt;</w:t>
        <w:br/>
        <w:t>Що перед ним я карликом почувся.&lt;br /&gt;</w:t>
        <w:br/>
        <w:t>А я ж гадав, що, образ божества,&lt;br /&gt;</w:t>
        <w:br/>
        <w:t>Я вже зирнув у істини свічадо&lt;br /&gt;</w:t>
        <w:br/>
        <w:t>I поринyв у вічне сяйво радо,&lt;br /&gt;</w:t>
        <w:br/>
        <w:t>Земного збувшися єства;&lt;br /&gt;</w:t>
        <w:br/>
        <w:t>Я був уже, мов світлий херувим,&lt;br /&gt;</w:t>
        <w:br/>
        <w:t>Спроможний всю природу обійняти,&lt;br /&gt;</w:t>
        <w:br/>
        <w:t>У насолоді творчій богувати;&lt;br /&gt;</w:t>
        <w:br/>
        <w:t>За це зухвальство я діждавсь одплати,&lt;br /&gt;</w:t>
        <w:br/>
        <w:t>Упавши в прах під словом громовим...&lt;br /&gt;</w:t>
        <w:br/>
        <w:t>Мені з тобою не дано зрівнятись,&lt;br /&gt;</w:t>
        <w:br/>
        <w:t>Мій дух слабкий: він зміг тебе дізватись,&lt;br /&gt;</w:t>
        <w:br/>
        <w:t>А вдержати — снаги не стало в нім.&lt;br /&gt;</w:t>
        <w:br/>
        <w:t>Таким малим, таким великим&lt;br /&gt;</w:t>
        <w:br/>
        <w:t>Я чувся в ту блаженну мить;&lt;br /&gt;</w:t>
        <w:br/>
        <w:t>Та вверг мене ти владним скриком&lt;br /&gt;</w:t>
        <w:br/>
        <w:t>Ізнову в людську безвихiдь.&lt;br /&gt;</w:t>
        <w:br/>
        <w:t>Куди ж іти? Чого тікати?&lt;br /&gt;</w:t>
        <w:br/>
        <w:t>Чи відректись від давніх мрій?&lt;br /&gt;</w:t>
        <w:br/>
        <w:t>Своїми ж вчинками ми ставимо завади&lt;br /&gt;</w:t>
        <w:br/>
        <w:t>Собі в дорозі життьовій!&lt;br /&gt;</w:t>
        <w:br/>
        <w:t>На всі високі духу поривання&lt;br /&gt;</w:t>
        <w:br/>
        <w:t>Матерія лягає тягарем,&lt;br /&gt;</w:t>
        <w:br/>
        <w:t>I, благ земних досягши обладання,&lt;br /&gt;</w:t>
        <w:br/>
        <w:t>Найвище з благ оманою ми звем,&lt;br /&gt;</w:t>
        <w:br/>
        <w:t>I почуття, і пориви натхненні&lt;br /&gt;</w:t>
        <w:br/>
        <w:t>Ми в суєті розгублюєм буденній.</w:t>
      </w:r>
    </w:p>
    <w:p>
      <w:r>
        <w:br/>
        <w:t>Фантазія почне свій смілий льот,&lt;br /&gt;</w:t>
        <w:br/>
        <w:t>Об вічності черкаючися грані,&lt;br /&gt;</w:t>
        <w:br/>
        <w:t>Та розмах той повужчає зарані&lt;br /&gt;</w:t>
        <w:br/>
        <w:t>В мутному вирі часових незгод.&lt;br /&gt;</w:t>
        <w:br/>
        <w:t>Вгніздиться в серці глибоко турбота&lt;br /&gt;</w:t>
        <w:br/>
        <w:t>I невсипущая скорбота,&lt;br /&gt;</w:t>
        <w:br/>
        <w:t>Прогонять радощі, захмарять супокій,&lt;br /&gt;</w:t>
        <w:br/>
        <w:t>Приймаючи щоразу вид новий:&lt;br /&gt;</w:t>
        <w:br/>
        <w:t>То ніби дім і двір, то ніби жінка й діти,&lt;br /&gt;</w:t>
        <w:br/>
        <w:t>Вода, вогонь, отрута, ніж;&lt;br /&gt;</w:t>
        <w:br/>
        <w:t>Нема загрози — а дрижиш,&lt;br /&gt;</w:t>
        <w:br/>
        <w:t>Нічого не згубив — а мусиш щось жаліти...&lt;br /&gt;</w:t>
        <w:br/>
        <w:t>Не рівня я богам, і знаю, що це так;&lt;br /&gt;</w:t>
        <w:br/>
        <w:t>Мабуть, проскнію вік, немов сліпий гробак,&lt;br /&gt;</w:t>
        <w:br/>
        <w:t>Що вплаз живе і землю риє-пушить,&lt;br /&gt;</w:t>
        <w:br/>
        <w:t>Поки його чиясь нога роздушить.</w:t>
      </w:r>
    </w:p>
    <w:p>
      <w:r>
        <w:br/>
        <w:t>Хіба ж не пил то, з безлічі полиць&lt;br /&gt;</w:t>
        <w:br/>
        <w:t>Злітаючи, мій мозок сушить?&lt;br /&gt;</w:t>
        <w:br/>
        <w:t>Не мотлох то, що тисяччю дрібниць&lt;br /&gt;</w:t>
        <w:br/>
        <w:t>Мене в цім затхлім світі душить?&lt;br /&gt;</w:t>
        <w:br/>
        <w:t>Чи ж тут знайду чого шукав?&lt;br /&gt;</w:t>
        <w:br/>
        <w:t>Пощо мені у сотнях книг читати,&lt;br /&gt;</w:t>
        <w:br/>
        <w:t>Що рід людський завжди і скрізь страждав,&lt;br /&gt;</w:t>
        <w:br/>
        <w:t>А хто-не-хто і щастя міг зазнати?&lt;br /&gt;</w:t>
        <w:br/>
        <w:t>Чом вищиривсь ти, черепе пустий?&lt;br /&gt;</w:t>
        <w:br/>
        <w:t>Твій мозок, як і мій, колись серед туману&lt;br /&gt;</w:t>
        <w:br/>
        <w:t>Шукав ясного дня, й блукав у тьмі густій,&lt;br /&gt;</w:t>
        <w:br/>
        <w:t>До правди рвавсь, і потрапляв в оману.&lt;br /&gt;</w:t>
        <w:br/>
        <w:t>Стоять, мене на глузи беручи,&lt;br /&gt;</w:t>
        <w:br/>
        <w:t>Вали, зубці, колеса, кулі...&lt;br /&gt;</w:t>
        <w:br/>
        <w:t>Біля дверей б'ючись, я мав вас за ключі,-&lt;br /&gt;</w:t>
        <w:br/>
        <w:t>Та ви мені замка не відімкнули...&lt;br /&gt;</w:t>
        <w:br/>
        <w:t>Бо, повна тайн і білим днем,&lt;br /&gt;</w:t>
        <w:br/>
        <w:t>Природа не відслонить запинала,&lt;br /&gt;</w:t>
        <w:br/>
        <w:t>I що вона тобі від духу заховала,&lt;br /&gt;</w:t>
        <w:br/>
        <w:t>Того не витягнеш гвинтом і важелем.</w:t>
      </w:r>
    </w:p>
    <w:p>
      <w:r>
        <w:br/>
        <w:t>Ось інструмент ще батьківського вжитку,&lt;br /&gt;</w:t>
        <w:br/>
        <w:t>До нього я ні разу не торкавсь;&lt;br /&gt;</w:t>
        <w:br/>
        <w:t>Ось блок уже здавен дармує без пожитку,&lt;br /&gt;</w:t>
        <w:br/>
        <w:t>Від каганця весь сажею узявсь.&lt;br /&gt;</w:t>
        <w:br/>
        <w:t>Ой, краще б я малий цей спадок згайнував,&lt;br /&gt;</w:t>
        <w:br/>
        <w:t>Аніж тепер під ним, згинаючись, впрівати!&lt;br /&gt;</w:t>
        <w:br/>
        <w:t>Що від батьків у спадок ти дістав,&lt;br /&gt;</w:t>
        <w:br/>
        <w:t>Тим користуйсь, щоб дійсно посідати.&lt;br /&gt;</w:t>
        <w:br/>
        <w:t>Що без пожитку нам — то тягар зайвих справ,&lt;br /&gt;</w:t>
        <w:br/>
        <w:t>А користь вся у тім, що хвиля може дати.&lt;br /&gt;</w:t>
        <w:br/>
        <w:t>Та що там із кутка так вабить, ловить очі?&lt;br /&gt;</w:t>
        <w:br/>
        <w:t>Чи в пляшечці тій криється магніт?&lt;br /&gt;</w:t>
        <w:br/>
        <w:t>Ясніє любо так, мов в лісі серед ночі&lt;br /&gt;</w:t>
        <w:br/>
        <w:t>Проміння місячне, пробивши хащу віт.&lt;br /&gt;</w:t>
        <w:br/>
        <w:t>Привіт тобі, фіале мій єдиний,&lt;br /&gt;</w:t>
        <w:br/>
        <w:t>Утілення умілості людини,&lt;br /&gt;</w:t>
        <w:br/>
        <w:t>Побожно я на стіл тебе здійму.&lt;br /&gt;</w:t>
        <w:br/>
        <w:t>Вмістилище лагідних струй дрімотних,&lt;br /&gt;</w:t>
        <w:br/>
        <w:t>Виталище витворних сил мертвотних,&lt;br /&gt;</w:t>
        <w:br/>
        <w:t>Вслужи як слід господарю свойму.&lt;br /&gt;</w:t>
        <w:br/>
        <w:t>Дивлюсь на тебе — і страждання глухне,&lt;br /&gt;</w:t>
        <w:br/>
        <w:t>Візьмусь за тебе — поривання вщухне,&lt;br /&gt;</w:t>
        <w:br/>
        <w:t>Вгамується в душі бажань прибій;&lt;br /&gt;</w:t>
        <w:br/>
        <w:t>До ніг мені безкрає, світле море&lt;br /&gt;</w:t>
        <w:br/>
        <w:t>Простелеться, мов дзеркало, прозоре,&lt;br /&gt;</w:t>
        <w:br/>
        <w:t>I вдалині засяє день новий.&lt;br /&gt;</w:t>
        <w:br/>
        <w:t>Ось близиться вогненна колісниця&lt;br /&gt;</w:t>
        <w:br/>
        <w:t>На лeгких крилах! Вже готовий я&lt;br /&gt;</w:t>
        <w:br/>
        <w:t>Новим шляхом в ефірний безмір звиться&lt;br /&gt;</w:t>
        <w:br/>
        <w:t>До вищих сфер, де чистий чин сія.&lt;br /&gt;</w:t>
        <w:br/>
        <w:t>Божиста розкіш, вічне раювання!&lt;br /&gt;</w:t>
        <w:br/>
        <w:t>Чи ж варт його така гробача слизь?&lt;br /&gt;</w:t>
        <w:br/>
        <w:t>Так, від земного сонця без вагання,&lt;br /&gt;</w:t>
        <w:br/>
        <w:t>Без жалкування відвернись!..&lt;br /&gt;</w:t>
        <w:br/>
        <w:t>Дерзни вступити самохіть до брами,&lt;br /&gt;</w:t>
        <w:br/>
        <w:t>Якої всяк уникнути б волів;&lt;br /&gt;</w:t>
        <w:br/>
        <w:t>Ти мусиш зараз довести ділами,&lt;br /&gt;</w:t>
        <w:br/>
        <w:t>Що честь людей — не менш, як міць богів;&lt;br /&gt;</w:t>
        <w:br/>
        <w:t>Перед хмурним проваллям не дрижати,&lt;br /&gt;</w:t>
        <w:br/>
        <w:t>Що в нім фантазія до мук нас прирекла,&lt;br /&gt;</w:t>
        <w:br/>
        <w:t>До того входу прямувати,&lt;br /&gt;</w:t>
        <w:br/>
        <w:t>Що поза ним пекельний вир пала;&lt;br /&gt;</w:t>
        <w:br/>
        <w:t>На крок рішучий мужності здобутись,&lt;br /&gt;</w:t>
        <w:br/>
        <w:t>Хоч би й судилося в ніщо там обернутись.</w:t>
      </w:r>
    </w:p>
    <w:p>
      <w:r>
        <w:br/>
        <w:t>Іди ж сюди, мій кубку кришталевий;&lt;br /&gt;</w:t>
        <w:br/>
        <w:t>Залежався ти в цьому футляреві,&lt;br /&gt;</w:t>
        <w:br/>
        <w:t>Давно вже я про тебе й не гадав!&lt;br /&gt;</w:t>
        <w:br/>
        <w:t>Ти вигравав ще на дідівських святах&lt;br /&gt;</w:t>
        <w:br/>
        <w:t>I звеселяв гостей понуркуватих,&lt;br /&gt;</w:t>
        <w:br/>
        <w:t>Коли між них ти за столом кружляв.&lt;br /&gt;</w:t>
        <w:br/>
        <w:t>Твій штучний карб аж очі в себе брав:&lt;br /&gt;</w:t>
        <w:br/>
        <w:t>Усі той карб у віршах толкували,&lt;br /&gt;</w:t>
        <w:br/>
        <w:t>А потім враз свій трунок випивали,-&lt;br /&gt;</w:t>
        <w:br/>
        <w:t>Я не забув і досі тих забав...&lt;br /&gt;</w:t>
        <w:br/>
        <w:t>Та не мінятимусь з сусідами тобою,&lt;br /&gt;</w:t>
        <w:br/>
        <w:t>Не мудруватиму над хитрою різьбою,&lt;br /&gt;</w:t>
        <w:br/>
        <w:t>Бо іншого пиття собі надбав.&lt;br /&gt;</w:t>
        <w:br/>
        <w:t>В тобі ж темніє сік п'янкий, фатальний,&lt;br /&gt;</w:t>
        <w:br/>
        <w:t>Що я обрав на цей бенкет прощальний;&lt;br /&gt;</w:t>
        <w:br/>
        <w:t>В останній раз, самотній і печальний,&lt;br /&gt;</w:t>
        <w:br/>
        <w:t>Вітаю ранок я, що тайно засвітав!</w:t>
      </w:r>
    </w:p>
    <w:p>
      <w:r>
        <w:br/>
        <w:t>Великодні хори</w:t>
      </w:r>
    </w:p>
    <w:p>
      <w:r>
        <w:br/>
        <w:t>Христос воскрес!&lt;br /&gt;</w:t>
        <w:br/>
        <w:t>Мир вам, оплутані&lt;br /&gt;</w:t>
        <w:br/>
        <w:t>Згубними, лютими&lt;br /&gt;</w:t>
        <w:br/>
        <w:t>Грішними путами,&lt;br /&gt;</w:t>
        <w:br/>
        <w:t>Мир вам з небес!</w:t>
      </w:r>
    </w:p>
    <w:p>
      <w:r>
        <w:br/>
        <w:t>Миром пашистим&lt;br /&gt;</w:t>
        <w:br/>
        <w:t>Ми полили Його,&lt;br /&gt;</w:t>
        <w:br/>
        <w:t>Саваном чистим&lt;br /&gt;</w:t>
        <w:br/>
        <w:t>Ми повили Його;&lt;br /&gt;</w:t>
        <w:br/>
        <w:t>В гріб положили&lt;br /&gt;</w:t>
        <w:br/>
        <w:t>Тіло Його святе...&lt;br /&gt;</w:t>
        <w:br/>
        <w:t>Як же з могили&lt;br /&gt;</w:t>
        <w:br/>
        <w:t>Зник ти, Христе?</w:t>
      </w:r>
    </w:p>
    <w:p>
      <w:r>
        <w:br/>
        <w:t>Христос воскрес!&lt;br /&gt;</w:t>
        <w:br/>
        <w:t>Радуйтесь, смирнії,&lt;br /&gt;</w:t>
        <w:br/>
        <w:t>Серцем покірнії,&lt;br /&gt;</w:t>
        <w:br/>
        <w:t>В іспитах вірнії,-&lt;br /&gt;</w:t>
        <w:br/>
        <w:t>Ви спасетесь!</w:t>
      </w:r>
    </w:p>
    <w:p>
      <w:r>
        <w:br/>
        <w:t>Землю покинув Він,&lt;br /&gt;</w:t>
        <w:br/>
        <w:t>Вставши із тліні,&lt;br /&gt;</w:t>
        <w:br/>
        <w:t>Вгору полинув Він&lt;br /&gt;</w:t>
        <w:br/>
        <w:t>В слави промінні.&lt;br /&gt;</w:t>
        <w:br/>
        <w:t>Він в небесах ясних,&lt;br /&gt;</w:t>
        <w:br/>
        <w:t>Там Йому стать, радіть;&lt;br /&gt;</w:t>
        <w:br/>
        <w:t>Ми ж на путях земних,&lt;br /&gt;</w:t>
        <w:br/>
        <w:t>Тут нам страждать, терпіть.&lt;br /&gt;</w:t>
        <w:br/>
        <w:t>Ти нас залишив,&lt;br /&gt;</w:t>
        <w:br/>
        <w:t>Вчителю, ми скорбим:&lt;br /&gt;</w:t>
        <w:br/>
        <w:t>Ти нас не втішив&lt;br /&gt;</w:t>
        <w:br/>
        <w:t>Щастям твоїм!</w:t>
      </w:r>
    </w:p>
    <w:p>
      <w:r>
        <w:br/>
        <w:t>Христос воскрес,&lt;br /&gt;</w:t>
        <w:br/>
        <w:t>Смертію смерть зборов!&lt;br /&gt;</w:t>
        <w:br/>
        <w:t>Вільний від зла оков,&lt;br /&gt;</w:t>
        <w:br/>
        <w:t>Рад мир увесь!&lt;br /&gt;</w:t>
        <w:br/>
        <w:t>Хто Його чтитиме&lt;br /&gt;</w:t>
        <w:br/>
        <w:t>Тим, що чинитиме:&lt;br /&gt;</w:t>
        <w:br/>
        <w:t>Ближніх любитиме,&lt;br /&gt;</w:t>
        <w:br/>
        <w:t>Благо творитиме,&lt;br /&gt;</w:t>
        <w:br/>
        <w:t>Тайну віститиме,-&lt;br /&gt;</w:t>
        <w:br/>
        <w:t>З тим буде Божий Син,&lt;br /&gt;</w:t>
        <w:br/>
        <w:t>З тим буде Він!</w:t>
      </w:r>
    </w:p>
    <w:p>
      <w:r>
        <w:br/>
        <w:t>Третій монолог Фауста</w:t>
      </w:r>
    </w:p>
    <w:p>
      <w:r>
        <w:br/>
        <w:t>Покинув я поля і луки,&lt;br /&gt;</w:t>
        <w:br/>
        <w:t>Що у нічнім тумані сплять,&lt;br /&gt;</w:t>
        <w:br/>
        <w:t>Ущухли в грудях люті муки,&lt;br /&gt;</w:t>
        <w:br/>
        <w:t>I буйні пориви мовчать.&lt;br /&gt;</w:t>
        <w:br/>
        <w:t>Душа стражденна просвітліла —&lt;br /&gt;</w:t>
        <w:br/>
        <w:t>Благословен просвіток цей!&lt;br /&gt;</w:t>
        <w:br/>
        <w:t>I знову в ній заговорила&lt;br /&gt;</w:t>
        <w:br/>
        <w:t>Любов до Бога, до людей.</w:t>
      </w:r>
    </w:p>
    <w:p>
      <w:r>
        <w:br/>
        <w:t>Спокійно, пуделю! Годі тобі вертіться!&lt;br /&gt;</w:t>
        <w:br/>
        <w:t>Чом ти там на порозі гарчиш?&lt;br /&gt;</w:t>
        <w:br/>
        <w:t>Ляж біля печі, треба зігріться...&lt;br /&gt;</w:t>
        <w:br/>
        <w:t>Ось на подушку, та мовчи ж!&lt;br /&gt;</w:t>
        <w:br/>
        <w:t>Кумедно кружляв і петляв чогось ти,&lt;br /&gt;</w:t>
        <w:br/>
        <w:t>Як сюди ми йшли по дорозі крутій,&lt;br /&gt;</w:t>
        <w:br/>
        <w:t>Тепер попав до мене в гості,&lt;br /&gt;</w:t>
        <w:br/>
        <w:t>Так шануватися умій.</w:t>
      </w:r>
    </w:p>
    <w:p>
      <w:r>
        <w:br/>
        <w:t>Коли у келії смиренній&lt;br /&gt;</w:t>
        <w:br/>
        <w:t>Знов світло лампи спалахне,&lt;br /&gt;</w:t>
        <w:br/>
        <w:t>В моїй душі, добром натхненній,&lt;br /&gt;</w:t>
        <w:br/>
        <w:t>Зринає видиво ясне.&lt;br /&gt;</w:t>
        <w:br/>
        <w:t>Думки стають чіткі і стислі,&lt;br /&gt;</w:t>
        <w:br/>
        <w:t>Надія лине в майбуття,&lt;br /&gt;</w:t>
        <w:br/>
        <w:t>I знову, знов я зношу мислі&lt;br /&gt;</w:t>
        <w:br/>
        <w:t>До потайних джерел життя.&lt;br /&gt;</w:t>
        <w:br/>
        <w:t>Та цить же, пуделю! Твоє завивання&lt;br /&gt;</w:t>
        <w:br/>
        <w:t>Не гармонує зі звуками тими,&lt;br /&gt;</w:t>
        <w:br/>
        <w:t>Що душу сповняють думками святими.&lt;br /&gt;</w:t>
        <w:br/>
        <w:t>Таж нам відоме людське глузування&lt;br /&gt;</w:t>
        <w:br/>
        <w:t>З високого всього,&lt;br /&gt;</w:t>
        <w:br/>
        <w:t>З того, що в ньому не тямлять нічого;&lt;br /&gt;</w:t>
        <w:br/>
        <w:t>Осміюють вони прекрасне все;&lt;br /&gt;</w:t>
        <w:br/>
        <w:t>I ти туди ж, за ними, псе!</w:t>
      </w:r>
    </w:p>
    <w:p>
      <w:r>
        <w:br/>
        <w:t>Та лихо мені! Я знову нудьгую,&lt;br /&gt;</w:t>
        <w:br/>
        <w:t>В душі задоволення більше не чую...&lt;br /&gt;</w:t>
        <w:br/>
        <w:t>Чом так швидко криниця висихає,&lt;br /&gt;</w:t>
        <w:br/>
        <w:t>А мене знов спрага змагає?&lt;br /&gt;</w:t>
        <w:br/>
        <w:t>Не раз таке було зі мною...&lt;br /&gt;</w:t>
        <w:br/>
        <w:t>Та з цим ще можна позмагатись:&lt;br /&gt;</w:t>
        <w:br/>
        <w:t>Нам треба вірою пройнятись,&lt;br /&gt;</w:t>
        <w:br/>
        <w:t>Премудрістю понадземною,&lt;br /&gt;</w:t>
        <w:br/>
        <w:t>Нам тільки Відкриття з'ясує світ.&lt;br /&gt;</w:t>
        <w:br/>
        <w:t>Відкрию Новий Заповіт,&lt;br /&gt;</w:t>
        <w:br/>
        <w:t>Відкрию текст прадавній знову,&lt;br /&gt;</w:t>
        <w:br/>
        <w:t>Заглиблю в нього пильний зір&lt;br /&gt;</w:t>
        <w:br/>
        <w:t>I цей священний первотвір&lt;br /&gt;</w:t>
        <w:br/>
        <w:t>Перекладу на милу рідну мову.</w:t>
      </w:r>
    </w:p>
    <w:p>
      <w:r>
        <w:br/>
        <w:t>Написано: "Було в почині Слово!"&lt;br /&gt;</w:t>
        <w:br/>
        <w:t>А може, переклав я зразу помилково?&lt;br /&gt;</w:t>
        <w:br/>
        <w:t>Зависоко так слово цінувать!&lt;br /&gt;</w:t>
        <w:br/>
        <w:t>Інакше треба зміркувать,&lt;br /&gt;</w:t>
        <w:br/>
        <w:t>Так внутрішнє чуття мені говорить.&lt;br /&gt;</w:t>
        <w:br/>
        <w:t>Написано: "Була в почині Мисль!"&lt;br /&gt;</w:t>
        <w:br/>
        <w:t>Цей перший вірш як слід осмисль,&lt;br /&gt;</w:t>
        <w:br/>
        <w:t>Бо ще перо біди тобі натворить.&lt;br /&gt;</w:t>
        <w:br/>
        <w:t>Хіба ж то мисль і світ, і нас створила?&lt;br /&gt;</w:t>
        <w:br/>
        <w:t>А може, так: "Була в почині Сила!"&lt;br /&gt;</w:t>
        <w:br/>
        <w:t>Пишу — і сумнів душу огорнув:&lt;br /&gt;</w:t>
        <w:br/>
        <w:t>Я, мабуть, знову суті не збагнув...&lt;br /&gt;</w:t>
        <w:br/>
        <w:t>Та світ свінув — не зрадила надія,&lt;br /&gt;</w:t>
        <w:br/>
        <w:t>I я пишу: "Була в почині Дія!"&lt;br /&gt;</w:t>
        <w:br/>
        <w:t>Коли ти хочеш тут сидіти,&lt;br /&gt;</w:t>
        <w:br/>
        <w:t>Пуделю, то годі вити&lt;br /&gt;</w:t>
        <w:br/>
        <w:t>I скавуліти!&lt;br /&gt;</w:t>
        <w:br/>
        <w:t>Мені в роботі заважаєш,&lt;br /&gt;</w:t>
        <w:br/>
        <w:t>Господаря так зневажаєш!&lt;br /&gt;</w:t>
        <w:br/>
        <w:t>Хоч мені з кімнати&lt;br /&gt;</w:t>
        <w:br/>
        <w:t>Прийдеться тікати,&lt;br /&gt;</w:t>
        <w:br/>
        <w:t>Хоч гостю покажу поріг:&lt;br /&gt;</w:t>
        <w:br/>
        <w:t>Біжи туди, звідкіль прибіг!&lt;br /&gt;</w:t>
        <w:br/>
        <w:t>Та що це? Що я бачу?&lt;br /&gt;</w:t>
        <w:br/>
        <w:t>Чи я притомність трачу?&lt;br /&gt;</w:t>
        <w:br/>
        <w:t>Чи це не сон, чи не мара?&lt;br /&gt;</w:t>
        <w:br/>
        <w:t>Собаку щось мов розпира —&lt;br /&gt;</w:t>
        <w:br/>
        <w:t>Росте, росте, як та гора,&lt;br /&gt;</w:t>
        <w:br/>
        <w:t>Втрачає подобу собачу!&lt;br /&gt;</w:t>
        <w:br/>
        <w:t>Так ось кого я пригостив!&lt;br /&gt;</w:t>
        <w:br/>
        <w:t>Немов страшенний бегемот,&lt;br /&gt;</w:t>
        <w:br/>
        <w:t>Він блимнув оком, роззявив рот.&lt;br /&gt;</w:t>
        <w:br/>
        <w:t>Ну що ж! Бог милостuв!&lt;br /&gt;</w:t>
        <w:br/>
        <w:t>Пекельне кодло розженем&lt;br /&gt;</w:t>
        <w:br/>
        <w:t>Ми Соломоновим ключем.</w:t>
      </w:r>
    </w:p>
    <w:p>
      <w:r>
        <w:br/>
        <w:t>Я звіра чарами зв'яжу,&lt;br /&gt;</w:t>
        <w:br/>
        <w:t>Замову Чотирьох скажу:&lt;br /&gt;</w:t>
        <w:br/>
        <w:t>Саламандро, блищи,&lt;br /&gt;</w:t>
        <w:br/>
        <w:t>Ундіно, течи,&lt;br /&gt;</w:t>
        <w:br/>
        <w:t>Сільфідо, подуй,&lt;br /&gt;</w:t>
        <w:br/>
        <w:t>Кобольде, працюй! Той, хто не знає,&lt;br /&gt;</w:t>
        <w:br/>
        <w:t>Щo в кожній стихії&lt;br /&gt;</w:t>
        <w:br/>
        <w:t>Силу становить —&lt;br /&gt;</w:t>
        <w:br/>
        <w:t>Той не здолає&lt;br /&gt;</w:t>
        <w:br/>
        <w:t>Добрі й лихії&lt;br /&gt;</w:t>
        <w:br/>
        <w:t>Духи замовить.&lt;br /&gt;</w:t>
        <w:br/>
        <w:t>В огні розвійся,&lt;br /&gt;</w:t>
        <w:br/>
        <w:t>Саламандро!&lt;br /&gt;</w:t>
        <w:br/>
        <w:t>В воді розлийся,&lt;br /&gt;</w:t>
        <w:br/>
        <w:t>Ундіно!&lt;br /&gt;</w:t>
        <w:br/>
        <w:t>Блисни в повітрі промінно,&lt;br /&gt;</w:t>
        <w:br/>
        <w:t>Сільфідо!&lt;br /&gt;</w:t>
        <w:br/>
        <w:t>Дай дому поміч незмінно,&lt;br /&gt;</w:t>
        <w:br/>
        <w:t>Incubus! Incubus!&lt;br /&gt;</w:t>
        <w:br/>
        <w:t>Вийди, я тебе не боюсь!&lt;br /&gt;</w:t>
        <w:br/>
        <w:t>Ось всі чотири —&lt;br /&gt;</w:t>
        <w:br/>
        <w:t>Нема їх в звірі...&lt;br /&gt;</w:t>
        <w:br/>
        <w:t>Лежить і вищиривсь, бридкий;&lt;br /&gt;</w:t>
        <w:br/>
        <w:t>Його не зрушив поклик мій!&lt;br /&gt;</w:t>
        <w:br/>
        <w:t>Та я ще нову&lt;br /&gt;</w:t>
        <w:br/>
        <w:t>Вживу замову.&lt;br /&gt;</w:t>
        <w:br/>
        <w:t>Ти, може статься,&lt;br /&gt;</w:t>
        <w:br/>
        <w:t>Пекельного роду?&lt;br /&gt;</w:t>
        <w:br/>
        <w:t>Глянь на цей знак!&lt;br /&gt;</w:t>
        <w:br/>
        <w:t>Його бояться&lt;br /&gt;</w:t>
        <w:br/>
        <w:t>Всі ваші зроду.&lt;br /&gt;</w:t>
        <w:br/>
        <w:t>Чому ж це ти наїживсь так?&lt;br /&gt;</w:t>
        <w:br/>
        <w:t>Виплід триклятий!&lt;br /&gt;</w:t>
        <w:br/>
        <w:t>Вмієш читати&lt;br /&gt;</w:t>
        <w:br/>
        <w:t>Ім'я Несказанного,&lt;br /&gt;</w:t>
        <w:br/>
        <w:t>Чудом зачатого,&lt;br /&gt;</w:t>
        <w:br/>
        <w:t>За нас розп'ятого,&lt;br /&gt;</w:t>
        <w:br/>
        <w:t>В віках осіянного?&lt;br /&gt;</w:t>
        <w:br/>
        <w:t>Де ж він? За піччю он,&lt;br /&gt;</w:t>
        <w:br/>
        <w:t>I вже вироста, як слон,&lt;br /&gt;</w:t>
        <w:br/>
        <w:t>Заповнює весь покій,&lt;br /&gt;</w:t>
        <w:br/>
        <w:t>Хоче узятись туманом...&lt;br /&gt;</w:t>
        <w:br/>
        <w:t>Спускайся униз мерщій!&lt;br /&gt;</w:t>
        <w:br/>
        <w:t>Падай ниць перед паном!&lt;br /&gt;</w:t>
        <w:br/>
        <w:t>Бачиш, мої не марні погрози,&lt;br /&gt;</w:t>
        <w:br/>
        <w:t>Спалять тебе святії грози!&lt;br /&gt;</w:t>
        <w:br/>
        <w:t>Не змушуй же&lt;br /&gt;</w:t>
        <w:br/>
        <w:t>Вогонь троїстий лити!&lt;br /&gt;</w:t>
        <w:br/>
        <w:t>Не змушуй же&lt;br /&gt;</w:t>
        <w:br/>
        <w:t>Щонайсильніших чар ужити!</w:t>
      </w:r>
    </w:p>
    <w:p>
      <w:r>
        <w:br/>
        <w:t>Хор духів</w:t>
      </w:r>
    </w:p>
    <w:p>
      <w:r>
        <w:br/>
        <w:t>Щезніть, зникайте,&lt;br /&gt;</w:t>
        <w:br/>
        <w:t>Темні склепіння!&lt;br /&gt;</w:t>
        <w:br/>
        <w:t>Дивно привітне,&lt;br /&gt;</w:t>
        <w:br/>
        <w:t>Ніжно-блакитне&lt;br /&gt;</w:t>
        <w:br/>
        <w:t>Небо, сіяй!&lt;br /&gt;</w:t>
        <w:br/>
        <w:t>Геть розпливайтесь,&lt;br /&gt;</w:t>
        <w:br/>
        <w:t>Чорнії тучі,&lt;br /&gt;</w:t>
        <w:br/>
        <w:t>Ви ж розгоряйтесь,&lt;br /&gt;</w:t>
        <w:br/>
        <w:t>Зорі блискучі,&lt;br /&gt;</w:t>
        <w:br/>
        <w:t>Сонце, заграй!</w:t>
      </w:r>
    </w:p>
    <w:p>
      <w:r>
        <w:br/>
        <w:t>Діти небесні —&lt;br /&gt;</w:t>
        <w:br/>
        <w:t>Духи чудесні,&lt;br /&gt;</w:t>
        <w:br/>
        <w:t>Ласку несучи,&lt;br /&gt;</w:t>
        <w:br/>
        <w:t>Тут пролітають,&lt;br /&gt;</w:t>
        <w:br/>
        <w:t>Трепет жагучий&lt;br /&gt;</w:t>
        <w:br/>
        <w:t>Скрізь викликають;&lt;br /&gt;</w:t>
        <w:br/>
        <w:t>Звинні їх тіні&lt;br /&gt;</w:t>
        <w:br/>
        <w:t>В барв мерехтінні&lt;br /&gt;</w:t>
        <w:br/>
        <w:t>Землю вкривають&lt;br /&gt;</w:t>
        <w:br/>
        <w:t>Там, де в альтанах&lt;br /&gt;</w:t>
        <w:br/>
        <w:t>Пари коханих&lt;br /&gt;</w:t>
        <w:br/>
        <w:t>В пристраснім млінні&lt;br /&gt;</w:t>
        <w:br/>
        <w:t>Душі зливають.&lt;br /&gt;</w:t>
        <w:br/>
        <w:t>Зелено-пишні&lt;br /&gt;</w:t>
        <w:br/>
        <w:t>Лози буяють,&lt;br /&gt;</w:t>
        <w:br/>
        <w:t>Грона розкішні&lt;br /&gt;</w:t>
        <w:br/>
        <w:t>Тяжко звисають,&lt;br /&gt;</w:t>
        <w:br/>
        <w:t>I винотоки&lt;br /&gt;</w:t>
        <w:br/>
        <w:t>Винні потоки,&lt;br /&gt;</w:t>
        <w:br/>
        <w:t>Пінні й шумливі,&lt;br /&gt;</w:t>
        <w:br/>
        <w:t>З них вигнітають.&lt;br /&gt;</w:t>
        <w:br/>
        <w:t>В радісній зливі&lt;br /&gt;</w:t>
        <w:br/>
        <w:t>З гір, маєм критих,&lt;br /&gt;</w:t>
        <w:br/>
        <w:t>По самоцвітах&lt;br /&gt;</w:t>
        <w:br/>
        <w:t>Струмні ті ллються,&lt;br /&gt;</w:t>
        <w:br/>
        <w:t>Поки зійдуться&lt;br /&gt;</w:t>
        <w:br/>
        <w:t>В ріки глибокі,&lt;br /&gt;</w:t>
        <w:br/>
        <w:t>Плеса широкі.&lt;br /&gt;</w:t>
        <w:br/>
        <w:t>Любить там птиця&lt;br /&gt;</w:t>
        <w:br/>
        <w:t>Солодко впиться&lt;br /&gt;</w:t>
        <w:br/>
        <w:t>Й далі помчати&lt;br /&gt;</w:t>
        <w:br/>
        <w:t>Десь на чудовий&lt;br /&gt;</w:t>
        <w:br/>
        <w:t>Острів казковий&lt;br /&gt;</w:t>
        <w:br/>
        <w:t>Сонце стрічати.</w:t>
      </w:r>
    </w:p>
    <w:p>
      <w:r>
        <w:br/>
        <w:t>Чуєш, у лузі&lt;br /&gt;</w:t>
        <w:br/>
        <w:t>Спів там лунає?&lt;br /&gt;</w:t>
        <w:br/>
        <w:t>Бачиш, у крузі&lt;br /&gt;</w:t>
        <w:br/>
        <w:t>Танець буяє?&lt;br /&gt;</w:t>
        <w:br/>
        <w:t>Всюди тут воля,&lt;br /&gt;</w:t>
        <w:br/>
        <w:t>Всім тут роздолля:&lt;br /&gt;</w:t>
        <w:br/>
        <w:t>Ті поп'ялися&lt;br /&gt;</w:t>
        <w:br/>
        <w:t>По верховині,&lt;br /&gt;</w:t>
        <w:br/>
        <w:t>Ті розплилися&lt;br /&gt;</w:t>
        <w:br/>
        <w:t>В озера сині,&lt;br /&gt;</w:t>
        <w:br/>
        <w:t>Інший ширяє&lt;br /&gt;</w:t>
        <w:br/>
        <w:t>В небо безкрає,&lt;br /&gt;</w:t>
        <w:br/>
        <w:t>В далі прозорі,&lt;br /&gt;</w:t>
        <w:br/>
        <w:t>Звідки ллють зорі&lt;br /&gt;</w:t>
        <w:br/>
        <w:t>Щастя жагу.</w:t>
      </w:r>
    </w:p>
    <w:p>
      <w:r>
        <w:br/>
        <w:t>Пісня про блоху</w:t>
      </w:r>
    </w:p>
    <w:p>
      <w:r>
        <w:br/>
        <w:t>Жив цар колись в давнuну,&lt;br /&gt;</w:t>
        <w:br/>
        <w:t>Й була у нього блоха;&lt;br /&gt;</w:t>
        <w:br/>
        <w:t>Мов рідную дитину,&lt;br /&gt;</w:t>
        <w:br/>
        <w:t>Він ту блоху кохав.</w:t>
      </w:r>
    </w:p>
    <w:p>
      <w:r>
        <w:br/>
        <w:t>Велів кравця позвати.&lt;br /&gt;</w:t>
        <w:br/>
        <w:t>Прийшов к ньому кравець:&lt;br /&gt;</w:t>
        <w:br/>
        <w:t>"Поший мерщій паняті&lt;br /&gt;</w:t>
        <w:br/>
        <w:t>Штанці і жупанець!"</w:t>
      </w:r>
    </w:p>
    <w:p>
      <w:r>
        <w:br/>
        <w:t>В саєти, в адамашки&lt;br /&gt;</w:t>
        <w:br/>
        <w:t>Блоху вдягли кругом,&lt;br /&gt;</w:t>
        <w:br/>
        <w:t>Обвішали у стяжки,&lt;br /&gt;</w:t>
        <w:br/>
        <w:t>Оздобили хрестом.</w:t>
      </w:r>
    </w:p>
    <w:p>
      <w:r>
        <w:br/>
        <w:t>Міністром стала скоро —&lt;br /&gt;</w:t>
        <w:br/>
        <w:t>Аж сяють ордени,&lt;br /&gt;</w:t>
        <w:br/>
        <w:t>Весь рід взяла до двору,&lt;br /&gt;</w:t>
        <w:br/>
        <w:t>Всіх вивела в пани.</w:t>
      </w:r>
    </w:p>
    <w:p>
      <w:r>
        <w:br/>
        <w:t>А ті вже не давали&lt;br /&gt;</w:t>
        <w:br/>
        <w:t>Спокою дворакам,&lt;br /&gt;</w:t>
        <w:br/>
        <w:t>Царицю — й ту кусали,&lt;br /&gt;</w:t>
        <w:br/>
        <w:t>Шпигали її дам.</w:t>
      </w:r>
    </w:p>
    <w:p>
      <w:r>
        <w:br/>
        <w:t>Не стало впину злющим,&lt;br /&gt;</w:t>
        <w:br/>
        <w:t>Ні вбить, ані зігнать...&lt;br /&gt;</w:t>
        <w:br/>
        <w:t>Ми ж трощим їх, ще й плющим.&lt;br /&gt;</w:t>
        <w:br/>
        <w:t>Хай спробують кусать!</w:t>
      </w:r>
    </w:p>
    <w:p>
      <w:r>
        <w:br/>
        <w:t>Лічилка відьм</w:t>
      </w:r>
    </w:p>
    <w:p>
      <w:r>
        <w:br/>
        <w:t>Як досягти&lt;br /&gt;</w:t>
        <w:br/>
        <w:t>До десяти?&lt;br /&gt;</w:t>
        <w:br/>
        <w:t>Один — як дим,&lt;br /&gt;</w:t>
        <w:br/>
        <w:t>А два — сплива,&lt;br /&gt;</w:t>
        <w:br/>
        <w:t>А три — зітри,&lt;br /&gt;</w:t>
        <w:br/>
        <w:t>Чотири ж — виріж,&lt;br /&gt;</w:t>
        <w:br/>
        <w:t>А п'ять — украдь,&lt;br /&gt;</w:t>
        <w:br/>
        <w:t>А шість — ізчисть,&lt;br /&gt;</w:t>
        <w:br/>
        <w:t>А сім — знесім,&lt;br /&gt;</w:t>
        <w:br/>
        <w:t>А вісім — повісим,&lt;br /&gt;</w:t>
        <w:br/>
        <w:t>А дев'ять що? — Невідь-що.&lt;br /&gt;</w:t>
        <w:br/>
        <w:t>А десять — кудесять.&lt;br /&gt;</w:t>
        <w:br/>
        <w:t>Отак-то лічим ми, відьмu.</w:t>
      </w:r>
    </w:p>
    <w:p>
      <w:r>
        <w:br/>
        <w:t>Пісня про Фульського Царя</w:t>
      </w:r>
    </w:p>
    <w:p>
      <w:r>
        <w:br/>
        <w:t>Був вірний коханці завше&lt;br /&gt;</w:t>
        <w:br/>
        <w:t>Славетний Фульський цар;&lt;br /&gt;</w:t>
        <w:br/>
        <w:t>Вона йому, вмиравши,&lt;br /&gt;</w:t>
        <w:br/>
        <w:t>Дала злотний кубок в дар.</w:t>
      </w:r>
    </w:p>
    <w:p>
      <w:r>
        <w:br/>
        <w:t>Над всі скарби коштовні&lt;br /&gt;</w:t>
        <w:br/>
        <w:t>Він кубок той любив,&lt;br /&gt;</w:t>
        <w:br/>
        <w:t>I очі сліз були повні,&lt;br /&gt;</w:t>
        <w:br/>
        <w:t>Як він із нього пив.</w:t>
      </w:r>
    </w:p>
    <w:p>
      <w:r>
        <w:br/>
        <w:t>Почувши, що годі жити,&lt;br /&gt;</w:t>
        <w:br/>
        <w:t>Усе роздав синам:&lt;br /&gt;</w:t>
        <w:br/>
        <w:t>"Усе беріте, діти,&lt;br /&gt;</w:t>
        <w:br/>
        <w:t>А кубка не віддам!"</w:t>
      </w:r>
    </w:p>
    <w:p>
      <w:r>
        <w:br/>
        <w:t>Сидів він на бенкеті,&lt;br /&gt;</w:t>
        <w:br/>
        <w:t>I все лицарство з ним,&lt;br /&gt;</w:t>
        <w:br/>
        <w:t>У замку на бескеті,&lt;br /&gt;</w:t>
        <w:br/>
        <w:t>Над берегом морським.</w:t>
      </w:r>
    </w:p>
    <w:p>
      <w:r>
        <w:br/>
        <w:t>Допив живець д'останку&lt;br /&gt;</w:t>
        <w:br/>
        <w:t>Старенький бенкетар&lt;br /&gt;</w:t>
        <w:br/>
        <w:t>I в буйні хвилі з ганку&lt;br /&gt;</w:t>
        <w:br/>
        <w:t>Жбурнув священний дар.</w:t>
      </w:r>
    </w:p>
    <w:p>
      <w:r>
        <w:br/>
        <w:t>Ось кубок летить, мигоче,&lt;br /&gt;</w:t>
        <w:br/>
        <w:t>Ось вир його схопив...&lt;br /&gt;</w:t>
        <w:br/>
        <w:t>А цар склепив свої очі&lt;br /&gt;</w:t>
        <w:br/>
        <w:t>I більше вже не пив...</w:t>
      </w:r>
    </w:p>
    <w:p>
      <w:r>
        <w:br/>
        <w:t>Пісня Гретхен за прядкою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</w:t>
      </w:r>
    </w:p>
    <w:p>
      <w:r>
        <w:br/>
        <w:t>Де його нема —&lt;br /&gt;</w:t>
        <w:br/>
        <w:t>Могильна тьма,&lt;br /&gt;</w:t>
        <w:br/>
        <w:t>I білий світ —&lt;br /&gt;</w:t>
        <w:br/>
        <w:t>Зів'ялий цвіт.</w:t>
      </w:r>
    </w:p>
    <w:p>
      <w:r>
        <w:br/>
        <w:t>В голівоньці&lt;br /&gt;</w:t>
        <w:br/>
        <w:t>Журба тяжка,&lt;br /&gt;</w:t>
        <w:br/>
        <w:t>На думоньці&lt;br /&gt;</w:t>
        <w:br/>
        <w:t>Печаль гірка.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</w:t>
      </w:r>
    </w:p>
    <w:p>
      <w:r>
        <w:br/>
        <w:t>Я виглядаю&lt;br /&gt;</w:t>
        <w:br/>
        <w:t>Його в вікно,&lt;br /&gt;</w:t>
        <w:br/>
        <w:t>Я дожидаю&lt;br /&gt;</w:t>
        <w:br/>
        <w:t>Його давно.</w:t>
      </w:r>
    </w:p>
    <w:p>
      <w:r>
        <w:br/>
        <w:t>Ой, коли б прийшов,&lt;br /&gt;</w:t>
        <w:br/>
        <w:t>Хорош, ласкав,&lt;br /&gt;</w:t>
        <w:br/>
        <w:t>Пройняв очима,&lt;br /&gt;</w:t>
        <w:br/>
        <w:t>Словом заграв,</w:t>
      </w:r>
    </w:p>
    <w:p>
      <w:r>
        <w:br/>
        <w:t>Посмішкою&lt;br /&gt;</w:t>
        <w:br/>
        <w:t>Зачарував,&lt;br /&gt;</w:t>
        <w:br/>
        <w:t>Потиснув руку,&lt;br /&gt;</w:t>
        <w:br/>
        <w:t>Поцілував!</w:t>
      </w:r>
    </w:p>
    <w:p>
      <w:r>
        <w:br/>
        <w:t>На серці жаль,&lt;br /&gt;</w:t>
        <w:br/>
        <w:t>Мій спокій зник&lt;br /&gt;</w:t>
        <w:br/>
        <w:t>I вже не вернеться&lt;br /&gt;</w:t>
        <w:br/>
        <w:t>Повік, повік...</w:t>
      </w:r>
    </w:p>
    <w:p>
      <w:r>
        <w:br/>
        <w:t>До нього рветься&lt;br /&gt;</w:t>
        <w:br/>
        <w:t>Душа моя,&lt;br /&gt;</w:t>
        <w:br/>
        <w:t>Його обняти&lt;br /&gt;</w:t>
        <w:br/>
        <w:t>Жадаю я,</w:t>
      </w:r>
    </w:p>
    <w:p>
      <w:r>
        <w:br/>
        <w:t>I цілувати,&lt;br /&gt;</w:t>
        <w:br/>
        <w:t>I любо мліть,&lt;br /&gt;</w:t>
        <w:br/>
        <w:t>В його цілунках&lt;br /&gt;</w:t>
        <w:br/>
        <w:t>I смерть зустріть.</w:t>
      </w:r>
    </w:p>
    <w:p>
      <w:r>
        <w:br/>
        <w:t>Молитва Гретхен</w:t>
      </w:r>
    </w:p>
    <w:p>
      <w:r>
        <w:br/>
        <w:t>О Діво,&lt;br /&gt;</w:t>
        <w:br/>
        <w:t>Глянь милостиво,&lt;br /&gt;</w:t>
        <w:br/>
        <w:t>За гріх мій Бога вмилосердь!</w:t>
      </w:r>
    </w:p>
    <w:p>
      <w:r>
        <w:br/>
        <w:t>Мечем пробита,&lt;br /&gt;</w:t>
        <w:br/>
        <w:t>Жалем повита,&lt;br /&gt;</w:t>
        <w:br/>
        <w:t>Ти зриш святого Сина смерть.&lt;br /&gt;</w:t>
        <w:br/>
        <w:t>Отця зовеш ти&lt;br /&gt;</w:t>
        <w:br/>
        <w:t>Й зітхання шлеш ти&lt;br /&gt;</w:t>
        <w:br/>
        <w:t>До неба, скорбі повна вщерть.</w:t>
      </w:r>
    </w:p>
    <w:p>
      <w:r>
        <w:br/>
        <w:t>Хто знає,&lt;br /&gt;</w:t>
        <w:br/>
        <w:t>Як крає&lt;br /&gt;</w:t>
        <w:br/>
        <w:t>Це серце біль трудний?&lt;br /&gt;</w:t>
        <w:br/>
        <w:t>Як душа моя страждає,&lt;br /&gt;</w:t>
        <w:br/>
        <w:t>Чим тремтить, чого жадає —&lt;br /&gt;</w:t>
        <w:br/>
        <w:t>Видно лиш тобі одній!</w:t>
      </w:r>
    </w:p>
    <w:p>
      <w:r>
        <w:br/>
        <w:t>Чи то б куди пішла я —&lt;br /&gt;</w:t>
        <w:br/>
        <w:t>Тяжка, тяжка, тяжкая&lt;br /&gt;</w:t>
        <w:br/>
        <w:t>На серденьку печаль!&lt;br /&gt;</w:t>
        <w:br/>
        <w:t>Чи то одна сиджу я —&lt;br /&gt;</w:t>
        <w:br/>
        <w:t>Тужу, тужу, тужу я,&lt;br /&gt;</w:t>
        <w:br/>
        <w:t>Терзає душу жаль.</w:t>
      </w:r>
    </w:p>
    <w:p>
      <w:r>
        <w:br/>
        <w:t>Скропила я ції квіти&lt;br /&gt;</w:t>
        <w:br/>
        <w:t>Росою, ах! сліз моїх,&lt;br /&gt;</w:t>
        <w:br/>
        <w:t>Коли я рано-вранці&lt;br /&gt;</w:t>
        <w:br/>
        <w:t>Для тебе рвала їх.</w:t>
      </w:r>
    </w:p>
    <w:p>
      <w:r>
        <w:br/>
        <w:t>Як промені веселі&lt;br /&gt;</w:t>
        <w:br/>
        <w:t>Заграли крізь вікно,&lt;br /&gt;</w:t>
        <w:br/>
        <w:t>Ридаючи, в постелі&lt;br /&gt;</w:t>
        <w:br/>
        <w:t>Сиділа я давно.</w:t>
      </w:r>
    </w:p>
    <w:p>
      <w:r>
        <w:br/>
        <w:t>Спаси! Одринь ганьбу і смерть!&lt;br /&gt;</w:t>
        <w:br/>
        <w:t>О Діво,&lt;br /&gt;</w:t>
        <w:br/>
        <w:t>Глянь милостиво,&lt;br /&gt;</w:t>
        <w:br/>
        <w:t>За мене Бога вмилосердь!</w:t>
      </w:r>
    </w:p>
    <w:p>
      <w:r>
        <w:br/>
        <w:t>Пісня Фауста,&lt;br /&gt;</w:t>
        <w:br/>
        <w:t>Мефістофеля і блудного вогника</w:t>
      </w:r>
    </w:p>
    <w:p>
      <w:r>
        <w:br/>
        <w:t>Ми вступили в володіння&lt;br /&gt;</w:t>
        <w:br/>
        <w:t>Снів чудових, чар таємних.&lt;br /&gt;</w:t>
        <w:br/>
        <w:t>Проведи нас без блудіння&lt;br /&gt;</w:t>
        <w:br/>
        <w:t>По просторах диких, темних,&lt;br /&gt;</w:t>
        <w:br/>
        <w:t>Де блукають дивні мрева.</w:t>
      </w:r>
    </w:p>
    <w:p>
      <w:r>
        <w:br/>
        <w:t>За деревами дерева&lt;br /&gt;</w:t>
        <w:br/>
        <w:t>Мимо, мимо вдаль несуться,&lt;br /&gt;</w:t>
        <w:br/>
        <w:t>Кручі корчаться і гнуться;&lt;br /&gt;</w:t>
        <w:br/>
        <w:t>Онде бескети носаті&lt;br /&gt;</w:t>
        <w:br/>
        <w:t>Захропіли, лігши спати.</w:t>
      </w:r>
    </w:p>
    <w:p>
      <w:r>
        <w:br/>
        <w:t>Між каміння, баговиння&lt;br /&gt;</w:t>
        <w:br/>
        <w:t>Чуть струмочків дзюркотіння.&lt;br /&gt;</w:t>
        <w:br/>
        <w:t>Щось рокоче, щось воркоче,&lt;br /&gt;</w:t>
        <w:br/>
        <w:t>Мов кохання шепт урочий,&lt;br /&gt;</w:t>
        <w:br/>
        <w:t>Раювання сни чудові,&lt;br /&gt;</w:t>
        <w:br/>
        <w:t>Спів надії, спів любові! —&lt;br /&gt;</w:t>
        <w:br/>
        <w:t>Оддається скрізь луною,&lt;br /&gt;</w:t>
        <w:br/>
        <w:t>Казковoю давниною.</w:t>
      </w:r>
    </w:p>
    <w:p>
      <w:r>
        <w:br/>
        <w:t>Шугу! Пугу! Скрики, зойки..&lt;br /&gt;</w:t>
        <w:br/>
        <w:t>Сич і пугач, чайки й сойки —&lt;br /&gt;</w:t>
        <w:br/>
        <w:t>Їм незмога сю ніч спати...&lt;br /&gt;</w:t>
        <w:br/>
        <w:t>Чагарями скачуть жаби —&lt;br /&gt;</w:t>
        <w:br/>
        <w:t>Товстопузі, довголабі!&lt;br /&gt;</w:t>
        <w:br/>
        <w:t>Ось гадючиться коріння&lt;br /&gt;</w:t>
        <w:br/>
        <w:t>I крізь ріння, й крізь каміння;&lt;br /&gt;</w:t>
        <w:br/>
        <w:t>Дивовижні їх сплетіння&lt;br /&gt;</w:t>
        <w:br/>
        <w:t>Мов зібрались нас хапати:&lt;br /&gt;</w:t>
        <w:br/>
        <w:t>Пручать скрути, ніби спрути,&lt;br /&gt;</w:t>
        <w:br/>
        <w:t>Щоб мандрівців затягнути.&lt;br /&gt;</w:t>
        <w:br/>
        <w:t>Долом мшавим, колом мглавим&lt;br /&gt;</w:t>
        <w:br/>
        <w:t>Миші, миші сунуть плавом,&lt;br /&gt;</w:t>
        <w:br/>
        <w:t>Незліченні, різноцвітні!&lt;br /&gt;</w:t>
        <w:br/>
        <w:t>А на кожнім горнім плаї&lt;br /&gt;</w:t>
        <w:br/>
        <w:t>Світляків рясніють зграї,&lt;br /&gt;</w:t>
        <w:br/>
        <w:t>Щоб зблукались мимохідні.</w:t>
      </w:r>
    </w:p>
    <w:p>
      <w:r>
        <w:br/>
        <w:t>Ти скажи, чи ще йдемо ми,&lt;br /&gt;</w:t>
        <w:br/>
        <w:t>Чи на місці стоїмо ми?&lt;br /&gt;</w:t>
        <w:br/>
        <w:t>Все тут крутить веремії —&lt;br /&gt;</w:t>
        <w:br/>
        <w:t>Корчі, й скали-зубоскали,&lt;br /&gt;</w:t>
        <w:br/>
        <w:t>Й світляки, що заскакали,&lt;br /&gt;</w:t>
        <w:br/>
        <w:t>Завихрились, навіснії.</w:t>
      </w:r>
    </w:p>
    <w:p>
      <w:r>
        <w:br/>
        <w:t>Хор ельфів</w:t>
      </w:r>
    </w:p>
    <w:p>
      <w:r>
        <w:br/>
        <w:t>Теплий легіт тихо віє&lt;br /&gt;</w:t>
        <w:br/>
        <w:t>I зелений пестить лан,&lt;br /&gt;</w:t>
        <w:br/>
        <w:t>Сонну землю звільна криє&lt;br /&gt;</w:t>
        <w:br/>
        <w:t>Запашний нічний туман.&lt;br /&gt;</w:t>
        <w:br/>
        <w:t>Загойдаймо жаль у серці,&lt;br /&gt;</w:t>
        <w:br/>
        <w:t>Мов в колисці маленя,&lt;br /&gt;</w:t>
        <w:br/>
        <w:t>Очі страдника, мов дверці,&lt;br /&gt;</w:t>
        <w:br/>
        <w:t>Зачинімо світлу дня.</w:t>
      </w:r>
    </w:p>
    <w:p>
      <w:r>
        <w:br/>
        <w:t>Зорі злотні, зорі срібні&lt;br /&gt;</w:t>
        <w:br/>
        <w:t>Зазорілися, яркі,&lt;br /&gt;</w:t>
        <w:br/>
        <w:t>I великі й дрiбні-дрiбні,&lt;br /&gt;</w:t>
        <w:br/>
        <w:t>I далекі і близькі.&lt;br /&gt;</w:t>
        <w:br/>
        <w:t>У озер дзеркальнім лоні&lt;br /&gt;</w:t>
        <w:br/>
        <w:t>Заяскріли, повні чар,&lt;br /&gt;</w:t>
        <w:br/>
        <w:t>А на мирнім небосклоні&lt;br /&gt;</w:t>
        <w:br/>
        <w:t>Плавле місяць-володар.</w:t>
      </w:r>
    </w:p>
    <w:p>
      <w:r>
        <w:br/>
        <w:t>Горе й радість — все в минулім,&lt;br /&gt;</w:t>
        <w:br/>
        <w:t>У безодні забуття:&lt;br /&gt;</w:t>
        <w:br/>
        <w:t>Віруй, віруй серцем чулим&lt;br /&gt;</w:t>
        <w:br/>
        <w:t>В день новий, нове життя!&lt;br /&gt;</w:t>
        <w:br/>
        <w:t>Он долина зеленіє,&lt;br /&gt;</w:t>
        <w:br/>
        <w:t>На узгір'ї мріє гай,&lt;br /&gt;</w:t>
        <w:br/>
        <w:t>I на нивах зримо зріє&lt;br /&gt;</w:t>
        <w:br/>
        <w:t>I хвилює урожай.</w:t>
      </w:r>
    </w:p>
    <w:p>
      <w:r>
        <w:br/>
        <w:t>Щоб бажання всі здійснились,&lt;br /&gt;</w:t>
        <w:br/>
        <w:t>Глянь у далеч ту ясну!&lt;br /&gt;</w:t>
        <w:br/>
        <w:t>Пута змори вже зносились,&lt;br /&gt;</w:t>
        <w:br/>
        <w:t>Скинь пусте лушпиння сну!&lt;br /&gt;</w:t>
        <w:br/>
        <w:t>Встань, дерзай, не знай вагання,&lt;br /&gt;</w:t>
        <w:br/>
        <w:t>Хай оспала жде юрма!&lt;br /&gt;</w:t>
        <w:br/>
        <w:t>Все можливе для змагання&lt;br /&gt;</w:t>
        <w:br/>
        <w:t>Благородного ума!</w:t>
      </w:r>
    </w:p>
    <w:p>
      <w:r>
        <w:br/>
        <w:t>Хор німф</w:t>
      </w:r>
    </w:p>
    <w:p>
      <w:r>
        <w:br/>
        <w:t>Привіт, привіт,&lt;br /&gt;</w:t>
        <w:br/>
        <w:t>Наш бог, наш пан —&lt;br /&gt;</w:t>
        <w:br/>
        <w:t>Великий Пан!&lt;br /&gt;</w:t>
        <w:br/>
        <w:t>В тобі ввесь світ!&lt;br /&gt;</w:t>
        <w:br/>
        <w:t>Ідіть, летіть стрічать його,&lt;br /&gt;</w:t>
        <w:br/>
        <w:t>Піснями величать його,&lt;br /&gt;</w:t>
        <w:br/>
        <w:t>Бо добрий він, ласкавий він&lt;br /&gt;</w:t>
        <w:br/>
        <w:t>I любить радощів розгін.&lt;br /&gt;</w:t>
        <w:br/>
        <w:t>Під неба дахом голубим&lt;br /&gt;</w:t>
        <w:br/>
        <w:t>Пильнує він свій красний дім,&lt;br /&gt;</w:t>
        <w:br/>
        <w:t>Але струмок йому співа,&lt;br /&gt;</w:t>
        <w:br/>
        <w:t>Вітрець дрімоту навіва...&lt;br /&gt;</w:t>
        <w:br/>
        <w:t>I як опівдні він засне —&lt;br /&gt;</w:t>
        <w:br/>
        <w:t>Ніде й листок не шелеснe,&lt;br /&gt;</w:t>
        <w:br/>
        <w:t>Замре в повітрі кожен рух,&lt;br /&gt;</w:t>
        <w:br/>
        <w:t>Лиш чути квітів млосний дух;&lt;br /&gt;</w:t>
        <w:br/>
        <w:t>Тоді і німфу, як закон,&lt;br /&gt;</w:t>
        <w:br/>
        <w:t>Де б не була — змагає сон.&lt;br /&gt;</w:t>
        <w:br/>
        <w:t>Коли ж зненацька гримне він,&lt;br /&gt;</w:t>
        <w:br/>
        <w:t>Мов з неба грім, мов бурі дзвін,&lt;br /&gt;</w:t>
        <w:br/>
        <w:t>Охопить душу жах німий,&lt;br /&gt;</w:t>
        <w:br/>
        <w:t>Всі розбігаються як стій,&lt;br /&gt;</w:t>
        <w:br/>
        <w:t>I військо в полі никне вмить,&lt;br /&gt;</w:t>
        <w:br/>
        <w:t>Герой збентежений тремтить...&lt;br /&gt;</w:t>
        <w:br/>
        <w:t>Тож слава, слава славному!&lt;br /&gt;</w:t>
        <w:br/>
        <w:t>Хвала йому і честь йому!</w:t>
      </w:r>
    </w:p>
    <w:p>
      <w:r>
        <w:br/>
        <w:t>Монолог Еріхто</w:t>
      </w:r>
    </w:p>
    <w:p>
      <w:r>
        <w:br/>
        <w:t>На свято цеї ночі урочистої&lt;br /&gt;</w:t>
        <w:br/>
        <w:t>Прийшла я знов, Еріхто хмуровидая,&lt;br /&gt;</w:t>
        <w:br/>
        <w:t>Та не така страшенна, як ославили&lt;br /&gt;</w:t>
        <w:br/>
        <w:t>Дурисвіти-поети, меж не знаючи&lt;br /&gt;</w:t>
        <w:br/>
        <w:t>В хвалі й хулі... Дивлюся, мов біліється&lt;br /&gt;</w:t>
        <w:br/>
        <w:t>Широке поле шатрами примарними.&lt;br /&gt;</w:t>
        <w:br/>
        <w:t>То привиди тієї ночі лютої...&lt;br /&gt;</w:t>
        <w:br/>
        <w:t>Як часто повторялась ця жахлива річ&lt;br /&gt;</w:t>
        <w:br/>
        <w:t>I буде, знать, довіку повторятися.&lt;br /&gt;</w:t>
        <w:br/>
        <w:t>Ніхто ж нікому владу, взяту силою,&lt;br /&gt;</w:t>
        <w:br/>
        <w:t>Без бою не віддасть, і кожен думає&lt;br /&gt;</w:t>
        <w:br/>
        <w:t>Під себе нахилити всіх сусід своїх,&lt;br /&gt;</w:t>
        <w:br/>
        <w:t>Хоч сам не владний над своєю волею.&lt;br /&gt;</w:t>
        <w:br/>
        <w:t>Тут бій відбувсь, що став великим прикладом,&lt;br /&gt;</w:t>
        <w:br/>
        <w:t>Як сила переборюється силою,&lt;br /&gt;</w:t>
        <w:br/>
        <w:t>Вінок квітчастий волі розривається,&lt;br /&gt;</w:t>
        <w:br/>
        <w:t>I строгий лавр чоло вінчає владарю.&lt;br /&gt;</w:t>
        <w:br/>
        <w:t>Помпей тут снив про щастя слави й величі,&lt;br /&gt;</w:t>
        <w:br/>
        <w:t>I Цезар з ним ігрався навпереваги...&lt;br /&gt;</w:t>
        <w:br/>
        <w:t>Та знає світ, яка їм доля випала.&lt;br /&gt;</w:t>
        <w:br/>
        <w:t>Огні дозорні скрізь палають чeрвоно,&lt;br /&gt;</w:t>
        <w:br/>
        <w:t>Земля мов дише кровію пролитою;&lt;br /&gt;</w:t>
        <w:br/>
        <w:t>Принаджені такої ночі чарами,&lt;br /&gt;</w:t>
        <w:br/>
        <w:t>Злетілися сюди всі міфи еллінські,&lt;br /&gt;</w:t>
        <w:br/>
        <w:t>Проносяться від вогнища до вогнища&lt;br /&gt;</w:t>
        <w:br/>
        <w:t>Або й сидять, казкові давні постаті...&lt;br /&gt;</w:t>
        <w:br/>
        <w:t>Хоч місяць і щербатий, а розсяявся&lt;br /&gt;</w:t>
        <w:br/>
        <w:t>Лагідно й світло, високо підбившися;&lt;br /&gt;</w:t>
        <w:br/>
        <w:t>Примарні шатра чезнуть, ватри сuніють...&lt;br /&gt;</w:t>
        <w:br/>
        <w:t>А щo це угорі за метеор такий?&lt;br /&gt;</w:t>
        <w:br/>
        <w:t>Виблискує він кулею тілесною...&lt;br /&gt;</w:t>
        <w:br/>
        <w:t>Живим запахло... Ну, тепер не випада мені&lt;br /&gt;</w:t>
        <w:br/>
        <w:t>Підходить до живого, щоб не вшкодити —&lt;br /&gt;</w:t>
        <w:br/>
        <w:t>Обтяжена я й так лихою славою...&lt;br /&gt;</w:t>
        <w:br/>
        <w:t>Спускається... Надумалась — піду собі.</w:t>
      </w:r>
    </w:p>
    <w:p>
      <w:r>
        <w:br/>
        <w:t>Монолог Гелени</w:t>
      </w:r>
    </w:p>
    <w:p>
      <w:r>
        <w:br/>
        <w:t>На світ увесь прославлена й ославлена,&lt;br /&gt;</w:t>
        <w:br/>
        <w:t>Приходжу я, Гелена, прямо з пристані,&lt;br /&gt;</w:t>
        <w:br/>
        <w:t>Мов п'яна ще від плеску хвиль розгойданих,&lt;br /&gt;</w:t>
        <w:br/>
        <w:t>Що з ласки Посейдона, Евра силою&lt;br /&gt;</w:t>
        <w:br/>
        <w:t>Несли нас на хребтах високих, пінявих&lt;br /&gt;</w:t>
        <w:br/>
        <w:t>З фрігійських піль до батьківщини берега.&lt;br /&gt;</w:t>
        <w:br/>
        <w:t>Цар Менелай із воями хоробрими&lt;br /&gt;</w:t>
        <w:br/>
        <w:t>Святкує там внизу своє повернення.&lt;br /&gt;</w:t>
        <w:br/>
        <w:t>Тож привітай мене, високий тереме,&lt;br /&gt;</w:t>
        <w:br/>
        <w:t>Що Тіндарей, мій батько, повернувшися&lt;br /&gt;</w:t>
        <w:br/>
        <w:t>Від пагорба Паллади, тут на кручі звів;&lt;br /&gt;</w:t>
        <w:br/>
        <w:t>Ти був у Спарті всім домам окрасою,&lt;br /&gt;</w:t>
        <w:br/>
        <w:t>Як, граючись, в тобі ми з Клітемнестрою&lt;br /&gt;</w:t>
        <w:br/>
        <w:t>Росли з братами Кастором і Поллуксом.&lt;br /&gt;</w:t>
        <w:br/>
        <w:t>Вітайте й ви мене, о двері бронзові!&lt;br /&gt;</w:t>
        <w:br/>
        <w:t>Колись гостинно відчинились навстіжень&lt;br /&gt;</w:t>
        <w:br/>
        <w:t>Ви Менелаю, в величі пресвітлому,&lt;br /&gt;</w:t>
        <w:br/>
        <w:t>Обранцеві моєму, нареченому.&lt;br /&gt;</w:t>
        <w:br/>
        <w:t>О, відчиніться знов, я мушу виконать&lt;br /&gt;</w:t>
        <w:br/>
        <w:t>Царський наказ — подружній мій обов'язок.&lt;br /&gt;</w:t>
        <w:br/>
        <w:t>Пустіть мене! Позаду хай лишаються&lt;br /&gt;</w:t>
        <w:br/>
        <w:t>Всі буряні пригоди й хвильні злигодні!&lt;br /&gt;</w:t>
        <w:br/>
        <w:t>Відколи я безжурно дім покинула,&lt;br /&gt;</w:t>
        <w:br/>
        <w:t>Подавшись в храм Цитери по обітниці,&lt;br /&gt;</w:t>
        <w:br/>
        <w:t>I вкрав мене фрігійський розбишака там,-&lt;br /&gt;</w:t>
        <w:br/>
        <w:t>Відтоді сталося багато дечого,&lt;br /&gt;</w:t>
        <w:br/>
        <w:t>Про що так любо людям всюди славити&lt;br /&gt;</w:t>
        <w:br/>
        <w:t>I так нелюбо нещасливцю слухати,&lt;br /&gt;</w:t>
        <w:br/>
        <w:t>Про кого поговір у казку вибуяв.</w:t>
      </w:r>
    </w:p>
    <w:p>
      <w:r>
        <w:br/>
        <w:t>Доволі! З мужем ми плили разом сюди,&lt;br /&gt;</w:t>
        <w:br/>
        <w:t>Тепер одну до міста він послав мене;&lt;br /&gt;</w:t>
        <w:br/>
        <w:t>А що на мислі в нього — не вгадать мені.&lt;br /&gt;</w:t>
        <w:br/>
        <w:t>Чи буду знов дружиною, царицею,&lt;br /&gt;</w:t>
        <w:br/>
        <w:t>Чи жертвою за кривду Менелаєву,&lt;br /&gt;</w:t>
        <w:br/>
        <w:t>За лихоліття довгочасне еллінів?&lt;br /&gt;</w:t>
        <w:br/>
        <w:t>Взяли мене, а чи в полон — не відаю.&lt;br /&gt;</w:t>
        <w:br/>
        <w:t>Бо славу й долю,— двох краси супутників&lt;br /&gt;</w:t>
        <w:br/>
        <w:t>Непевних тих,— двозначно прорекли мені&lt;br /&gt;</w:t>
        <w:br/>
        <w:t>Боги безсмертні; й навіть на порозі тут&lt;br /&gt;</w:t>
        <w:br/>
        <w:t>Вони звелись навстріч мені погрозливо.&lt;br /&gt;</w:t>
        <w:br/>
        <w:t>Уже й на кораблі дививсь на мене муж&lt;br /&gt;</w:t>
        <w:br/>
        <w:t>Лиш порідку й не озивався приязно,&lt;br /&gt;</w:t>
        <w:br/>
        <w:t>Немов на мене він лихе намислив щось.&lt;br /&gt;</w:t>
        <w:br/>
        <w:t>Коли ж ввійшли човни в сагу Евротову,&lt;br /&gt;</w:t>
        <w:br/>
        <w:t>То, ледь об землю їх носи черкнулися,&lt;br /&gt;</w:t>
        <w:br/>
        <w:t>Промовив він, неначе богом зрушений:&lt;br /&gt;</w:t>
        <w:br/>
        <w:t>"Тут всі мої в порядку вийдуть воїни,&lt;br /&gt;</w:t>
        <w:br/>
        <w:t>Огляну їх я на морському березі,&lt;br /&gt;</w:t>
        <w:br/>
        <w:t>А ти їдь далі вздовж Еврота славного,&lt;br /&gt;</w:t>
        <w:br/>
        <w:t>Землею благодатною, плодючою,&lt;br /&gt;</w:t>
        <w:br/>
        <w:t>Скеровуй коней луками квітчастими,&lt;br /&gt;</w:t>
        <w:br/>
        <w:t>Аж виїдеш на ту прегарну рівняву,&lt;br /&gt;</w:t>
        <w:br/>
        <w:t>Оточену узгір'ями величними,&lt;br /&gt;</w:t>
        <w:br/>
        <w:t>Де наш святий Лакедемон красується.&lt;br /&gt;</w:t>
        <w:br/>
        <w:t>Приїдь, іди в високовежий дім царськuй,&lt;br /&gt;</w:t>
        <w:br/>
        <w:t>Збери усіх служебок, що лишив я там&lt;br /&gt;</w:t>
        <w:br/>
        <w:t>Із бабою-шафаркою обачною;&lt;br /&gt;</w:t>
        <w:br/>
        <w:t>Нехай вона покаже всі скарби тобі,&lt;br /&gt;</w:t>
        <w:br/>
        <w:t>Від батька в спадок дістані і надбані&lt;br /&gt;</w:t>
        <w:br/>
        <w:t>Пізніш трудами мирними і ратними;&lt;br /&gt;</w:t>
        <w:br/>
        <w:t>Побачиш там ти все в порядку пильному,&lt;br /&gt;</w:t>
        <w:br/>
        <w:t>Цареві ж бо подоба, повернувшися,&lt;br /&gt;</w:t>
        <w:br/>
        <w:t>Знайти в господі все добро-майно своє&lt;br /&gt;</w:t>
        <w:br/>
        <w:t>На тому місці, де колись лишив його;&lt;br /&gt;</w:t>
        <w:br/>
        <w:t>Бо раб не змінить, що царем заведено".</w:t>
      </w:r>
    </w:p>
    <w:p>
      <w:r>
        <w:br/>
        <w:t>А далі так промовив повелитель мій:&lt;br /&gt;</w:t>
        <w:br/>
        <w:t>"Коли усе, як водиться, оглянеш ти,&lt;br /&gt;</w:t>
        <w:br/>
        <w:t>Візьми триніжків, скільки буде в надобі,&lt;br /&gt;</w:t>
        <w:br/>
        <w:t>Й начиння все, що треба жертводієві&lt;br /&gt;</w:t>
        <w:br/>
        <w:t>Для звершення обряду урочистого —&lt;br /&gt;</w:t>
        <w:br/>
        <w:t>I казани, і чаші, і полумиски;&lt;br /&gt;</w:t>
        <w:br/>
        <w:t>Налий води із джерела священного&lt;br /&gt;</w:t>
        <w:br/>
        <w:t>В глеки високі; налаштуй доволі дров&lt;br /&gt;</w:t>
        <w:br/>
        <w:t>Сухих, палких, із дерева горючого,&lt;br /&gt;</w:t>
        <w:br/>
        <w:t>Та щоб ножа було як слід нагострено;&lt;br /&gt;</w:t>
        <w:br/>
        <w:t>А всьому іншому сама вже лад даси".&lt;br /&gt;</w:t>
        <w:br/>
        <w:t>По тих словах додому відіслав мене;&lt;br /&gt;</w:t>
        <w:br/>
        <w:t>А що за животвір богам гадає він&lt;br /&gt;</w:t>
        <w:br/>
        <w:t>Офірувати — так і не сказав мені:&lt;br /&gt;</w:t>
        <w:br/>
        <w:t>Непевне щось! Та що мені журитися —&lt;br /&gt;</w:t>
        <w:br/>
        <w:t>Нехай усе так чиниться і діється,&lt;br /&gt;</w:t>
        <w:br/>
        <w:t>Як вирішать безсмертні небожителі.&lt;br /&gt;</w:t>
        <w:br/>
        <w:t>Чи добрим, а чи злим здається вирок той,&lt;br /&gt;</w:t>
        <w:br/>
        <w:t>Доводиться покірним бути смертному.&lt;br /&gt;</w:t>
        <w:br/>
        <w:t>Не раз було, що зносивсь ніж офірника&lt;br /&gt;</w:t>
        <w:br/>
        <w:t>Над шиєю похилою рокованця&lt;br /&gt;</w:t>
        <w:br/>
        <w:t>Та й не спускавсь — являлось перешкодою&lt;br /&gt;</w:t>
        <w:br/>
        <w:t>Втручання ворога чи й бога доброго.</w:t>
      </w:r>
    </w:p>
    <w:p>
      <w:r>
        <w:br/>
        <w:t>Ну що ж, нехай стається те, що станеться!&lt;br /&gt;</w:t>
        <w:br/>
        <w:t>Я мушу йти не гаючись у дім царський,&lt;br /&gt;</w:t>
        <w:br/>
        <w:t>Давно не бачений, жагуче бажаний,&lt;br /&gt;</w:t>
        <w:br/>
        <w:t>Немов утрачений — і знов повернений.&lt;br /&gt;</w:t>
        <w:br/>
        <w:t>Так легко не зійду я тими сходами,&lt;br /&gt;</w:t>
        <w:br/>
        <w:t>Де я гуляла жвавою дитиною.</w:t>
      </w:r>
    </w:p>
    <w:p>
      <w:r>
        <w:br/>
        <w:t>Хори фіналу</w:t>
      </w:r>
    </w:p>
    <w:p>
      <w:r>
        <w:br/>
        <w:t>Неба обранці,&lt;br /&gt;</w:t>
        <w:br/>
        <w:t>Раю посланці,&lt;br /&gt;</w:t>
        <w:br/>
        <w:t>Линьмо туди!&lt;br /&gt;</w:t>
        <w:br/>
        <w:t>Гріх викупляймо,&lt;br /&gt;</w:t>
        <w:br/>
        <w:t>Прах оживляймо&lt;br /&gt;</w:t>
        <w:br/>
        <w:t>Всіх просвітляймо,&lt;br /&gt;</w:t>
        <w:br/>
        <w:t>Возвеселяймо,&lt;br /&gt;</w:t>
        <w:br/>
        <w:t>Благословляймо&lt;br /&gt;</w:t>
        <w:br/>
        <w:t>В наші сліди!</w:t>
      </w:r>
    </w:p>
    <w:p>
      <w:r>
        <w:br/>
        <w:t>Рози квітучії,&lt;br /&gt;</w:t>
        <w:br/>
        <w:t>Роси пахучії,&lt;br /&gt;</w:t>
        <w:br/>
        <w:t>Сяйно-живущії,&lt;br /&gt;</w:t>
        <w:br/>
        <w:t>Тайно-зцілющії,&lt;br /&gt;</w:t>
        <w:br/>
        <w:t>Вкрийте листочками&lt;br /&gt;</w:t>
        <w:br/>
        <w:t>I пелюсточками&lt;br /&gt;</w:t>
        <w:br/>
        <w:t>Вколо весь край!&lt;br /&gt;</w:t>
        <w:br/>
        <w:t>Червоно й зелено&lt;br /&gt;</w:t>
        <w:br/>
        <w:t>Пестися, май!&lt;br /&gt;</w:t>
        <w:br/>
        <w:t>Вмерлому велено&lt;br /&gt;</w:t>
        <w:br/>
        <w:t>Знестися в рай!</w:t>
      </w:r>
    </w:p>
    <w:p>
      <w:r>
        <w:br/>
        <w:t>Цвітіння благісне,&lt;br /&gt;</w:t>
        <w:br/>
        <w:t>Горіння радісне,&lt;br /&gt;</w:t>
        <w:br/>
        <w:t>Живить усе воно,&lt;br /&gt;</w:t>
        <w:br/>
        <w:t>Всюди несе воно&lt;br /&gt;</w:t>
        <w:br/>
        <w:t>Ласку й любов.&lt;br /&gt;</w:t>
        <w:br/>
        <w:t>Праведний, вірний&lt;br /&gt;</w:t>
        <w:br/>
        <w:t>Світ невечірній&lt;br /&gt;</w:t>
        <w:br/>
        <w:t>В висі ефірній&lt;br /&gt;</w:t>
        <w:br/>
        <w:t>Тихо зійшов.</w:t>
      </w:r>
    </w:p>
    <w:p>
      <w:r>
        <w:br/>
        <w:t>Що не належить вам,&lt;br /&gt;</w:t>
        <w:br/>
        <w:t>Те й не займайте,&lt;br /&gt;</w:t>
        <w:br/>
        <w:t>Що дух бентежить вам,&lt;br /&gt;</w:t>
        <w:br/>
        <w:t>Те оминайте.&lt;br /&gt;</w:t>
        <w:br/>
        <w:t>Воїнство, гублячим&lt;br /&gt;</w:t>
        <w:br/>
        <w:t>Відсіч готов!&lt;br /&gt;</w:t>
        <w:br/>
        <w:t>Владна над люблячим&lt;br /&gt;</w:t>
        <w:br/>
        <w:t>Тільки любов!</w:t>
      </w:r>
    </w:p>
    <w:p>
      <w:r>
        <w:br/>
        <w:t>Люблячий пломінь,&lt;br /&gt;</w:t>
        <w:br/>
        <w:t>Лагідний промінь!&lt;br /&gt;</w:t>
        <w:br/>
        <w:t>Сяєвом правди&lt;br /&gt;</w:t>
        <w:br/>
        <w:t>Грішних направ ти&lt;br /&gt;</w:t>
        <w:br/>
        <w:t>I, від погуби пут&lt;br /&gt;</w:t>
        <w:br/>
        <w:t>Збавивши їх,&lt;br /&gt;</w:t>
        <w:br/>
        <w:t>Виведи їх на путь&lt;br /&gt;</w:t>
        <w:br/>
        <w:t>Райських утіх.</w:t>
      </w:r>
    </w:p>
    <w:p>
      <w:r>
        <w:br/>
        <w:t>Кого скупає&lt;br /&gt;</w:t>
        <w:br/>
        <w:t>Пломінь священний,&lt;br /&gt;</w:t>
        <w:br/>
        <w:t>Той у блаженний&lt;br /&gt;</w:t>
        <w:br/>
        <w:t>Сонм уступає.&lt;br /&gt;</w:t>
        <w:br/>
        <w:t>Хором врочистим&lt;br /&gt;</w:t>
        <w:br/>
        <w:t>Злинемо ввись!&lt;br /&gt;</w:t>
        <w:br/>
        <w:t>Аером чистим,&lt;br /&gt;</w:t>
        <w:br/>
        <w:t>Душе, живись!</w:t>
      </w:r>
    </w:p>
    <w:p>
      <w:r>
        <w:br/>
        <w:t>Скелі стоять стрімкі,&lt;br /&gt;</w:t>
        <w:br/>
        <w:t>Сосни шумлять дзвінкі,&lt;br /&gt;</w:t>
        <w:br/>
        <w:t>Корені в них чіпкі,&lt;br /&gt;</w:t>
        <w:br/>
        <w:t>Стовбури в них гінкі.&lt;br /&gt;</w:t>
        <w:br/>
        <w:t>Хвилі прудкі біжать,&lt;br /&gt;</w:t>
        <w:br/>
        <w:t>Надра гірські мовчать;&lt;br /&gt;</w:t>
        <w:br/>
        <w:t>Тигри навкруг снують,&lt;br /&gt;</w:t>
        <w:br/>
        <w:t>Лагідно муркають:&lt;br /&gt;</w:t>
        <w:br/>
        <w:t>Тут ворожди нема,&lt;br /&gt;</w:t>
        <w:br/>
        <w:t>Тільки любов сама.</w:t>
      </w:r>
    </w:p>
    <w:p>
      <w:r>
        <w:br/>
        <w:t>Вічний блаженства пал,&lt;br /&gt;</w:t>
        <w:br/>
        <w:t>Буйний любові шал,&lt;br /&gt;</w:t>
        <w:br/>
        <w:t>Серця відчайний біль,&lt;br /&gt;</w:t>
        <w:br/>
        <w:t>Бог, як осяйна ціль!&lt;br /&gt;</w:t>
        <w:br/>
        <w:t>Стріли, жаліть мене.</w:t>
      </w:r>
    </w:p>
    <w:p>
      <w:r>
        <w:br/>
        <w:t>Списи, коліть мене,&lt;br /&gt;</w:t>
        <w:br/>
        <w:t>Шаблі, січіть мене,&lt;br /&gt;</w:t>
        <w:br/>
        <w:t>Громи, печіть мене!&lt;br /&gt;</w:t>
        <w:br/>
        <w:t>Згинь, наче хмарна тінь,&lt;br /&gt;</w:t>
        <w:br/>
        <w:t>Зовнішня марна тлінь!&lt;br /&gt;</w:t>
        <w:br/>
        <w:t>Сонцем ясним заграй,&lt;br /&gt;</w:t>
        <w:br/>
        <w:t>Вічний любові рай!</w:t>
      </w:r>
    </w:p>
    <w:p>
      <w:r>
        <w:br/>
        <w:t>Взявшись за руки,&lt;br /&gt;</w:t>
        <w:br/>
        <w:t>Побожний хор створім,&lt;br /&gt;</w:t>
        <w:br/>
        <w:t>Врочисті звуки&lt;br /&gt;</w:t>
        <w:br/>
        <w:t>У небеса знесім!&lt;br /&gt;</w:t>
        <w:br/>
        <w:t>I нелукавим&lt;br /&gt;</w:t>
        <w:br/>
        <w:t>Вірмо словам:&lt;br /&gt;</w:t>
        <w:br/>
        <w:t>Той, кого славим,&lt;br /&gt;</w:t>
        <w:br/>
        <w:t>Явиться нам.</w:t>
      </w:r>
    </w:p>
    <w:p>
      <w:r>
        <w:br/>
        <w:t>Як тяжко нам нести&lt;br /&gt;</w:t>
        <w:br/>
        <w:t>Ці земні лишки,&lt;br /&gt;</w:t>
        <w:br/>
        <w:t>Святої чистоти&lt;br /&gt;</w:t>
        <w:br/>
        <w:t>Тлінні домішки!&lt;br /&gt;</w:t>
        <w:br/>
        <w:t>Дух до матерії&lt;br /&gt;</w:t>
        <w:br/>
        <w:t>Приріс там щільно,&lt;br /&gt;</w:t>
        <w:br/>
        <w:t>Зняти тепер її&lt;br /&gt;</w:t>
        <w:br/>
        <w:t>I нам не вільно.&lt;br /&gt;</w:t>
        <w:br/>
        <w:t>Міцний зв'язок єдна&lt;br /&gt;</w:t>
        <w:br/>
        <w:t>Єство подвійне,&lt;br /&gt;</w:t>
        <w:br/>
        <w:t>Вічна любов одна&lt;br /&gt;</w:t>
        <w:br/>
        <w:t>Його роздійме.</w:t>
      </w:r>
    </w:p>
    <w:p>
      <w:r>
        <w:br/>
        <w:t>В'ється імлистий круг&lt;br /&gt;</w:t>
        <w:br/>
        <w:t>Понад горою,&lt;br /&gt;</w:t>
        <w:br/>
        <w:t>В нім ми вчуваєм рух&lt;br /&gt;</w:t>
        <w:br/>
        <w:t>Звинного рою.&lt;br /&gt;</w:t>
        <w:br/>
        <w:t>Хмарки світлішають,&lt;br /&gt;</w:t>
        <w:br/>
        <w:t>В них вже виднішають&lt;br /&gt;</w:t>
        <w:br/>
        <w:t>Діти блаженні,&lt;br /&gt;</w:t>
        <w:br/>
        <w:t>Вільні від зeмних бід,&lt;br /&gt;</w:t>
        <w:br/>
        <w:t>В весен новітніх цвіт&lt;br /&gt;</w:t>
        <w:br/>
        <w:t>Преображенні.&lt;br /&gt;</w:t>
        <w:br/>
        <w:t>Хай же і ця душа&lt;br /&gt;</w:t>
        <w:br/>
        <w:t>З гроном ясним руша&lt;br /&gt;</w:t>
        <w:br/>
        <w:t>В радісний літ,&lt;br /&gt;</w:t>
        <w:br/>
        <w:t>В сфери священні,&lt;br /&gt;</w:t>
        <w:br/>
        <w:t>У горній світ!</w:t>
      </w:r>
    </w:p>
    <w:p>
      <w:r>
        <w:br/>
        <w:t>Радо приймаємо&lt;br /&gt;</w:t>
        <w:br/>
        <w:t>Духа сповитого,&lt;br /&gt;</w:t>
        <w:br/>
        <w:t>В ньому вбачаємо&lt;br /&gt;</w:t>
        <w:br/>
        <w:t>Ангела скритого.</w:t>
      </w:r>
    </w:p>
    <w:p>
      <w:r>
        <w:br/>
        <w:t>Пелен земних розрив —&lt;br /&gt;</w:t>
        <w:br/>
        <w:t>Мука остання:&lt;br /&gt;</w:t>
        <w:br/>
        <w:t>Вже він достиг, дозрів&lt;br /&gt;</w:t>
        <w:br/>
        <w:t>До раювання!</w:t>
      </w:r>
    </w:p>
    <w:p>
      <w:r>
        <w:br/>
        <w:t>Вгору здіймають дух&lt;br /&gt;</w:t>
        <w:br/>
        <w:t>Обрії чисті...&lt;br /&gt;</w:t>
        <w:br/>
        <w:t>Хором звершають круг&lt;br /&gt;</w:t>
        <w:br/>
        <w:t>Світлі невісти.&lt;br /&gt;</w:t>
        <w:br/>
        <w:t>Чий то з зірок вінок&lt;br /&gt;</w:t>
        <w:br/>
        <w:t>Злотом яскриться?&lt;br /&gt;</w:t>
        <w:br/>
        <w:t>То ж серед тих жінок&lt;br /&gt;</w:t>
        <w:br/>
        <w:t>Неба Цариця!</w:t>
      </w:r>
    </w:p>
    <w:p>
      <w:r>
        <w:br/>
        <w:t>Ти незрівнянна,&lt;br /&gt;</w:t>
        <w:br/>
        <w:t>Ти благостинна!&lt;br /&gt;</w:t>
        <w:br/>
        <w:t>Вчуй же благання,&lt;br /&gt;</w:t>
        <w:br/>
        <w:t>Вчуй же моління —&lt;br /&gt;</w:t>
        <w:br/>
        <w:t>Дай нам спасіння!</w:t>
      </w:r>
    </w:p>
    <w:p>
      <w:r>
        <w:br/>
        <w:t>Яви минущого&lt;br /&gt;</w:t>
        <w:br/>
        <w:t>Нам ніби сняться;&lt;br /&gt;</w:t>
        <w:br/>
        <w:t>То — символ сущого,&lt;br /&gt;</w:t>
        <w:br/>
        <w:t>Де сни здійсняться,&lt;br /&gt;</w:t>
        <w:br/>
        <w:t>Де все урочеє&lt;br /&gt;</w:t>
        <w:br/>
        <w:t>Діє й живе;&lt;br /&gt;</w:t>
        <w:br/>
        <w:t>Вічно жіночеє&lt;br /&gt;</w:t>
        <w:br/>
        <w:t>Нас туди зве.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Фрагменти з "Фауста"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