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Фрагмент</w:t>
      </w:r>
    </w:p>
    <w:p>
      <w:r>
        <w:br/>
        <w:t xml:space="preserve"> Якби я став одним із олімпійців,&lt;br /&gt;</w:t>
        <w:br/>
        <w:t>Їх божествам одразу б довелось&lt;br /&gt;</w:t>
        <w:br/>
        <w:t>Постановити, щоб із кожним кроком&lt;br /&gt;</w:t>
        <w:br/>
        <w:t>Того, хто зважиться в тяжку мандрівку&lt;br /&gt;</w:t>
        <w:br/>
        <w:t>До схованої в безвісті краси,&lt;br /&gt;</w:t>
        <w:br/>
        <w:t>Ніжнішою рука її ставала,&lt;br /&gt;</w:t>
        <w:br/>
        <w:t>А врода кращою, і щоб за кожну&lt;br /&gt;</w:t>
        <w:br/>
        <w:t>Тернову ягідку, до спраглих уст&lt;br /&gt;</w:t>
        <w:br/>
        <w:t>Піднесену, наброщувавсь новий&lt;br /&gt;</w:t>
        <w:br/>
        <w:t>На дереві кохання поцілунок,&lt;br /&gt;</w:t>
        <w:br/>
        <w:t>I стигнув би, і м'якшав соковито,&lt;br /&gt;</w:t>
        <w:br/>
        <w:t>Щоб на устах мандрівника розтати.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Фрагмент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