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 balance</w:t>
      </w:r>
    </w:p>
    <w:p>
      <w:r>
        <w:br/>
        <w:t xml:space="preserve"> я мовчу щоби було не надто багато крику&lt;br /&gt;</w:t>
        <w:br/>
        <w:t>я кричу щоби було не надто багато пауз&lt;br /&gt;</w:t>
        <w:br/>
        <w:t>я ховаюсь від світу щоб бути не надто відкритим&lt;br /&gt;</w:t>
        <w:br/>
        <w:t>хоч сховатися ніде – та я все одно ховаюсь</w:t>
      </w:r>
    </w:p>
    <w:p>
      <w:r>
        <w:br/>
        <w:t>всі ці танці на линві убогі як цирк на дроті&lt;br /&gt;</w:t>
        <w:br/>
        <w:t>богом зважений був я і визнаний легковажним&lt;br /&gt;</w:t>
        <w:br/>
        <w:t>рівновага можлива лише як постійний спротив&lt;br /&gt;</w:t>
        <w:br/>
        <w:t>рівновага можлива як зн&amp;#225;йдеш в собі щось справжнє</w:t>
      </w:r>
    </w:p>
    <w:p>
      <w:r>
        <w:br/>
        <w:t>я не знаю що справжнє в мені ну а що несправжнє&lt;br /&gt;</w:t>
        <w:br/>
        <w:t>я гойдаюсь в петлі професійно як лялька вуду&lt;br /&gt;</w:t>
        <w:br/>
        <w:t>рівновага – це те що не може тривати завжди&lt;br /&gt;</w:t>
        <w:br/>
        <w:t>рівновагу втрачаєш відразу як лиш здобудеш</w:t>
      </w:r>
    </w:p>
    <w:p>
      <w:r>
        <w:br/>
        <w:t>я мовчу так промовисто наче рекламний слоган&lt;br /&gt;</w:t>
        <w:br/>
        <w:t>я кричу так невиразно як опівнічна птаха&lt;br /&gt;</w:t>
        <w:br/>
        <w:t>богом зважений був я і визнаний легшим за бога&lt;br /&gt;</w:t>
        <w:br/>
        <w:t>бог послав у буття мене як посилають нахуй</w:t>
      </w:r>
    </w:p>
    <w:p>
      <w:r>
        <w:br/>
        <w:t>бог в життя мене кинув сховавши кінці у воду&lt;br /&gt;</w:t>
        <w:br/>
        <w:t>бог в життя мене скинув як к&amp;#1117;дають труп у річку&lt;br /&gt;</w:t>
        <w:br/>
        <w:t>я під ним пропливаю й мені його трохи шкода –&lt;br /&gt;</w:t>
        <w:br/>
        <w:t>я втоплюсь в небутті ну а він потопатиме вічно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balance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