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Федорине горе</w:t>
      </w:r>
    </w:p>
    <w:p>
      <w:r>
        <w:br/>
        <w:t xml:space="preserve"> 1</w:t>
      </w:r>
    </w:p>
    <w:p>
      <w:r>
        <w:br/>
        <w:t>Cкаче сито по полях,&lt;br /&gt;</w:t>
        <w:br/>
        <w:t>А корито по лугах.</w:t>
      </w:r>
    </w:p>
    <w:p>
      <w:r>
        <w:br/>
        <w:t>За лопатою мітла&lt;br /&gt;</w:t>
        <w:br/>
        <w:t>Вздовж по вулиці пішла.</w:t>
      </w:r>
    </w:p>
    <w:p>
      <w:r>
        <w:br/>
        <w:t>А сокири, сокири&lt;br /&gt;</w:t>
        <w:br/>
        <w:t>Так і сиплються згори.</w:t>
      </w:r>
    </w:p>
    <w:p>
      <w:r>
        <w:br/>
        <w:t>Ізлякалася коза,&lt;br /&gt;</w:t>
        <w:br/>
        <w:t>Затремтіла, як лоза:</w:t>
      </w:r>
    </w:p>
    <w:p>
      <w:r>
        <w:br/>
        <w:t>— Що там сталось? Що за знак? —&lt;br /&gt;</w:t>
        <w:br/>
        <w:t>Не збагну собі ніяк!</w:t>
      </w:r>
    </w:p>
    <w:p>
      <w:r>
        <w:br/>
        <w:t>2</w:t>
      </w:r>
    </w:p>
    <w:p>
      <w:r>
        <w:br/>
        <w:t>Мов та чорна, мов залізна та нога,&lt;br /&gt;</w:t>
        <w:br/>
        <w:t>Подалася, пострибала кочерга.</w:t>
      </w:r>
    </w:p>
    <w:p>
      <w:r>
        <w:br/>
        <w:t>І помчалися по вулиці ножі:&lt;br /&gt;</w:t>
        <w:br/>
        <w:t>— Ей, держи, держи, держи, держи, держи!</w:t>
      </w:r>
    </w:p>
    <w:p>
      <w:r>
        <w:br/>
        <w:t>І каструля на бігу&lt;br /&gt;</w:t>
        <w:br/>
        <w:t>Закричала утюгу:&lt;br /&gt;</w:t>
        <w:br/>
        <w:t>— Я кочусь, кочусь, кочусь&lt;br /&gt;</w:t>
        <w:br/>
        <w:t>І ніяк не зупинюсь!</w:t>
      </w:r>
    </w:p>
    <w:p>
      <w:r>
        <w:br/>
        <w:t>Ось і чайник за кофейником біжить,&lt;br /&gt;</w:t>
        <w:br/>
        <w:t>Дзеленчить, і деренчить, і торохтить...</w:t>
      </w:r>
    </w:p>
    <w:p>
      <w:r>
        <w:br/>
        <w:t>Утюги біжать, покрякуючи,&lt;br /&gt;</w:t>
        <w:br/>
        <w:t>Через ями та калюжі перескакуючи.</w:t>
      </w:r>
    </w:p>
    <w:p>
      <w:r>
        <w:br/>
        <w:t>А за ними блюдця, блюдця —&lt;br /&gt;</w:t>
        <w:br/>
        <w:t>Дзінь-ля-ля! Дзінь-ля-ля!&lt;br /&gt;</w:t>
        <w:br/>
        <w:t>Вздовж по вулиці несуться —&lt;br /&gt;</w:t>
        <w:br/>
        <w:t>Дзінь-ля-ля! Дзінь-ля-ля!</w:t>
      </w:r>
    </w:p>
    <w:p>
      <w:r>
        <w:br/>
        <w:t>На склянки —дзінь-ля! — натикаються.&lt;br /&gt;</w:t>
        <w:br/>
        <w:t>І склянки — дзінь-ля! — розбиваються.</w:t>
      </w:r>
    </w:p>
    <w:p>
      <w:r>
        <w:br/>
        <w:t>І біжить сковорода біля води:&lt;br /&gt;</w:t>
        <w:br/>
        <w:t>— Ви куди? куди? куди? куди? куди?</w:t>
      </w:r>
    </w:p>
    <w:p>
      <w:r>
        <w:br/>
        <w:t>А услід скакали&lt;br /&gt;</w:t>
        <w:br/>
        <w:t>Кухлі та бокали,&lt;br /&gt;</w:t>
        <w:br/>
        <w:t>Таці і графини&lt;br /&gt;</w:t>
        <w:br/>
        <w:t>Посеред стежини.</w:t>
      </w:r>
    </w:p>
    <w:p>
      <w:r>
        <w:br/>
        <w:t>Стіл плигнув з віконця з усіх ніг&lt;br /&gt;</w:t>
        <w:br/>
        <w:t>І побіг, побіг, побіг, побіг, побіг...</w:t>
      </w:r>
    </w:p>
    <w:p>
      <w:r>
        <w:br/>
        <w:t>А на тім на столі,&lt;br /&gt;</w:t>
        <w:br/>
        <w:t>Наче вершник у сідлі,&lt;br /&gt;</w:t>
        <w:br/>
        <w:t>Самоварисько сидить&lt;br /&gt;</w:t>
        <w:br/>
        <w:t>І гукає, і кричить:</w:t>
      </w:r>
    </w:p>
    <w:p>
      <w:r>
        <w:br/>
        <w:t>— Утікайте, ховайтесь, рятуйтеся! —&lt;br /&gt;</w:t>
        <w:br/>
        <w:t>І в залізную трубу:&lt;br /&gt;</w:t>
        <w:br/>
        <w:t>— Бу-бу-бу! Бу-бу-бу!</w:t>
      </w:r>
    </w:p>
    <w:p>
      <w:r>
        <w:br/>
        <w:t>3</w:t>
      </w:r>
    </w:p>
    <w:p>
      <w:r>
        <w:br/>
        <w:t>А за ними слідом з двору&lt;br /&gt;</w:t>
        <w:br/>
        <w:t>Баба гониться Федора:&lt;br /&gt;</w:t>
        <w:br/>
        <w:t>— Ой, ой, ой! Бий вас град!&lt;br /&gt;</w:t>
        <w:br/>
        <w:t>Повернітеся назад!</w:t>
      </w:r>
    </w:p>
    <w:p>
      <w:r>
        <w:br/>
        <w:t>Та сказало їй корито:&lt;br /&gt;</w:t>
        <w:br/>
        <w:t>— На Федору я сердите! —&lt;br /&gt;</w:t>
        <w:br/>
        <w:t>І сказала кочерга:&lt;br /&gt;</w:t>
        <w:br/>
        <w:t>— Я Федорі не слуга!</w:t>
      </w:r>
    </w:p>
    <w:p>
      <w:r>
        <w:br/>
        <w:t>А фарфоровії блюдця&lt;br /&gt;</w:t>
        <w:br/>
        <w:t>Із Федори всі сміються:&lt;br /&gt;</w:t>
        <w:br/>
        <w:t>— Ти не клич нас і не жди,&lt;br /&gt;</w:t>
        <w:br/>
        <w:t>Ми не вернемось сюди!</w:t>
      </w:r>
    </w:p>
    <w:p>
      <w:r>
        <w:br/>
        <w:t>Тут Федорині коти&lt;br /&gt;</w:t>
        <w:br/>
        <w:t>Розчепурили хвости,&lt;br /&gt;</w:t>
        <w:br/>
        <w:t>Подались щодуху в путь,&lt;br /&gt;</w:t>
        <w:br/>
        <w:t>Щоб той посуд повернуть:</w:t>
      </w:r>
    </w:p>
    <w:p>
      <w:r>
        <w:br/>
        <w:t>— Чом, дурні ви тарілки,&lt;br /&gt;</w:t>
        <w:br/>
        <w:t>Пострибали, мов білки?&lt;br /&gt;</w:t>
        <w:br/>
        <w:t>Сором бігать за воротами&lt;br /&gt;</w:t>
        <w:br/>
        <w:t>З горобцями жовторотими!&lt;br /&gt;</w:t>
        <w:br/>
        <w:t>Он рівчак на повороті,&lt;br /&gt;</w:t>
        <w:br/>
        <w:t>Ви потонете в болоті.&lt;br /&gt;</w:t>
        <w:br/>
        <w:t>Не тікайте, почекайте,&lt;br /&gt;</w:t>
        <w:br/>
        <w:t>Повертайтеся назад!</w:t>
      </w:r>
    </w:p>
    <w:p>
      <w:r>
        <w:br/>
        <w:t>Тарілки ж біжать, сміються,&lt;br /&gt;</w:t>
        <w:br/>
        <w:t>А Федорі не даються:&lt;br /&gt;</w:t>
        <w:br/>
        <w:t>— Краще в полі пропадем,&lt;br /&gt;</w:t>
        <w:br/>
        <w:t>До Федори не підем!</w:t>
      </w:r>
    </w:p>
    <w:p>
      <w:r>
        <w:br/>
        <w:t>4</w:t>
      </w:r>
    </w:p>
    <w:p>
      <w:r>
        <w:br/>
        <w:t>Мимо бігла курка сміла&lt;br /&gt;</w:t>
        <w:br/>
        <w:t>І той посуд перестріла:&lt;br /&gt;</w:t>
        <w:br/>
        <w:t>— Куд-куди! Куд-куди!&lt;br /&gt;</w:t>
        <w:br/>
        <w:t>Відкіля ви і куди?</w:t>
      </w:r>
    </w:p>
    <w:p>
      <w:r>
        <w:br/>
        <w:t>Посуд їй відповідає:&lt;br /&gt;</w:t>
        <w:br/>
        <w:t>— В баби нам життя немає,&lt;br /&gt;</w:t>
        <w:br/>
        <w:t>Не любила нас вона,&lt;br /&gt;</w:t>
        <w:br/>
        <w:t>Била, била нас вона,&lt;br /&gt;</w:t>
        <w:br/>
        <w:t>Запилила, закоптила,&lt;br /&gt;</w:t>
        <w:br/>
        <w:t>Занедбала нас вона!</w:t>
      </w:r>
    </w:p>
    <w:p>
      <w:r>
        <w:br/>
        <w:t>— Куд-кудах! Куд-кудах!&lt;br /&gt;</w:t>
        <w:br/>
        <w:t>Жить було вам просто жах!</w:t>
      </w:r>
    </w:p>
    <w:p>
      <w:r>
        <w:br/>
        <w:t>— Так,— промовив мідний таз,—&lt;br /&gt;</w:t>
        <w:br/>
        <w:t>Подивися ти на нас:&lt;br /&gt;</w:t>
        <w:br/>
        <w:t>Ми поламані, побиті,&lt;br /&gt;</w:t>
        <w:br/>
        <w:t>Ми помиями облиті.</w:t>
      </w:r>
    </w:p>
    <w:p>
      <w:r>
        <w:br/>
        <w:t>Глянь у діжку, що у баби,&lt;br /&gt;</w:t>
        <w:br/>
        <w:t>Завелися в діжці жаби.</w:t>
      </w:r>
    </w:p>
    <w:p>
      <w:r>
        <w:br/>
        <w:t>А заглянь лише в цебер —&lt;br /&gt;</w:t>
        <w:br/>
        <w:t>Тьма тарганів там тепер.</w:t>
      </w:r>
    </w:p>
    <w:p>
      <w:r>
        <w:br/>
        <w:t>Ось тому-то ми від баби&lt;br /&gt;</w:t>
        <w:br/>
        <w:t>Утекли, немов од жаби,&lt;br /&gt;</w:t>
        <w:br/>
        <w:t>I гуляем по полях,&lt;br /&gt;</w:t>
        <w:br/>
        <w:t>По болотах, по лугах,&lt;br /&gt;</w:t>
        <w:br/>
        <w:t>До бабури-нечепури&lt;br /&gt;</w:t>
        <w:br/>
        <w:t>Не повернемось!</w:t>
      </w:r>
    </w:p>
    <w:p>
      <w:r>
        <w:br/>
        <w:t>5</w:t>
      </w:r>
    </w:p>
    <w:p>
      <w:r>
        <w:br/>
        <w:t>І побігли вони на узлісся,&lt;br /&gt;</w:t>
        <w:br/>
        <w:t>Через пні, купину подалися.&lt;br /&gt;</w:t>
        <w:br/>
        <w:t>А баба зосталась одна,&lt;br /&gt;</w:t>
        <w:br/>
        <w:t>I плаче, і плаче вона.</w:t>
      </w:r>
    </w:p>
    <w:p>
      <w:r>
        <w:br/>
        <w:t>Сіла б Федора за стіл,&lt;br /&gt;</w:t>
        <w:br/>
        <w:t>Він також помчав що є сил.</w:t>
      </w:r>
    </w:p>
    <w:p>
      <w:r>
        <w:br/>
        <w:t>Зварила б хоч капусняк,&lt;br /&gt;</w:t>
        <w:br/>
        <w:t>Та каструлі не знайде ніяк.</w:t>
      </w:r>
    </w:p>
    <w:p>
      <w:r>
        <w:br/>
        <w:t>Весь посуд утік — дожени! —&lt;br /&gt;</w:t>
        <w:br/>
        <w:t>Зостались самі таргани.&lt;br /&gt;</w:t>
        <w:br/>
        <w:t>Ой, горе Федорі,&lt;br /&gt;</w:t>
        <w:br/>
        <w:t>Горе!</w:t>
      </w:r>
    </w:p>
    <w:p>
      <w:r>
        <w:br/>
        <w:t>6</w:t>
      </w:r>
    </w:p>
    <w:p>
      <w:r>
        <w:br/>
        <w:t>Мчиться посуд вперед і вперед,&lt;br /&gt;</w:t>
        <w:br/>
        <w:t>По болотах побіг, в очерет.</w:t>
      </w:r>
    </w:p>
    <w:p>
      <w:r>
        <w:br/>
        <w:t>І чайник сказав утюгу:&lt;br /&gt;</w:t>
        <w:br/>
        <w:t>— Не можу вже йти по лугу.—&lt;br /&gt;</w:t>
        <w:br/>
        <w:t>І заплакали блюдця:&lt;br /&gt;</w:t>
        <w:br/>
        <w:t>— Чи не краще б вернуться?</w:t>
      </w:r>
    </w:p>
    <w:p>
      <w:r>
        <w:br/>
        <w:t>І заридало корито:&lt;br /&gt;</w:t>
        <w:br/>
        <w:t>— Я розбите украй, розбите!&lt;br /&gt;</w:t>
        <w:br/>
        <w:t>Та блюдце гукнуло в той час:&lt;br /&gt;</w:t>
        <w:br/>
        <w:t>— Ой, доганяє хтось нас!</w:t>
      </w:r>
    </w:p>
    <w:p>
      <w:r>
        <w:br/>
        <w:t>І бачать: за ними із темного бору&lt;br /&gt;</w:t>
        <w:br/>
        <w:t>Іде-шкандибає Федора.</w:t>
      </w:r>
    </w:p>
    <w:p>
      <w:r>
        <w:br/>
        <w:t>Та тільки стряслась дивина:&lt;br /&gt;</w:t>
        <w:br/>
        <w:t>Стала добріша вона.&lt;br /&gt;</w:t>
        <w:br/>
        <w:t>Тихо за ними іде&lt;br /&gt;</w:t>
        <w:br/>
        <w:t>І пісню тихеньку веде:</w:t>
      </w:r>
    </w:p>
    <w:p>
      <w:r>
        <w:br/>
        <w:t>— Ой ви бідні, ви сирітки мої,&lt;br /&gt;</w:t>
        <w:br/>
        <w:t>Утюги і сковорідки мої!&lt;br /&gt;</w:t>
        <w:br/>
        <w:t>Повертайтеся додому в цей же час,&lt;br /&gt;</w:t>
        <w:br/>
        <w:t>Я водою з джерела помию вас,&lt;br /&gt;</w:t>
        <w:br/>
        <w:t>Я почищу вас пісочком,&lt;br /&gt;</w:t>
        <w:br/>
        <w:t>Я обдам вас кип'яточком,&lt;br /&gt;</w:t>
        <w:br/>
        <w:t>І ви будете ізнов&lt;br /&gt;</w:t>
        <w:br/>
        <w:t>Сяять — сонечко немов!&lt;br /&gt;</w:t>
        <w:br/>
        <w:t>А тарганів тих поганих геть я виведу,&lt;br /&gt;</w:t>
        <w:br/>
        <w:t>Прусаків і павуків усіх я вимету!&lt;br /&gt;</w:t>
        <w:br/>
        <w:t>Мовила качалка:&lt;br /&gt;</w:t>
        <w:br/>
        <w:t>— Ой, Федору жалко.</w:t>
      </w:r>
    </w:p>
    <w:p>
      <w:r>
        <w:br/>
        <w:t>І сказала чашка:&lt;br /&gt;</w:t>
        <w:br/>
        <w:t>— Плаче бідолашка!</w:t>
      </w:r>
    </w:p>
    <w:p>
      <w:r>
        <w:br/>
        <w:t>І сказали блюдця:&lt;br /&gt;</w:t>
        <w:br/>
        <w:t>— Треба б повернуться!</w:t>
      </w:r>
    </w:p>
    <w:p>
      <w:r>
        <w:br/>
        <w:t>І сказали утюги:&lt;br /&gt;</w:t>
        <w:br/>
        <w:t>— З нею ми не вороги!</w:t>
      </w:r>
    </w:p>
    <w:p>
      <w:r>
        <w:br/>
        <w:t>7</w:t>
      </w:r>
    </w:p>
    <w:p>
      <w:r>
        <w:br/>
        <w:t>Довго, довго цілувала,&lt;br /&gt;</w:t>
        <w:br/>
        <w:t>Милувала їх вона,&lt;br /&gt;</w:t>
        <w:br/>
        <w:t>Поливала, умивала,&lt;br /&gt;</w:t>
        <w:br/>
        <w:t>Полоскала їх вона.</w:t>
      </w:r>
    </w:p>
    <w:p>
      <w:r>
        <w:br/>
        <w:t>— Вже не буду, вже не буду&lt;br /&gt;</w:t>
        <w:br/>
        <w:t>Я свій посуд ображать,&lt;br /&gt;</w:t>
        <w:br/>
        <w:t>Буду, буду його всюди&lt;br /&gt;</w:t>
        <w:br/>
        <w:t>І любить, і поважать!</w:t>
      </w:r>
    </w:p>
    <w:p>
      <w:r>
        <w:br/>
        <w:t>Засміялися каструлі,&lt;br /&gt;</w:t>
        <w:br/>
        <w:t>Самоварові моргнули:</w:t>
      </w:r>
    </w:p>
    <w:p>
      <w:r>
        <w:br/>
        <w:t>— Ну, Федоро, що ж,— гаразд,&lt;br /&gt;</w:t>
        <w:br/>
        <w:t>Простимо на перший раз! —&lt;br /&gt;</w:t>
        <w:br/>
        <w:t>Полетіли,&lt;br /&gt;</w:t>
        <w:br/>
        <w:t>Задзвеніли&lt;br /&gt;</w:t>
        <w:br/>
        <w:t>До Федори — до плити!&lt;br /&gt;</w:t>
        <w:br/>
        <w:t>Стали жарить і пекти,&lt;br /&gt;</w:t>
        <w:br/>
        <w:t>Будуть, будуть у Федори і млинці, і пироги!</w:t>
      </w:r>
    </w:p>
    <w:p>
      <w:r>
        <w:br/>
        <w:t>А мітла, мітла, мітла, мітла&lt;br /&gt;</w:t>
        <w:br/>
        <w:t>Заплигала, забуяла, замела,&lt;br /&gt;</w:t>
        <w:br/>
        <w:t>Ні пилинки у Федори не зоставила.</w:t>
      </w:r>
    </w:p>
    <w:p>
      <w:r>
        <w:br/>
        <w:t>І обрадувались блюдця —&lt;br /&gt;</w:t>
        <w:br/>
        <w:t>Дзінь-ля-ля! Дзінь-ля-ля!&lt;br /&gt;</w:t>
        <w:br/>
        <w:t>І танцюють, і сміються:&lt;br /&gt;</w:t>
        <w:br/>
        <w:t>Дзінь-ля-ля! Дзінь-ля-ля!</w:t>
      </w:r>
    </w:p>
    <w:p>
      <w:r>
        <w:br/>
        <w:t>А на білій табуреточці&lt;br /&gt;</w:t>
        <w:br/>
        <w:t>Та на вишитій серветочці&lt;br /&gt;</w:t>
        <w:br/>
        <w:t>Самовар стоїть,&lt;br /&gt;</w:t>
        <w:br/>
        <w:t>Наче жар горить,&lt;br /&gt;</w:t>
        <w:br/>
        <w:t>Пихкотить він, на бабу поглядаючи:&lt;br /&gt;</w:t>
        <w:br/>
        <w:t>— Я Федороньці дарую,&lt;br /&gt;</w:t>
        <w:br/>
        <w:t>Чаєм з цукром почастую.&lt;br /&gt;</w:t>
        <w:br/>
        <w:t>Призволяйся, Федоро Єгорівно!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Федорине 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