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Фазани</w:t>
      </w:r>
    </w:p>
    <w:p>
      <w:r>
        <w:br/>
        <w:t xml:space="preserve"> &lt;p&gt;— Дідусю, а коли ти мене на охоту візьмеш? Я теж хочу зайчика встрелити!</w:t>
      </w:r>
    </w:p>
    <w:p>
      <w:r>
        <w:br/>
        <w:t>Отак завжди маленький Павлик прохав свого дідуся-мисливця, як тільки дідусь брався за рушницю.</w:t>
      </w:r>
    </w:p>
    <w:p>
      <w:r>
        <w:br/>
        <w:t>Дідусь гладив Павлика по голівці:</w:t>
      </w:r>
    </w:p>
    <w:p>
      <w:r>
        <w:br/>
        <w:t>— Візьму, візьму, Павлику, ти ще маленький, підростеш, тоді й візьму...</w:t>
      </w:r>
    </w:p>
    <w:p>
      <w:r>
        <w:br/>
        <w:t>Дідусь дуже любив маленького Павлика і завжди йому розповідав про зайців, про вовків, про лисичок, про всіх звірів, що він їх полював.</w:t>
      </w:r>
    </w:p>
    <w:p>
      <w:r>
        <w:br/>
        <w:t>А одного разу прийшов із лісу та й каже:</w:t>
      </w:r>
    </w:p>
    <w:p>
      <w:r>
        <w:br/>
        <w:t>— Павлику, а я фазана бачив.</w:t>
      </w:r>
    </w:p>
    <w:p>
      <w:r>
        <w:br/>
        <w:t>— Де ти, діду, фазана бачив?</w:t>
      </w:r>
    </w:p>
    <w:p>
      <w:r>
        <w:br/>
        <w:t>— У нашому лісі!</w:t>
      </w:r>
    </w:p>
    <w:p>
      <w:r>
        <w:br/>
        <w:t>— Якого фазана?</w:t>
      </w:r>
    </w:p>
    <w:p>
      <w:r>
        <w:br/>
        <w:t>— Такого, як ото ми з тобою бачили в зоологічному парку.</w:t>
      </w:r>
    </w:p>
    <w:p>
      <w:r>
        <w:br/>
        <w:t>— Із отаким червоним хвостом? З отаким великим, що отак аж дугою загинається?</w:t>
      </w:r>
    </w:p>
    <w:p>
      <w:r>
        <w:br/>
        <w:t>— З таким самим! Фазанів, Павлику, привезли у наш ліс аж із далекого Казахстану! Привезли й пустили в нас! Тепер вони у нас плодитимуться.</w:t>
      </w:r>
    </w:p>
    <w:p>
      <w:r>
        <w:br/>
        <w:t>— Дідусю, візьми мене, будь ласка, в ліс фазанів полювати!</w:t>
      </w:r>
    </w:p>
    <w:p>
      <w:r>
        <w:br/>
        <w:t>Дідусь якось так загадково посміхнувся та й каже:</w:t>
      </w:r>
    </w:p>
    <w:p>
      <w:r>
        <w:br/>
        <w:t>— Добре, Павлику! Взавтра підемо в ліс до фазанів.</w:t>
      </w:r>
    </w:p>
    <w:p>
      <w:r>
        <w:br/>
        <w:t>Маленькому Павликові так хотілося піти з дідом на фазанів, що він і вночі прокидався та все питав маму:</w:t>
      </w:r>
    </w:p>
    <w:p>
      <w:r>
        <w:br/>
        <w:t>— Мамо! Чи скоро вже ранок?</w:t>
      </w:r>
    </w:p>
    <w:p>
      <w:r>
        <w:br/>
        <w:t>— Спи, Павлику! Спи! Дідусь без тебе в ліс не піде! Раз уже він сказав, що тебе візьме, то, значить, візьме.</w:t>
      </w:r>
    </w:p>
    <w:p>
      <w:r>
        <w:br/>
        <w:t>Дуже рано прокинувся Павлик. Бачить, а дід уже ходить по кімнаті, одягнений у повстяки, у ватяні штани і кожушок...</w:t>
      </w:r>
    </w:p>
    <w:p>
      <w:r>
        <w:br/>
        <w:t>— Дідусю, — крикнув Павлик, — а мене хіба не візьмеш?</w:t>
      </w:r>
    </w:p>
    <w:p>
      <w:r>
        <w:br/>
        <w:t>— Візьму, Павлику, візьму! Одягайся! Тільки добре одягайся, бо бачиш, скільки за ніч снігу нападало!</w:t>
      </w:r>
    </w:p>
    <w:p>
      <w:r>
        <w:br/>
        <w:t>Павло тепло одягся: і светр, і теплі рейтузи надів, і валянки, і шапку-ушанку...</w:t>
      </w:r>
    </w:p>
    <w:p>
      <w:r>
        <w:br/>
        <w:t>— Ну, я вже готовий, дідусю! Бери рушницю, та й підемо! — каже до дідуся Павлик. А дід йому:</w:t>
      </w:r>
    </w:p>
    <w:p>
      <w:r>
        <w:br/>
        <w:t>— Ні, Павлику, ми сьогодні рушниці не братимемо! Ми щось інше сьогодні для фазанів візьмемо. Ходімо!</w:t>
      </w:r>
    </w:p>
    <w:p>
      <w:r>
        <w:br/>
        <w:t>Вийшли дідусь з Павликом з хати та й пішли під повітку.</w:t>
      </w:r>
    </w:p>
    <w:p>
      <w:r>
        <w:br/>
        <w:t>А під повіткою дідусь зарані заготував кілька снопів з ячменю. Невимолочених, із зерном,</w:t>
      </w:r>
    </w:p>
    <w:p>
      <w:r>
        <w:br/>
        <w:t>Та серед великих снопів і кілька маленьких було — для Павлика.</w:t>
      </w:r>
    </w:p>
    <w:p>
      <w:r>
        <w:br/>
        <w:t>— От з якими "рушницями" полюватимемо фазанів ми з тобою, Павлику!</w:t>
      </w:r>
    </w:p>
    <w:p>
      <w:r>
        <w:br/>
        <w:t>Та й розповів дідусь Павликові про те, як треба оберігати взимку птицю, і не тільки фазанів, що оце тільки їх привезли до нашого лісу, а й всіляку птицю:</w:t>
      </w:r>
    </w:p>
    <w:p>
      <w:r>
        <w:br/>
        <w:t>і куріпок, і синичок, і щигликів, що взимку, як випаде сніг, не мають змоги знайти собі їжу...</w:t>
      </w:r>
    </w:p>
    <w:p>
      <w:r>
        <w:br/>
        <w:t>Дідусь із Павликом пішли до лісу, розгорнули на галявині сніг і поклали снопики ячменю...</w:t>
      </w:r>
    </w:p>
    <w:p>
      <w:r>
        <w:br/>
        <w:t>— Давай, Павлику, заховаємося отут, за ліщиною! Подивишся, який червоний красунь фазан зараз до ячменю прибіжить.</w:t>
      </w:r>
    </w:p>
    <w:p>
      <w:r>
        <w:br/>
        <w:t>І справді, — тільки-но вони присіли за кущем ліщини, збоку щось заквоктало, залопотіло крильми, і чудесний червоний красунь фазан із хвостом дугою підбіг до снопа і почав клювати зерно.</w:t>
      </w:r>
    </w:p>
    <w:p>
      <w:r>
        <w:br/>
        <w:t>Дідусь обняв Павлика та й каже:</w:t>
      </w:r>
    </w:p>
    <w:p>
      <w:r>
        <w:br/>
        <w:t>— Отак, Павлику, завжди роби! Взимку, коли багато снігу, підгодовуй пташку, в лісі! Добре?</w:t>
      </w:r>
    </w:p>
    <w:p>
      <w:r>
        <w:br/>
        <w:t>— Добре, — відповів Павілик.</w:t>
      </w:r>
    </w:p>
    <w:p>
      <w:r>
        <w:br/>
        <w:t>1952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Фазани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