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Фантазії зими</w:t>
      </w:r>
    </w:p>
    <w:p>
      <w:r>
        <w:br/>
        <w:t xml:space="preserve"> І</w:t>
      </w:r>
    </w:p>
    <w:p>
      <w:r>
        <w:br/>
        <w:t>Як у казці: гірські холоди&lt;br /&gt;</w:t>
        <w:br/>
        <w:t>Снігові розіп'яли лаштунки.&lt;br /&gt;</w:t>
        <w:br/>
        <w:t>Зарясніли, мов перші сліди,&lt;br /&gt;</w:t>
        <w:br/>
        <w:t>Обіч ліз незаметені лунки.</w:t>
      </w:r>
    </w:p>
    <w:p>
      <w:r>
        <w:br/>
        <w:t>Не лопоче вже листям лоза,&lt;br /&gt;</w:t>
        <w:br/>
        <w:t>Ніби хвилі в годину погідну.&lt;br /&gt;</w:t>
        <w:br/>
        <w:t>Купоросна тремка бірюза&lt;br /&gt;</w:t>
        <w:br/>
        <w:t>Не сяйне з пагінців самоцвітно.</w:t>
      </w:r>
    </w:p>
    <w:p>
      <w:r>
        <w:br/>
        <w:t>Бурштинову, черлену смагу&lt;br /&gt;</w:t>
        <w:br/>
        <w:t>Виноградна сховала округа:&lt;br /&gt;</w:t>
        <w:br/>
        <w:t>Ніби заєць — по горло в снігу —&lt;br /&gt;</w:t>
        <w:br/>
        <w:t>Кожен кущ нашорошує вуха.</w:t>
      </w:r>
    </w:p>
    <w:p>
      <w:r>
        <w:br/>
        <w:t>Я дивлюсь і дивлюсь, та дарма:&lt;br /&gt;</w:t>
        <w:br/>
        <w:t>В сніговім безгомінні та в небі&lt;br /&gt;</w:t>
        <w:br/>
        <w:t>Всеподібністю кличе зима.&lt;br /&gt;</w:t>
        <w:br/>
        <w:t>Але що нагадає про тебе?!</w:t>
      </w:r>
    </w:p>
    <w:p>
      <w:r>
        <w:br/>
        <w:t>ІІ</w:t>
      </w:r>
    </w:p>
    <w:p>
      <w:r>
        <w:br/>
        <w:t>Прийшла зима: щільніш причинять двері.&lt;br /&gt;</w:t>
        <w:br/>
        <w:t>Хто встане вдосвіта —&lt;br /&gt;</w:t>
        <w:br/>
        <w:t>проймають дрижаки...&lt;br /&gt;</w:t>
        <w:br/>
        <w:t>Та радо — бо скінчилися хурделі —&lt;br /&gt;</w:t>
        <w:br/>
        <w:t>Онук і дід у двір прокопують стежки.</w:t>
      </w:r>
    </w:p>
    <w:p>
      <w:r>
        <w:br/>
        <w:t>В такий мороз співати ліньки півню.&lt;br /&gt;</w:t>
        <w:br/>
        <w:t>Дерева і кущі сховалися в сніги.&lt;br /&gt;</w:t>
        <w:br/>
        <w:t>Яка це благодать — на білину чарівну&lt;br /&gt;</w:t>
        <w:br/>
        <w:t>Лягає, мов письмо, значимий слід ноги.</w:t>
      </w:r>
    </w:p>
    <w:p>
      <w:r>
        <w:br/>
        <w:t>Ген промінець проклюнувся на сході,&lt;br /&gt;</w:t>
        <w:br/>
        <w:t>Тут жилкою струмка пульсує джерело...&lt;br /&gt;</w:t>
        <w:br/>
        <w:t>Дрібний пташиний слід чіткий, на подив:&lt;br /&gt;</w:t>
        <w:br/>
        <w:t>Немов чекан торкнув снігів сріблясте тло.</w:t>
      </w:r>
    </w:p>
    <w:p>
      <w:r>
        <w:br/>
        <w:t>Знаходиш легко все в цім світі чистім.&lt;br /&gt;</w:t>
        <w:br/>
        <w:t>Урешті — всі сліди приводять до дверей.&lt;br /&gt;</w:t>
        <w:br/>
        <w:t>Але твої невисловлені мислі&lt;br /&gt;</w:t>
        <w:br/>
        <w:t>Загубляться безслідно для людей.</w:t>
      </w:r>
    </w:p>
    <w:p>
      <w:r>
        <w:br/>
        <w:t>III</w:t>
      </w:r>
    </w:p>
    <w:p>
      <w:r>
        <w:br/>
        <w:t>В зимі, коли сніги ідуть імлаві&lt;br /&gt;</w:t>
        <w:br/>
        <w:t>Й не розібрати голосу завій,&lt;br /&gt;</w:t>
        <w:br/>
        <w:t>Покличе чаша зблиском сапераві,&lt;br /&gt;</w:t>
        <w:br/>
        <w:t>Камін розгорне пломінкий сувій.</w:t>
      </w:r>
    </w:p>
    <w:p>
      <w:r>
        <w:br/>
        <w:t>Тихенько, поодинці, без принуки&lt;br /&gt;</w:t>
        <w:br/>
        <w:t>Ми біля столу сядемо кружка,&lt;br /&gt;</w:t>
        <w:br/>
        <w:t>І кухлі стрепенуться давнім згуком.&lt;br /&gt;</w:t>
        <w:br/>
        <w:t>Мов тих фазанів зграя гомінка.</w:t>
      </w:r>
    </w:p>
    <w:p>
      <w:r>
        <w:br/>
        <w:t>Як погляди ми возведемо го?рі,-&lt;br /&gt;</w:t>
        <w:br/>
        <w:t>З оздобних кухлів ковані птахи&lt;br /&gt;</w:t>
        <w:br/>
        <w:t>Відлинуть, ніби мрії світозорі,&lt;br /&gt;</w:t>
        <w:br/>
        <w:t>Над виноградники і предківські дахи,</w:t>
      </w:r>
    </w:p>
    <w:p>
      <w:r>
        <w:br/>
        <w:t>У присмерку кружляють над горіхом,&lt;br /&gt;</w:t>
        <w:br/>
        <w:t>Щоб розлетітись до стежок, полів.&lt;br /&gt;</w:t>
        <w:br/>
        <w:t>Сплять лози сторожко, укриті снігом,&lt;br /&gt;</w:t>
        <w:br/>
        <w:t>А їм все сниться мципобели* спів.</w:t>
      </w:r>
    </w:p>
    <w:p>
      <w:r>
        <w:br/>
        <w:t>----------------------&lt;br /&gt;</w:t>
        <w:br/>
        <w:t>* Мципобела — співоча птаха (груз.).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Фантазії зими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