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Етюд</w:t>
      </w:r>
    </w:p>
    <w:p>
      <w:r>
        <w:br/>
        <w:t xml:space="preserve"> &lt;blockquote&gt;&lt;p&gt;…Скриня з промоклого</w:t>
      </w:r>
    </w:p>
    <w:p>
      <w:r>
        <w:br/>
        <w:t>слізьми каміння…</w:t>
      </w:r>
    </w:p>
    <w:p>
      <w:r>
        <w:br/>
        <w:t>Повна людей, стара прокопчена</w:t>
      </w:r>
    </w:p>
    <w:p>
      <w:r>
        <w:br/>
        <w:t>муками скриня…</w:t>
      </w:r>
    </w:p>
    <w:p>
      <w:r>
        <w:br/>
        <w:t>А в грудях дим.</w:t>
      </w:r>
    </w:p>
    <w:p>
      <w:r>
        <w:br/>
        <w:t>В. Винниченко</w:t>
      </w:r>
    </w:p>
    <w:p>
      <w:r>
        <w:br/>
        <w:t>Чорні ґрати розпанахали небо.</w:t>
      </w:r>
    </w:p>
    <w:p>
      <w:r>
        <w:br/>
        <w:t>Червоно-рожеве воно тянуло, манило.</w:t>
      </w:r>
    </w:p>
    <w:p>
      <w:r>
        <w:br/>
        <w:t>Спішили білі лебеді-хмарки.</w:t>
      </w:r>
    </w:p>
    <w:p>
      <w:r>
        <w:br/>
        <w:t>За сонцем пливли радість, надії — за обрій.</w:t>
      </w:r>
    </w:p>
    <w:p>
      <w:r>
        <w:br/>
        <w:t>В камері розіслала свої ризи тоска. Чорні ґрати розпанахали душу.</w:t>
      </w:r>
    </w:p>
    <w:p>
      <w:r>
        <w:br/>
        <w:t>Поулиці: Анонс… Гастролі… Алегрі… — плакати… плакати…</w:t>
      </w:r>
    </w:p>
    <w:p>
      <w:r>
        <w:br/>
        <w:t>А в камері — кліщі, "гицеля" защемили душу як затравлену собаку.</w:t>
      </w:r>
    </w:p>
    <w:p>
      <w:r>
        <w:br/>
        <w:t>Рука в'їлась в холодні ґрати…</w:t>
      </w:r>
    </w:p>
    <w:p>
      <w:r>
        <w:br/>
        <w:t>Тихше! Тихше!</w:t>
      </w:r>
    </w:p>
    <w:p>
      <w:r>
        <w:br/>
        <w:t>Сонце сідало.</w:t>
      </w:r>
    </w:p>
    <w:p>
      <w:r>
        <w:br/>
        <w:t>Над містом, наче хтось тягнув за кінець сиву намітку, плазував туман.</w:t>
      </w:r>
    </w:p>
    <w:p>
      <w:r>
        <w:br/>
        <w:t>У ньому народжувавсь вечірній присмерк. Так волоклася тоска.</w:t>
      </w:r>
    </w:p>
    <w:p>
      <w:r>
        <w:br/>
        <w:t>Отарою збились громади будинків, вилупивши темні вікна-баньки лякливо, а над ними знялась церква-агітатор, блискаючи банями, вишкирилась дзвонами на далекий захід; благословляла високим хрестом.</w:t>
      </w:r>
    </w:p>
    <w:p>
      <w:r>
        <w:br/>
        <w:t>Он міст… Он театр…</w:t>
      </w:r>
    </w:p>
    <w:p>
      <w:r>
        <w:br/>
        <w:t>Он степи.</w:t>
      </w:r>
    </w:p>
    <w:p>
      <w:r>
        <w:br/>
        <w:t>Он-он, радість…</w:t>
      </w:r>
    </w:p>
    <w:p>
      <w:r>
        <w:br/>
        <w:t>А он вартовий.</w:t>
      </w:r>
    </w:p>
    <w:p>
      <w:r>
        <w:br/>
        <w:t>Кричить плакатами культура.</w:t>
      </w:r>
    </w:p>
    <w:p>
      <w:r>
        <w:br/>
        <w:t>Загорілись огні Нарбудинку.</w:t>
      </w:r>
    </w:p>
    <w:p>
      <w:r>
        <w:br/>
        <w:t>Затанцювали звуки оркестру.</w:t>
      </w:r>
    </w:p>
    <w:p>
      <w:r>
        <w:br/>
        <w:t>Лавиною посунули люди, веселі, уквітчані, раді. Сито попискували дами, похихикували кавалери. Панни, як гуси, крутили задом, кавалери галіфе.</w:t>
      </w:r>
    </w:p>
    <w:p>
      <w:r>
        <w:br/>
        <w:t>Сьогодні, вчора, позавчора вели, гнали — начиняли тюрму. Вони ж читали анонси, дивились, тикали пальцями й сміялись.</w:t>
      </w:r>
    </w:p>
    <w:p>
      <w:r>
        <w:br/>
        <w:t>Дивились з огидою.</w:t>
      </w:r>
    </w:p>
    <w:p>
      <w:r>
        <w:br/>
        <w:t>Цокотів шосем візник, а з карети віється од шляпи перо. Вітер крутив ним.</w:t>
      </w:r>
    </w:p>
    <w:p>
      <w:r>
        <w:br/>
        <w:t>Обганяв авто, у ньому надуті пики.</w:t>
      </w:r>
    </w:p>
    <w:p>
      <w:r>
        <w:br/>
        <w:t>Все рухалось, бігло, спішило, не спішило, сміялось…</w:t>
      </w:r>
    </w:p>
    <w:p>
      <w:r>
        <w:br/>
        <w:t>А захід, мов залитий кров'ю, жеврів і помалу блід.</w:t>
      </w:r>
    </w:p>
    <w:p>
      <w:r>
        <w:br/>
        <w:t>По ґраті бігла блощиця, вона теж спішила. Хотіла й бігла.</w:t>
      </w:r>
    </w:p>
    <w:p>
      <w:r>
        <w:br/>
        <w:t>Мов зітхання землі, тяжким придушеним стогоном зривалась далека канонада.</w:t>
      </w:r>
    </w:p>
    <w:p>
      <w:r>
        <w:br/>
        <w:t>Кралась жуть. За нею повзли радість, надії, заволочені вогким туманом.</w:t>
      </w:r>
    </w:p>
    <w:p>
      <w:r>
        <w:br/>
        <w:t>Безпардонно вривався людський гармидер в надвечірній, тужливо-красивий, надійний настрій.</w:t>
      </w:r>
    </w:p>
    <w:p>
      <w:r>
        <w:br/>
        <w:t>З театру неслись хвилі безшабашної, гучної мідно модної музики. Танцювали, скакали веселі звуки.</w:t>
      </w:r>
    </w:p>
    <w:p>
      <w:r>
        <w:br/>
        <w:t>З сусідньої камери просмоктувались крізь стіну розпачливі мелодії замученої пісні.</w:t>
      </w:r>
    </w:p>
    <w:p>
      <w:r>
        <w:br/>
        <w:t>Вона росте, шириться; нотки болю, відчаю, надій; нотки затаєної пекучої ненависті захльоскують душу.</w:t>
      </w:r>
    </w:p>
    <w:p>
      <w:r>
        <w:br/>
        <w:t>Нахабно лізли звуки падеспань, продирались знадвору. А ще вривався регіт, писк стоголової, ситої, бульварної юрби. Аюди лазили взад та вперед.</w:t>
      </w:r>
    </w:p>
    <w:p>
      <w:r>
        <w:br/>
        <w:t>— Па-а-пірос кому нада?!. Па-а-пірос!.</w:t>
      </w:r>
    </w:p>
    <w:p>
      <w:r>
        <w:br/>
        <w:t>— Іріс… кому ір-ріс!?.</w:t>
      </w:r>
    </w:p>
    <w:p>
      <w:r>
        <w:br/>
        <w:t>— Ах!., збєйтє окови…</w:t>
      </w:r>
    </w:p>
    <w:p>
      <w:r>
        <w:br/>
        <w:t>…дайте мне волю… — просмоктувалось крізь стіну. Завтра мо поведуть, зіб'ють. Що їм, отим, що блощицями лазять унизу там?. Гуляють вони тупі, пусті, ситі, повно-порожні, хвастливі.</w:t>
      </w:r>
    </w:p>
    <w:p>
      <w:r>
        <w:br/>
        <w:t>— Ах!., розчавить, роздавить!!! Догоряло небо… гасло… Розгорявсь, корчивсь в оргіях театр. Розпліскував каламутні хвилі навколо.</w:t>
      </w:r>
    </w:p>
    <w:p>
      <w:r>
        <w:br/>
        <w:t>Тоскою тянуться тумани… ростуть… густішають.</w:t>
      </w:r>
    </w:p>
    <w:p>
      <w:r>
        <w:br/>
        <w:t>— Збєйтє… Ах збєйтє…</w:t>
      </w:r>
    </w:p>
    <w:p>
      <w:r>
        <w:br/>
        <w:t>…Я научу вас свободу любіть!!!</w:t>
      </w:r>
    </w:p>
    <w:p>
      <w:r>
        <w:br/>
        <w:t>Пісня пекучого бажання, широка, буйна. Шириться, росте, захльоскує, без жалю рве, тягне задавлену душу.</w:t>
      </w:r>
    </w:p>
    <w:p>
      <w:r>
        <w:br/>
        <w:t>Пісня безсила.</w:t>
      </w:r>
    </w:p>
    <w:p>
      <w:r>
        <w:br/>
        <w:t>Зривається летіть вона туди, де закотилось сонце, де жевріє захід.</w:t>
      </w:r>
    </w:p>
    <w:p>
      <w:r>
        <w:br/>
        <w:t>Рветься вона, шелестить крильми, б'ється в запліснявілі глупі стіни німої тюрми.</w:t>
      </w:r>
    </w:p>
    <w:p>
      <w:r>
        <w:br/>
        <w:t>Дарма… поломані крила.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Етюд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