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Ескулапова змія</w:t>
      </w:r>
    </w:p>
    <w:p>
      <w:r>
        <w:br/>
        <w:t xml:space="preserve"> &lt;p&gt;Першими гадюку побачили дівчатка. Йшли на прогулянку до лісу, а вона лежить на пеньку край дороги, гріється на сонечку. Побоялися вони далі йти, повернулися до інтернату, хлопцям розповіли про пригоду. Ті за палиці — й до пенька. А там нікого немає. Довго кепкували над дівчатками. Трохи згодом гадюка налякала завгоспа Климовича. Старий узявся порядок наводити в своїй комірчині, підняв якогось ящика, а з-під нього й шуснула змія. З несподіванки Климович закляк на місці, а тоді хотів опустити на гадюку ящик, та лише ногу собі прибив, а вона хоч би що — прослизнула до дверей, і тільки її бачили.</w:t>
      </w:r>
    </w:p>
    <w:p>
      <w:r>
        <w:br/>
        <w:t>— То, певно, вуж! — сказала вчителька біології Тетяна Романівна.— Гадюки вже давно тут вивелися.</w:t>
      </w:r>
    </w:p>
    <w:p>
      <w:r>
        <w:br/>
        <w:t>— Хіба я вужів не знаю? — образився завгосп.— У них жовті плями на голові. А це гадюка — довга, майже чорна. І шустра дуже. Правда, зигзага на спині я не помітив, а в тієї, що в дитинстві мене вкусила, було добре видно цей каїнів знак! — Климович мимоволі почухав праву ногу.— І досі, бачите, свербить те місце, куди вп'ялася отруйниця.</w:t>
      </w:r>
    </w:p>
    <w:p>
      <w:r>
        <w:br/>
        <w:t>Тиждень в інтернаті панував спокій.</w:t>
      </w:r>
    </w:p>
    <w:p>
      <w:r>
        <w:br/>
        <w:t>У суботу, під час відпочинку, учні слухали казки, що їх любила читати дітям старша піонервожата Василинка. Тільки-но закінчили "Котигорошка", як її покликали до директора.</w:t>
      </w:r>
    </w:p>
    <w:p>
      <w:r>
        <w:br/>
        <w:t>— Давайте, хлопці, пригоди розповідати! — запропонував Ігор.— Минулого літа відпочивали ми з татком на морі. Рибалили щодня. А одного разу вийшли на човні ловити пікшу — таку невеличку, але дуже смачну рибку. Закинули вудки, коли це щось як смикне за мій гачок, як потягне вниз, а тоді вбік. Я швидко прив'язав до сидіння ліску, а вона натягнулася, немов струна, ось-ось лопне. Та я потихеньку тягну її до себе.</w:t>
      </w:r>
    </w:p>
    <w:p>
      <w:r>
        <w:br/>
        <w:t>Діти аж роти порозкривали.</w:t>
      </w:r>
    </w:p>
    <w:p>
      <w:r>
        <w:br/>
        <w:t>— Невже акула? — не витерпів Сергійко.</w:t>
      </w:r>
    </w:p>
    <w:p>
      <w:r>
        <w:br/>
        <w:t>— Не перебивай! — зупинив його Вадик.</w:t>
      </w:r>
    </w:p>
    <w:p>
      <w:r>
        <w:br/>
        <w:t>— Так ось, тягну я, тягну, а воно як смикне, мало човна не перекинуло, а я все тягну...</w:t>
      </w:r>
    </w:p>
    <w:p>
      <w:r>
        <w:br/>
        <w:t>— Та швидше вже витягуй,— розсердився Костик,— не кит же вчепився на той гачечок!</w:t>
      </w:r>
    </w:p>
    <w:p>
      <w:r>
        <w:br/>
        <w:t>— Тягну, тягну...— не звертав уваги на репліки Ігор, а тоді як закричить не своїм голосом: — Хлопці! Гадюка на підвіконні!</w:t>
      </w:r>
    </w:p>
    <w:p>
      <w:r>
        <w:br/>
        <w:t>Що тут зчинилося! Одні заверещали, інші затупали ногами. Вадик за шафу сховався, Сергійко опинився під столом, лише Ігор не розгубився й пошпурив у гадюку новісіньким кашкетом з блискучим козирком.</w:t>
      </w:r>
    </w:p>
    <w:p>
      <w:r>
        <w:br/>
        <w:t>Галас підняв на ноги весь інтернат. Прибігла Тетяна Романівна.</w:t>
      </w:r>
    </w:p>
    <w:p>
      <w:r>
        <w:br/>
        <w:t>— Нікого не вкусила? — тривожилася.</w:t>
      </w:r>
    </w:p>
    <w:p>
      <w:r>
        <w:br/>
        <w:t>Ігор з Павликом нишпорили в клумбі під вікном.</w:t>
      </w:r>
    </w:p>
    <w:p>
      <w:r>
        <w:br/>
        <w:t>— Ось вона, ось! — Ігор хотів узяти її рукою.</w:t>
      </w:r>
    </w:p>
    <w:p>
      <w:r>
        <w:br/>
        <w:t>— Не чіпай, ще вкусить! — застеріг Павлик.</w:t>
      </w:r>
    </w:p>
    <w:p>
      <w:r>
        <w:br/>
        <w:t>— Хапай її біля голови! — порадив Зенон, білявий товстощокий п'ятикласник.</w:t>
      </w:r>
    </w:p>
    <w:p>
      <w:r>
        <w:br/>
        <w:t>— Сам хапай,— охолов Ігор,— розумник знайшовся!</w:t>
      </w:r>
    </w:p>
    <w:p>
      <w:r>
        <w:br/>
        <w:t>На допомогу вже бігли старшокласники.</w:t>
      </w:r>
    </w:p>
    <w:p>
      <w:r>
        <w:br/>
        <w:t>— Де вона? — налаштував рогатульку, нашвидкуруч зроблену з вербової гілки, комсорг школи Андрій.</w:t>
      </w:r>
    </w:p>
    <w:p>
      <w:r>
        <w:br/>
        <w:t>Та гадюка вже була аж біля куща жасмину і сховалася в ньому.</w:t>
      </w:r>
    </w:p>
    <w:p>
      <w:r>
        <w:br/>
        <w:t>Старшокласники обмацали кожну травинку, обдивилися всі закутки шкільного парку, навіть на той бік огорожі лазили, але гадюки не знайшли.</w:t>
      </w:r>
    </w:p>
    <w:p>
      <w:r>
        <w:br/>
        <w:t>— А ти хіба не помітив, куди вона сховалася? — спитав Павлик Ігоря, коли всі розійшлися.</w:t>
      </w:r>
    </w:p>
    <w:p>
      <w:r>
        <w:br/>
        <w:t>— Ні.</w:t>
      </w:r>
    </w:p>
    <w:p>
      <w:r>
        <w:br/>
        <w:t>— На тополю залізла.</w:t>
      </w:r>
    </w:p>
    <w:p>
      <w:r>
        <w:br/>
        <w:t>— Чому ж хлопцям не сказав?</w:t>
      </w:r>
    </w:p>
    <w:p>
      <w:r>
        <w:br/>
        <w:t>— Вони б її вбили. А гадюки — тварини корисні. Минулої зими в мого дідуся такий радикуліт був, що він розігнутися не міг, то бабуся купила ліків, зроблених із гадючої отрути, натерла йому поперек, і хвороба відступила. Ось я й подумав — давай спіймаємо цю гадюку, посадимо в тераріум у зоологічному куточку, годуватимемо її, і тоді не треба буде по аптеках ходити, як хтось захворіє. Самі лікуватимемо знайомих і родичів!</w:t>
      </w:r>
    </w:p>
    <w:p>
      <w:r>
        <w:br/>
        <w:t>— Хто нас у зоокуток з гадюкою впустить! — засумнівався Ігор.</w:t>
      </w:r>
    </w:p>
    <w:p>
      <w:r>
        <w:br/>
        <w:t>— Тетяна Романівна.</w:t>
      </w:r>
    </w:p>
    <w:p>
      <w:r>
        <w:br/>
        <w:t>— А як отруту будемо брати?</w:t>
      </w:r>
    </w:p>
    <w:p>
      <w:r>
        <w:br/>
        <w:t>— Запросто. По телику нещодавно показували. Береш гадюку нижче голови, підсовуєш їй склянку, гадюка кусає скло і випускає кілька крапель отрути. Знаєш, яка вона дорога!</w:t>
      </w:r>
    </w:p>
    <w:p>
      <w:r>
        <w:br/>
        <w:t>Хлопці не гаяли часу. Взяли рогатульку, кинуту Андрієм, і подалися до тополі.</w:t>
      </w:r>
    </w:p>
    <w:p>
      <w:r>
        <w:br/>
        <w:t>Гадюка саме спускалася на землю. Та ось вона помітила небезпеку і повернулася назад. її гнучке тіло легенько ковзало по прямовисному стовбуру...</w:t>
      </w:r>
    </w:p>
    <w:p>
      <w:r>
        <w:br/>
        <w:t>— Ніколи не думав, що гадюки так добре по деревах лазять! — дивувався Ігор.</w:t>
      </w:r>
    </w:p>
    <w:p>
      <w:r>
        <w:br/>
        <w:t>Павлик тим часом хотів збити її на землю, але змія доповзла до невеликого дупла й сховалася в ньому.</w:t>
      </w:r>
    </w:p>
    <w:p>
      <w:r>
        <w:br/>
        <w:t>— Тепер ніде від нас не дінеться,— зрадів хлопчик,— ану, підсади!</w:t>
      </w:r>
    </w:p>
    <w:p>
      <w:r>
        <w:br/>
        <w:t>Він дотягся до дупла й затулив його беретом.</w:t>
      </w:r>
    </w:p>
    <w:p>
      <w:r>
        <w:br/>
        <w:t>— Ходімо по наволочку. Інакше не донесемо.</w:t>
      </w:r>
    </w:p>
    <w:p>
      <w:r>
        <w:br/>
        <w:t>Друзі швиденько пробралися в спальню, зняли з Ігоревої подушки наволочку й хутчій до дерева.</w:t>
      </w:r>
    </w:p>
    <w:p>
      <w:r>
        <w:br/>
        <w:t>А там уже вчителька, Тетяна Романівна.</w:t>
      </w:r>
    </w:p>
    <w:p>
      <w:r>
        <w:br/>
        <w:t>— Таки вистежили? — зустріла хлопців.</w:t>
      </w:r>
    </w:p>
    <w:p>
      <w:r>
        <w:br/>
        <w:t>Не криючись, Ігор та Павлик розповіли про свої наміри.</w:t>
      </w:r>
    </w:p>
    <w:p>
      <w:r>
        <w:br/>
        <w:t>— А я хотіла знайти гадюку і віднести її подалі в ліс, щоб часом хтось із дітей не наступив на неї. Тоді вона вкусити може. А щодо гадючої отрути, то ліки з неї виготовляють на заводах, де знають, як це робити. Інакше хворому можна й зашкодити. Так що будемо робити з гадюкою? — звернулася до дітей.</w:t>
      </w:r>
    </w:p>
    <w:p>
      <w:r>
        <w:br/>
        <w:t>— А де їй краще? — запитав Ігор.</w:t>
      </w:r>
    </w:p>
    <w:p>
      <w:r>
        <w:br/>
        <w:t>— Ліс — її рідний дім. В ньому вона і їжу знайде, і притулок. А ви скоро на канікули роз'їдетесь. Що тоді?</w:t>
      </w:r>
    </w:p>
    <w:p>
      <w:r>
        <w:br/>
        <w:t>— Гаразд. Давайте віднесемо гадюку до лісу,— погодилися діти.</w:t>
      </w:r>
    </w:p>
    <w:p>
      <w:r>
        <w:br/>
        <w:t>Відіткнули дупло і стали чекати на полонянку.</w:t>
      </w:r>
    </w:p>
    <w:p>
      <w:r>
        <w:br/>
        <w:t>— І як вона вміє так легко по деревах лазити? — запитав Ігор.— Адже ні рук, ні ніг не має.</w:t>
      </w:r>
    </w:p>
    <w:p>
      <w:r>
        <w:br/>
        <w:t>— Прийдете в біологічний кабінет, і я покажу вам скелет гадюки. Він складається із численних хребців, сполучених гнучкими зв'язками. Замість ніг — багато ребер, вільними кінцями яких плазун упирається об землю. Ребра можуть рухатися. Вигне гадюка тіло — ребра подаються вперед, а потім назад. Про гадюк, як і всіх змій, можна сказати, що вони ходять на ребрах.</w:t>
      </w:r>
    </w:p>
    <w:p>
      <w:r>
        <w:br/>
        <w:t>— Тихіше, будь ласка! — застеріг учительку Павлик.— Вилазить!</w:t>
      </w:r>
    </w:p>
    <w:p>
      <w:r>
        <w:br/>
        <w:t>— Не бійся! — усміхнулася Тетяна Романівна.— Змії погано чують, вони майже глухі.</w:t>
      </w:r>
    </w:p>
    <w:p>
      <w:r>
        <w:br/>
        <w:t>— І це не заважає їм успішно полювати на здобич? — здивувався Ігор.</w:t>
      </w:r>
    </w:p>
    <w:p>
      <w:r>
        <w:br/>
        <w:t>— Тут допомагають очі, а ще в них добре розвинений нюх. Деякі змії навіть відчувають тепло, яке випромінюють живі істоти, і таким чином знаходять їх.</w:t>
      </w:r>
    </w:p>
    <w:p>
      <w:r>
        <w:br/>
        <w:t>А гадюка, замість того, щоб злізти на землю, вляглася на нижній гілці, її майже чорне тіло злилося з корою, і якби діти не бачили гадюки раніше, нізащо б її не помітили.</w:t>
      </w:r>
    </w:p>
    <w:p>
      <w:r>
        <w:br/>
        <w:t>Тетяна Романівна обережно підійшла до тополі, обдивилася з усіх боків плазуна.</w:t>
      </w:r>
    </w:p>
    <w:p>
      <w:r>
        <w:br/>
        <w:t>— Теж мені гадюка! — аж зраділа своєму відкриттю.— Це лісовий полоз, або, як його іще називають, ескулапова змія. Дуже рідкісний плазун.</w:t>
      </w:r>
    </w:p>
    <w:p>
      <w:r>
        <w:br/>
        <w:t>— А ми з палицями на нього! — спантеличено промовив Ігор.</w:t>
      </w:r>
    </w:p>
    <w:p>
      <w:r>
        <w:br/>
        <w:t>Усі підійшли ближче до полоза.</w:t>
      </w:r>
    </w:p>
    <w:p>
      <w:r>
        <w:br/>
        <w:t>— Бачите білі плями на голові? Та й довший він від гадюки — з півтора метра буде!</w:t>
      </w:r>
    </w:p>
    <w:p>
      <w:r>
        <w:br/>
        <w:t>— А красивий! Так і хочеться в руки взяти,— підступив до полоза Павлик.</w:t>
      </w:r>
    </w:p>
    <w:p>
      <w:r>
        <w:br/>
        <w:t>— Не треба його чіпати, ще вкусить,— спинила вчителька.— Будь він наймиролюбнішою істотою, не повірить в добрі наміри після такого переслідування, як сьогодні. Взагалі ж ескулапові змії не бояться людей і добре приручаються. В давнину любили тримати їх вдома римляни. Римські воїни навіть брали їх з собою в походи. Так цих симпатичних істот було завезено до багатьох країн світу, зокрема й до європейських.</w:t>
      </w:r>
    </w:p>
    <w:p>
      <w:r>
        <w:br/>
        <w:t>А мода на ескулапових змій підтримується й досі. У Німеччині й Австрії, приміром, існують спеціальні зміїні парки, де плазунів розводять і охороняють.</w:t>
      </w:r>
    </w:p>
    <w:p>
      <w:r>
        <w:br/>
        <w:t>— А чого у цих полозів назва така? — поцікавився Ігор.</w:t>
      </w:r>
    </w:p>
    <w:p>
      <w:r>
        <w:br/>
        <w:t>— Річ у тім, що античні народи називали бога лікування Ескулапом і зображали його дідусем з палицею, яку обвиває змія. Дочку Ескулапа вони теж малювали із змією, яка п'є щось із чаші. Дівчині дали ймення Гігія, звідки й пішов .термін "гігієна". Спливли віки, і чаша з гадюкою стала емблемою медицини. Вчені вважають, що античні майстри, зображаючи змію, мали на увазі лісового полоза. Ось чому його ще називають ескулаповою змією.</w:t>
      </w:r>
    </w:p>
    <w:p>
      <w:r>
        <w:br/>
        <w:t>Полозу набридли, напевно, розглядини, і він поліз вище на дерево.</w:t>
      </w:r>
    </w:p>
    <w:p>
      <w:r>
        <w:br/>
        <w:t>— Не хоче злазити на землю,— промовив Павлик.— Іще з голоду помре!</w:t>
      </w:r>
    </w:p>
    <w:p>
      <w:r>
        <w:br/>
        <w:t>— Не пропаде, он скільки гнізд вгорі ворони намостили. Полоз, певно, й живиться їхніми яйцями.</w:t>
      </w:r>
    </w:p>
    <w:p>
      <w:r>
        <w:br/>
        <w:t>— Так він, виходить, шкідник! — розчарувався Павлик.</w:t>
      </w:r>
    </w:p>
    <w:p>
      <w:r>
        <w:br/>
        <w:t>— Е, ні, основна їжа лісового полоза — гризуни.</w:t>
      </w:r>
    </w:p>
    <w:p>
      <w:r>
        <w:br/>
        <w:t>— Тетяно Романівно, давайте оголосимо місце, де житиме наш полоз, заповідним,— запропонував Ігор.</w:t>
      </w:r>
    </w:p>
    <w:p>
      <w:r>
        <w:br/>
        <w:t>...Невдовзі дівчатка знову подалися до лісу. Прийшли до знайомого пенька, а там щит з малюнком ескулапової змії і напис:</w:t>
      </w:r>
    </w:p>
    <w:p>
      <w:r>
        <w:br/>
        <w:t>"Будь обережний, товаришу! Тут ти можеш натрапити на лісового полоза. Це дуже корисна й рідкісна тварина — не наступи ненароком па неї. Знай — лісовий полоз охороняється законом".</w:t>
      </w:r>
    </w:p>
    <w:p>
      <w:r>
        <w:br/>
        <w:t>Дівчатка перезирнулися і, обережно ступаючи, пішли далі.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Ескулапова змія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