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у Домі Мрії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у Домі Мрії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