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Зелених Дахів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Зелених Дахів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