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Шелестких Тополь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Шелестких Тополь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