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Енн із Острова Принца Едварда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Енн із Острова Принца Едварда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