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лі з Місячного Серп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лі з Місячного Сер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