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Емігранти</w:t>
      </w:r>
    </w:p>
    <w:p>
      <w:r>
        <w:br/>
        <w:t xml:space="preserve"> &lt;blockquote&gt;Різьбяреві Михайлові Паращукові&lt;/blockquote&gt;</w:t>
      </w:r>
    </w:p>
    <w:p>
      <w:r>
        <w:br/>
        <w:t>Весна. Вітрець цілує скибу,&lt;br /&gt;</w:t>
        <w:br/>
        <w:t>Воздух міниться, сонце сяє,&lt;br /&gt;</w:t>
        <w:br/>
        <w:t>Чабан кладе нову колибу,&lt;br /&gt;</w:t>
        <w:br/>
        <w:t>Бринить бджола, сопілка грає —&lt;br /&gt;</w:t>
        <w:br/>
        <w:t>Життя, краса — аж любо, любо!&lt;br /&gt;</w:t>
        <w:br/>
        <w:t>Село німе. З-під стріх не в'ється&lt;br /&gt;</w:t>
        <w:br/>
        <w:t>Синявий дим: лиш вряди-годи&lt;br /&gt;</w:t>
        <w:br/>
        <w:t>Завиє пес — усе здригнеться&lt;br /&gt;</w:t>
        <w:br/>
        <w:t>І з хиж несесь квиління: хліба!&lt;br /&gt;</w:t>
        <w:br/>
        <w:t>О горе вам, раби загонів,&lt;br /&gt;</w:t>
        <w:br/>
        <w:t>Якщо весна до вас загляне&lt;br /&gt;</w:t>
        <w:br/>
        <w:t>З гостинцем нужди! Зойки дзвонів,&lt;br /&gt;</w:t>
        <w:br/>
        <w:t>Розлучний плач і повінь муки&lt;br /&gt;</w:t>
        <w:br/>
        <w:t>В селі бушують, наче п'яні,&lt;br /&gt;</w:t>
        <w:br/>
        <w:t>Всесильні ріки. Знявши руки,&lt;br /&gt;</w:t>
        <w:br/>
        <w:t>Стоїш, страдальче, ждеш відради&lt;br /&gt;</w:t>
        <w:br/>
        <w:t>З небес… Безумний! Ангел смерті&lt;br /&gt;</w:t>
        <w:br/>
        <w:t>Твердий, як сталь! Питай поради&lt;br /&gt;</w:t>
        <w:br/>
        <w:t>В німих чепіг…&lt;br /&gt;</w:t>
        <w:br/>
        <w:t>Коби-то хорі&lt;br /&gt;</w:t>
        <w:br/>
        <w:t>Кохані діти дати зжерти&lt;br /&gt;</w:t>
        <w:br/>
        <w:t>Неситій скибі!.. Кожна груда&lt;br /&gt;</w:t>
        <w:br/>
        <w:t>Налита вщерть мужицьким потом.&lt;br /&gt;</w:t>
        <w:br/>
        <w:t>А чим платить?.. Холодна злуда&lt;br /&gt;</w:t>
        <w:br/>
        <w:t>І лютий голод — плід знемоги.&lt;br /&gt;</w:t>
        <w:br/>
        <w:t>Сонце жевріло, хвилі купались,&lt;br /&gt;</w:t>
        <w:br/>
        <w:t>Немов в полум'ю. Бачилось свято;&lt;br /&gt;</w:t>
        <w:br/>
        <w:t>Тихо, ні згуку. В селі роздались&lt;br /&gt;</w:t>
        <w:br/>
        <w:t>Здавлені стогни. Наче підтяте&lt;br /&gt;</w:t>
        <w:br/>
        <w:t>Серпом колосся — вирнула квола&lt;br /&gt;</w:t>
        <w:br/>
        <w:t>З села громада. Люди ридали.&lt;br /&gt;</w:t>
        <w:br/>
        <w:t>Пси скавуліли, діти май-голі,&lt;br /&gt;</w:t>
        <w:br/>
        <w:t>З острахом бігли, жалко питали:&lt;br /&gt;</w:t>
        <w:br/>
        <w:t>"Мамо, скажіть нам, куди ми ідемо?"&lt;br /&gt;</w:t>
        <w:br/>
        <w:t>— Цитьте, далеко в гості — за море&lt;br /&gt;</w:t>
        <w:br/>
        <w:t>В гарну країну, може, найдемо&lt;br /&gt;</w:t>
        <w:br/>
        <w:t>Долю…&lt;br /&gt;</w:t>
        <w:br/>
        <w:t>Як іва, що гілля клонить,&lt;br /&gt;</w:t>
        <w:br/>
        <w:t>Мовчки схилилась жалісна мати,&lt;br /&gt;</w:t>
        <w:br/>
        <w:t>Взяла на руки кволу дитину,&lt;br /&gt;</w:t>
        <w:br/>
        <w:t>Другій подала клуночок шмаття&lt;br /&gt;</w:t>
        <w:br/>
        <w:t>І з лютим болем пішла…&lt;br /&gt;</w:t>
        <w:br/>
        <w:t>Ішли-ішли, пси скавуліли,&lt;br /&gt;</w:t>
        <w:br/>
        <w:t>Жінки ридали, рвали волос,&lt;br /&gt;</w:t>
        <w:br/>
        <w:t>Скигліли діти, старці мліли,&lt;br /&gt;</w:t>
        <w:br/>
        <w:t>Ґазди заперли в грудях голос,&lt;br /&gt;</w:t>
        <w:br/>
        <w:t>А в оці сяли люті муки,&lt;br /&gt;</w:t>
        <w:br/>
        <w:t>Пекучий біль і пропасть горя.&lt;br /&gt;</w:t>
        <w:br/>
        <w:t>Стали прощатись. Господи правий!&lt;br /&gt;</w:t>
        <w:br/>
        <w:t>Хто змірить глибінь смутку-розпуки&lt;br /&gt;</w:t>
        <w:br/>
        <w:t>Хлопського серця? Ворог лукавий?&lt;br /&gt;</w:t>
        <w:br/>
        <w:t>Наймит-сіпака? Чи ті, що ронять&lt;br /&gt;</w:t>
        <w:br/>
        <w:t>Облудні сльози над їх труною?&lt;br /&gt;</w:t>
        <w:br/>
        <w:t>Ой доведеться важко платити&lt;br /&gt;</w:t>
        <w:br/>
        <w:t>За кожну слезу з хлопської вії!&lt;br /&gt;</w:t>
        <w:br/>
        <w:t>Навчишся, кате, колись цінити&lt;br /&gt;</w:t>
        <w:br/>
        <w:t>Кров-піт страдальців — пожди!&lt;br /&gt;</w:t>
        <w:br/>
        <w:t>Пішли.&lt;br /&gt;</w:t>
        <w:br/>
        <w:t>* * *&lt;br /&gt;</w:t>
        <w:br/>
        <w:t>І де загириш, люта доле,&lt;br /&gt;</w:t>
        <w:br/>
        <w:t>Нещасний люд? Чи відьма горя&lt;br /&gt;</w:t>
        <w:br/>
        <w:t>Піде за ним іще й за море&lt;br /&gt;</w:t>
        <w:br/>
        <w:t>З ярмом рабства? Гірка недоле,&lt;br /&gt;</w:t>
        <w:br/>
        <w:t>Остань вже тут! Тебе пригорне&lt;br /&gt;</w:t>
        <w:br/>
        <w:t>У нас вельможний пан неситий&lt;br /&gt;</w:t>
        <w:br/>
        <w:t>І п'явка-жид. А там — хто знає…&lt;br /&gt;</w:t>
        <w:br/>
        <w:t>А може, там незле гуляє&lt;br /&gt;</w:t>
        <w:br/>
        <w:t>Шляхетський кнут?..&lt;br /&gt;</w:t>
        <w:br/>
        <w:t>Ішли бліді, сумні, як змори,&lt;br /&gt;</w:t>
        <w:br/>
        <w:t>А вслід за ними вило горе&lt;br /&gt;</w:t>
        <w:br/>
        <w:t>І сяв злощасний блиск багнетів.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