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Електра</w:t>
      </w:r>
    </w:p>
    <w:p>
      <w:r>
        <w:br/>
        <w:t xml:space="preserve"> Переклад А. Содомори&lt;br /&gt;</w:t>
        <w:br/>
        <w:t>ДІЙОВІ ОСОБИ&lt;br /&gt;</w:t>
        <w:br/>
        <w:t>МІКЕНСЬКИЙ СЕЛЯН&lt;br /&gt;</w:t>
        <w:br/>
        <w:t>ЕЛЕКТРА&lt;br /&gt;</w:t>
        <w:br/>
        <w:t>ОРЕСТ&lt;br /&gt;</w:t>
        <w:br/>
        <w:t>ПІЛАД (без слів)&lt;br /&gt;</w:t>
        <w:br/>
        <w:t>ХОР МІКЕНСЬКИХ ДІВЧАТ&lt;br /&gt;</w:t>
        <w:br/>
        <w:t>СТАРЕЦЬ&lt;br /&gt;</w:t>
        <w:br/>
        <w:t>ВІСНИК&lt;br /&gt;</w:t>
        <w:br/>
        <w:t>КЛІТЕМНЕСТРА&lt;br /&gt;</w:t>
        <w:br/>
        <w:t>ДІОСКУРИ&lt;br /&gt;</w:t>
        <w:br/>
        <w:t>Дія відбувається в Аргосі перед бідною селянською хатиною.</w:t>
      </w:r>
    </w:p>
    <w:p>
      <w:r>
        <w:br/>
        <w:t>ПРОЛОГ&lt;br /&gt;</w:t>
        <w:br/>
        <w:t>СЕЛЯНИН&lt;br /&gt;</w:t>
        <w:br/>
        <w:t>Аргоська древня земле, де Інах пливе,&lt;br /&gt;</w:t>
        <w:br/>
        <w:t>Звідкіль на Трою бойовими суднами&lt;br /&gt;</w:t>
        <w:br/>
        <w:t>Володар Агамемнон вирушав було!&lt;br /&gt;</w:t>
        <w:br/>
        <w:t>Пріама вбивши, владаря верховного&lt;br /&gt;</w:t>
        <w:br/>
        <w:t>В країні іліонській, в прах повергнувши&lt;br /&gt;</w:t>
        <w:br/>
        <w:t>Дардана вежі, в Аргос повернувся він&lt;br /&gt;</w:t>
        <w:br/>
        <w:t>І здобиччю високі храми вщерть набив.&lt;br /&gt;</w:t>
        <w:br/>
        <w:t>На чужині щастило; дома — смерть йому&lt;br /&gt;</w:t>
        <w:br/>
        <w:t>Дружина Клітемнестра і Тієста син,&lt;br /&gt;</w:t>
        <w:br/>
        <w:t>10] Егіст, уготували — вбили підступом.&lt;br /&gt;</w:t>
        <w:br/>
        <w:t>Отож, Танталів скіпетр упустивши з рук,&lt;br /&gt;</w:t>
        <w:br/>
        <w:t>Упав він. Той же — владу і жону його&lt;br /&gt;</w:t>
        <w:br/>
        <w:t>Обняв, Тіндара доньку, став велителем.&lt;br /&gt;</w:t>
        <w:br/>
        <w:t>Йдучи на Трою, доньку й сина рідного —&lt;br /&gt;</w:t>
        <w:br/>
        <w:t>Електру і Ореста — залишив владар.&lt;br /&gt;</w:t>
        <w:br/>
        <w:t>Ореста, — бо ж на нього вже Егіст чигав, —&lt;br /&gt;</w:t>
        <w:br/>
        <w:t>З-під рук убивці викрав опікун старий&lt;br /&gt;</w:t>
        <w:br/>
        <w:t>І Строфію, в Фокіду, передав тайком.&lt;br /&gt;</w:t>
        <w:br/>
        <w:t>Електра — в ріднім домі залишилася.&lt;br /&gt;</w:t>
        <w:br/>
        <w:t>20] А тільки-но дозріла, вся Еллади знать&lt;br /&gt;</w:t>
        <w:br/>
        <w:t>Навперебій до неї стала свататись.&lt;br /&gt;</w:t>
        <w:br/>
        <w:t>Однак, щоб не зродила сина-месника&lt;br /&gt;</w:t>
        <w:br/>
        <w:t>Аргосцеві якомусь, під замком тримав&lt;br /&gt;</w:t>
        <w:br/>
        <w:t>Егіст нещасну — не давав їй заміж йти.&lt;br /&gt;</w:t>
        <w:br/>
        <w:t>Й цього не досить: боячись, що будь-коли&lt;br /&gt;</w:t>
        <w:br/>
        <w:t>І в тому схові може завагітніти,&lt;br /&gt;</w:t>
        <w:br/>
        <w:t>Рішив убити. Мати, ця душа тверда,&lt;br /&gt;</w:t>
        <w:br/>
        <w:t>Розм'якнула — від смерті вберегла дочку:&lt;br /&gt;</w:t>
        <w:br/>
        <w:t>Для вбивства мужа хоч якийсь-то привід був,&lt;br /&gt;</w:t>
        <w:br/>
        <w:t>30] А кров дітей їй вже б ніхто не вибачив.&lt;br /&gt;</w:t>
        <w:br/>
        <w:t>Таке Егіст надумав: щирим золотом&lt;br /&gt;</w:t>
        <w:br/>
        <w:t>Платить тому готовий, хто б вигнанця вбив —&lt;br /&gt;</w:t>
        <w:br/>
        <w:t>Ореста — спадкоємця Агамемнона.&lt;br /&gt;</w:t>
        <w:br/>
        <w:t>Електру ж, хитромудрий, дав мені в жону,&lt;br /&gt;</w:t>
        <w:br/>
        <w:t>Мікенцю (свого роду не соромлюся, [241]&lt;br /&gt;</w:t>
        <w:br/>
        <w:t>Бо предки мої — чесні, незаможні лиш,&lt;br /&gt;</w:t>
        <w:br/>
        <w:t>А без майна приблякне і найвищий рід).&lt;br /&gt;</w:t>
        <w:br/>
        <w:t>Гадав він: менше страху, як убогий зять,&lt;br /&gt;</w:t>
        <w:br/>
        <w:t>Коли багатший — більше: був би розголос&lt;br /&gt;</w:t>
        <w:br/>
        <w:t>40] Про вбивство призабуте Агамемнона,&lt;br /&gt;</w:t>
        <w:br/>
        <w:t>Й за тестя зять-вельможа б одімстив колись.&lt;br /&gt;</w:t>
        <w:br/>
        <w:t>А все ж — Кіпріда бачить! — на Електрине&lt;br /&gt;</w:t>
        <w:br/>
        <w:t>Не зазіхнув я ложе, хоч і муж її.&lt;br /&gt;</w:t>
        <w:br/>
        <w:t>Батьків заможних доньці я б соромився&lt;br /&gt;</w:t>
        <w:br/>
        <w:t>З коханням накидатись, бо ж нерівня їй.&lt;br /&gt;</w:t>
        <w:br/>
        <w:t>Ореста жаль, що нині начеб родич мій:&lt;br /&gt;</w:t>
        <w:br/>
        <w:t>Сестри подружжя дійме його боляче,&lt;br /&gt;</w:t>
        <w:br/>
        <w:t>Як тільки в Аргос рідний зазирне колись.&lt;br /&gt;</w:t>
        <w:br/>
        <w:t>Мене хтось, може, й дурнем уважатиме:&lt;br /&gt;</w:t>
        <w:br/>
        <w:t>50] Мовляв, жона у спальні — а незаймана.&lt;br /&gt;</w:t>
        <w:br/>
        <w:t>Ну що скажу? В кривого мірка скривлена,&lt;br /&gt;</w:t>
        <w:br/>
        <w:t>Тож викривлений в нього й про чесноту суд.&lt;br /&gt;</w:t>
        <w:br/>
        <w:t>Входить Е л e к т р а.&lt;br /&gt;</w:t>
        <w:br/>
        <w:t>ЕЛЕКТРА&lt;br /&gt;</w:t>
        <w:br/>
        <w:t>О Ноче темночола, годувальнице&lt;br /&gt;</w:t>
        <w:br/>
        <w:t>Зірок золотосяйних! Глянь: до річки йду,&lt;br /&gt;</w:t>
        <w:br/>
        <w:t>Немов служниця, взявши дзбан на голову.&lt;br /&gt;</w:t>
        <w:br/>
        <w:t>Та не з нужди це, а щоб бачили&lt;br /&gt;</w:t>
        <w:br/>
        <w:t>Боги, якої кривди нам Егіст завдав,&lt;br /&gt;</w:t>
        <w:br/>
        <w:t>До батька шлю зітхання, в далеч зоряну.&lt;br /&gt;</w:t>
        <w:br/>
        <w:t>А Тіндаріда, моя мати-зрадниця,&lt;br /&gt;</w:t>
        <w:br/>
        <w:t>60] Щоб догодить коханцю, з дому рідного&lt;br /&gt;</w:t>
        <w:br/>
        <w:t>Мене прогнала, привела дітей нових,&lt;br /&gt;</w:t>
        <w:br/>
        <w:t>А я та брат, Орест мій, — на заваді їм.&lt;br /&gt;</w:t>
        <w:br/>
        <w:t>СЕЛЯНИН&lt;br /&gt;</w:t>
        <w:br/>
        <w:t>Ти знов, сердешна, замість мене трудишся,&lt;br /&gt;</w:t>
        <w:br/>
        <w:t>Незвикла до роботи, змалку плекана,&lt;br /&gt;</w:t>
        <w:br/>
        <w:t>Й хоч як тебе благаю, на своїм стоїш?..&lt;br /&gt;</w:t>
        <w:br/>
        <w:t>ЕЛЕКТРА&lt;br /&gt;</w:t>
        <w:br/>
        <w:t>Ти справді щирий, богорівний приятель:&lt;br /&gt;</w:t>
        <w:br/>
        <w:t>Не скористався лихом, не зганьбив мене;&lt;br /&gt;</w:t>
        <w:br/>
        <w:t>Велике щастя — в скруті підшукать собі&lt;br /&gt;</w:t>
        <w:br/>
        <w:t>Помічника такого, як от я знайшла!&lt;br /&gt;</w:t>
        <w:br/>
        <w:t>70. Тож добровільно буду, скільки сил моїх,&lt;br /&gt;</w:t>
        <w:br/>
        <w:t>Тобі сприяти, бо ж удвох відрадніше&lt;br /&gt;</w:t>
        <w:br/>
        <w:t>Йде праця. В тебе доста й поза домом справ,&lt;br /&gt;</w:t>
        <w:br/>
        <w:t>А я вже коло хати буду поратись:&lt;br /&gt;</w:t>
        <w:br/>
        <w:t>Господар, із роботи повертаючись,&lt;br /&gt;</w:t>
        <w:br/>
        <w:t>Радіє, як в оселі — лад і затишок.&lt;br /&gt;</w:t>
        <w:br/>
        <w:t>СЕЛЯНИН&lt;br /&gt;</w:t>
        <w:br/>
        <w:t>Ну що ж, хай так і буде. Втім, по воду йти,&lt;br /&gt;</w:t>
        <w:br/>
        <w:t>На щастя, недалеко. Я ж із досвітком [242]&lt;br /&gt;</w:t>
        <w:br/>
        <w:t>Жену волів робочих: поле сіву жде.&lt;br /&gt;</w:t>
        <w:br/>
        <w:t>Хоч як богам молися, нива колосом&lt;br /&gt;</w:t>
        <w:br/>
        <w:t>80] Не втішить, поки потом не поллєш її.&lt;br /&gt;</w:t>
        <w:br/>
        <w:t>Обоє покидають сцену.&lt;br /&gt;</w:t>
        <w:br/>
        <w:t>Входять Орест і Пілад.&lt;br /&gt;</w:t>
        <w:br/>
        <w:t>ОРЕСТ&lt;br /&gt;</w:t>
        <w:br/>
        <w:t>Лишень тебе, Піладе, з-між людей усіх&lt;br /&gt;</w:t>
        <w:br/>
        <w:t>За приятеля маю найщирішого:&lt;br /&gt;</w:t>
        <w:br/>
        <w:t>Лиш ти не відсахнувся, не лишив мене&lt;br /&gt;</w:t>
        <w:br/>
        <w:t>В біді, коли нещасний мій отець упав&lt;br /&gt;</w:t>
        <w:br/>
        <w:t>Од рук Егіста й неньки нечестивої,&lt;br /&gt;</w:t>
        <w:br/>
        <w:t>Що помагала вбивці. З храму віщого&lt;br /&gt;</w:t>
        <w:br/>
        <w:t>Прибув я в Аргос, од людей ховаючись,&lt;br /&gt;</w:t>
        <w:br/>
        <w:t>Щоб одімстити, врешті, за отця свого.&lt;br /&gt;</w:t>
        <w:br/>
        <w:t>Цієї ночі на могилі батьковій&lt;br /&gt;</w:t>
        <w:br/>
        <w:t>90] Зронив сльозу, волосся пасмо зрізане&lt;br /&gt;</w:t>
        <w:br/>
        <w:t>Поклав, овечу кров на пагорб вихлюпнув&lt;br /&gt;</w:t>
        <w:br/>
        <w:t>Тайком, щоби володар не довідався.&lt;br /&gt;</w:t>
        <w:br/>
        <w:t>А в межі міста не вступаю з двох причин:&lt;br /&gt;</w:t>
        <w:br/>
        <w:t>Коли підстереже хтось, то з околиці&lt;br /&gt;</w:t>
        <w:br/>
        <w:t>Я легше в край сусідній утекти б зумів;&lt;br /&gt;</w:t>
        <w:br/>
        <w:t>А ще сестра тут, кажуть, на окраїні,&lt;br /&gt;</w:t>
        <w:br/>
        <w:t>Живе тепер, Електра: в домі батьковім&lt;br /&gt;</w:t>
        <w:br/>
        <w:t>Уже не пробуває, заміж вийшовши.&lt;br /&gt;</w:t>
        <w:br/>
        <w:t>Вона й поможе в помсті, та насамперед&lt;br /&gt;</w:t>
        <w:br/>
        <w:t>100] її спитаю, що там дома робиться.&lt;br /&gt;</w:t>
        <w:br/>
        <w:t>А зараз — он Аврора вже здіймається&lt;br /&gt;</w:t>
        <w:br/>
        <w:t>Проміннолиця — відхилитись мусимо&lt;br /&gt;</w:t>
        <w:br/>
        <w:t>З цієї стежки: стрінеться орач який&lt;br /&gt;</w:t>
        <w:br/>
        <w:t>Або служниця — от і поцікавимось,&lt;br /&gt;</w:t>
        <w:br/>
        <w:t>Чи не живе десь поблизу сестра моя.&lt;br /&gt;</w:t>
        <w:br/>
        <w:t>Ти глянь: чи не служниця дзбан води несе&lt;br /&gt;</w:t>
        <w:br/>
        <w:t>На голові… волосся низько стрижене?..&lt;br /&gt;</w:t>
        <w:br/>
        <w:t>Присядьмо, друже. Щось таки дізнаємось —&lt;br /&gt;</w:t>
        <w:br/>
        <w:t>Буває, при нагоді й слова вистачить —&lt;br /&gt;</w:t>
        <w:br/>
        <w:t>110] Коли вже задля цього ми прийшли сюди.&lt;br /&gt;</w:t>
        <w:br/>
        <w:t>ЕЛЕКТРА&lt;br /&gt;</w:t>
        <w:br/>
        <w:t>Строфа І&lt;br /&gt;</w:t>
        <w:br/>
        <w:t>Жвавіше ступай: світає вже,&lt;br /&gt;</w:t>
        <w:br/>
        <w:t>Ступай, ступай, слізьми вмивайся!&lt;br /&gt;</w:t>
        <w:br/>
        <w:t>Нещасна я!..&lt;br /&gt;</w:t>
        <w:br/>
        <w:t>Нащо для Агамемнона&lt;br /&gt;</w:t>
        <w:br/>
        <w:t>Клітемнестра вродила мене —&lt;br /&gt;</w:t>
        <w:br/>
        <w:t>Тіндарея дочка лиха?..&lt;br /&gt;</w:t>
        <w:br/>
        <w:t>Недарма ж я для всіх людей —&lt;br /&gt;</w:t>
        <w:br/>
        <w:t>Безталанна Електра. [243]&lt;br /&gt;</w:t>
        <w:br/>
        <w:t>День у день нужда, журба —&lt;br /&gt;</w:t>
        <w:br/>
        <w:t>120] Мука, а не життя!..&lt;br /&gt;</w:t>
        <w:br/>
        <w:t>Батьку, батьку! В Аїді ти&lt;br /&gt;</w:t>
        <w:br/>
        <w:t>Через підлу жону свою,&lt;br /&gt;</w:t>
        <w:br/>
        <w:t>Вбивцю, через Егіста…&lt;br /&gt;</w:t>
        <w:br/>
        <w:t>Виливай свою тугу знов,&lt;br /&gt;</w:t>
        <w:br/>
        <w:t>Насолоди в сльозах шукай!&lt;br /&gt;</w:t>
        <w:br/>
        <w:t>Антистрофа І&lt;br /&gt;</w:t>
        <w:br/>
        <w:t>Жвавіше ступай: світає вже.&lt;br /&gt;</w:t>
        <w:br/>
        <w:t>Ступай, ступай, слізьми вмивайсь!&lt;br /&gt;</w:t>
        <w:br/>
        <w:t>Нещасна я!..&lt;br /&gt;</w:t>
        <w:br/>
        <w:t>Де ж то нині твій край, твій дім,&lt;br /&gt;</w:t>
        <w:br/>
        <w:t>130] Бідний братику? Нащо ти&lt;br /&gt;</w:t>
        <w:br/>
        <w:t>На поталу, журбу тяжку&lt;br /&gt;</w:t>
        <w:br/>
        <w:t>В домі батька, в біді, лишив&lt;br /&gt;</w:t>
        <w:br/>
        <w:t>Беззахисну сестрицю?&lt;br /&gt;</w:t>
        <w:br/>
        <w:t>Де ти? Жду, страждальниця,&lt;br /&gt;</w:t>
        <w:br/>
        <w:t>Рятівника свого!&lt;br /&gt;</w:t>
        <w:br/>
        <w:t>Зевсе! Зевсе! У рідний край&lt;br /&gt;</w:t>
        <w:br/>
        <w:t>Швидше крок блукача скеруй,&lt;br /&gt;</w:t>
        <w:br/>
        <w:t>Щоб за батька помстився!&lt;br /&gt;</w:t>
        <w:br/>
        <w:t>Строфа II&lt;br /&gt;</w:t>
        <w:br/>
        <w:t>Дзбан на хвилину зніму з голови:&lt;br /&gt;</w:t>
        <w:br/>
        <w:t>140] Нахилюсь над могилою батька, хай ніч&lt;br /&gt;</w:t>
        <w:br/>
        <w:t>Печаль мою вчує,&lt;br /&gt;</w:t>
        <w:br/>
        <w:t>Хай Аїду сягне голосна тужба!&lt;br /&gt;</w:t>
        <w:br/>
        <w:t>О мій батьку, тобі ці жалі сную —&lt;br /&gt;</w:t>
        <w:br/>
        <w:t>І тепер, і щоденно&lt;br /&gt;</w:t>
        <w:br/>
        <w:t>Тонучи в них, я розранюю&lt;br /&gt;</w:t>
        <w:br/>
        <w:t>Нігтями ніжно білу свою&lt;br /&gt;</w:t>
        <w:br/>
        <w:t>Шию, хапаюсь за голову —&lt;br /&gt;</w:t>
        <w:br/>
        <w:t>Смерть твоя рве мені душу.&lt;br /&gt;</w:t>
        <w:br/>
        <w:t>Гай-гай! Зранюй лице!&lt;br /&gt;</w:t>
        <w:br/>
        <w:t>150] Як ото лебідь плачем лунким&lt;br /&gt;</w:t>
        <w:br/>
        <w:t>Над рівчаковими хвилями&lt;br /&gt;</w:t>
        <w:br/>
        <w:t>Кличе — не може докликатись&lt;br /&gt;</w:t>
        <w:br/>
        <w:t>Батька, що в згубну, підступну впав&lt;br /&gt;</w:t>
        <w:br/>
        <w:t>Сіть, так і я тебе, бідний мій&lt;br /&gt;</w:t>
        <w:br/>
        <w:t>Батьку, весь час тут оплакую.&lt;br /&gt;</w:t>
        <w:br/>
        <w:t>Антистрофа II&lt;br /&gt;</w:t>
        <w:br/>
        <w:t>Мав ти, вернувшись із далеких доріг,&lt;br /&gt;</w:t>
        <w:br/>
        <w:t>Наготовлену дома, смертельну, купіль.&lt;br /&gt;</w:t>
        <w:br/>
        <w:t>О горе! О горе!..&lt;br /&gt;</w:t>
        <w:br/>
        <w:t>Та сокира… Та рана… Підступ той, [244]&lt;br /&gt;</w:t>
        <w:br/>
        <w:t>160] Що прибулому з Трої вінцем були!..&lt;br /&gt;</w:t>
        <w:br/>
        <w:t>Не стрічками, не квітом&lt;br /&gt;</w:t>
        <w:br/>
        <w:t>Дома дружина тебе з війни&lt;br /&gt;</w:t>
        <w:br/>
        <w:t>Стріла — двосічним Егіста мечем&lt;br /&gt;</w:t>
        <w:br/>
        <w:t>Скоїла злочин нечуваний,&lt;br /&gt;</w:t>
        <w:br/>
        <w:t>Шлюб нечестивий скріпивши.</w:t>
      </w:r>
    </w:p>
    <w:p>
      <w:r>
        <w:br/>
        <w:t>ПАРОД&lt;br /&gt;</w:t>
        <w:br/>
        <w:t>Входить хор мікенських дівчат.&lt;br /&gt;</w:t>
        <w:br/>
        <w:t>Строфа І&lt;br /&gt;</w:t>
        <w:br/>
        <w:t>Я забрела аж сюди,&lt;br /&gt;</w:t>
        <w:br/>
        <w:t>Агамемнона дочко,&lt;br /&gt;</w:t>
        <w:br/>
        <w:t>До сільського твого житла:&lt;br /&gt;</w:t>
        <w:br/>
        <w:t>Чоловік один, житель гірський,&lt;br /&gt;</w:t>
        <w:br/>
        <w:t>170] Що молоко п'є шумке,&lt;br /&gt;</w:t>
        <w:br/>
        <w:t>Сповістив, що на третій день —&lt;br /&gt;</w:t>
        <w:br/>
        <w:t>Гери свято; в аргоський храм&lt;br /&gt;</w:t>
        <w:br/>
        <w:t>Діви квітчані йтимуть.&lt;br /&gt;</w:t>
        <w:br/>
        <w:t>ЕЛЕКТРА&lt;br /&gt;</w:t>
        <w:br/>
        <w:t>Строфа II&lt;br /&gt;</w:t>
        <w:br/>
        <w:t>Не до шат, любі подруги,&lt;br /&gt;</w:t>
        <w:br/>
        <w:t>Не до злота лежить моє&lt;br /&gt;</w:t>
        <w:br/>
        <w:t>Серце, кров'ю облите.&lt;br /&gt;</w:t>
        <w:br/>
        <w:t>Все минулося! Вже не мені&lt;br /&gt;</w:t>
        <w:br/>
        <w:t>Серед юнок аргоських&lt;br /&gt;</w:t>
        <w:br/>
        <w:t>Легконого в танці кружлять:&lt;br /&gt;</w:t>
        <w:br/>
        <w:t>180] Туга та сльози —&lt;br /&gt;</w:t>
        <w:br/>
        <w:t>Ось моя доля, ось про що&lt;br /&gt;</w:t>
        <w:br/>
        <w:t>Дбаю, бідна, щоденно.&lt;br /&gt;</w:t>
        <w:br/>
        <w:t>Глянь: чи ж то волоссям назвеш?&lt;br /&gt;</w:t>
        <w:br/>
        <w:t>Одяг — дірами світиться.&lt;br /&gt;</w:t>
        <w:br/>
        <w:t>От тобі й Агамемнона&lt;br /&gt;</w:t>
        <w:br/>
        <w:t>Донька, владного мужа,&lt;br /&gt;</w:t>
        <w:br/>
        <w:t>Хто навік уславив себе,&lt;br /&gt;</w:t>
        <w:br/>
        <w:t>Трою в прах обернувши!..&lt;br /&gt;</w:t>
        <w:br/>
        <w:t>ХОР&lt;br /&gt;</w:t>
        <w:br/>
        <w:t>Антистрофа І&lt;br /&gt;</w:t>
        <w:br/>
        <w:t>Все-таки Геру вшануй.&lt;br /&gt;</w:t>
        <w:br/>
        <w:t>190] Гарно зітканий одяг&lt;br /&gt;</w:t>
        <w:br/>
        <w:t>Ось примір, ще й намисто ясне.&lt;br /&gt;</w:t>
        <w:br/>
        <w:t>Хочеш так от, самим лиш плачем,&lt;br /&gt;</w:t>
        <w:br/>
        <w:t>Шани не склавши богам, [245]&lt;br /&gt;</w:t>
        <w:br/>
        <w:t>Верх узяти над кривдником?&lt;br /&gt;</w:t>
        <w:br/>
        <w:t>Не слізьми — боголюбністю&lt;br /&gt;</w:t>
        <w:br/>
        <w:t>Щастя, доню, здобудеш.&lt;br /&gt;</w:t>
        <w:br/>
        <w:t>Антистрофа II&lt;br /&gt;</w:t>
        <w:br/>
        <w:t>ЕЛЕКТРА&lt;br /&gt;</w:t>
        <w:br/>
        <w:t>Хто з богів нині чує мій&lt;br /&gt;</w:t>
        <w:br/>
        <w:t>Плач? Хто згадує жертви ті,&lt;br /&gt;</w:t>
        <w:br/>
        <w:t>Що складав Агамемнон?&lt;br /&gt;</w:t>
        <w:br/>
        <w:t>200] Тільки я ось за мертвим тужу&lt;br /&gt;</w:t>
        <w:br/>
        <w:t>І за живим — вигнанцем…&lt;br /&gt;</w:t>
        <w:br/>
        <w:t>Де ж то він блукає тепер,&lt;br /&gt;</w:t>
        <w:br/>
        <w:t>Біля чийого&lt;br /&gt;</w:t>
        <w:br/>
        <w:t>Тулиться вогнища між рабів —&lt;br /&gt;</w:t>
        <w:br/>
        <w:t>Син володаря-батька?..&lt;br /&gt;</w:t>
        <w:br/>
        <w:t>Я ж ось тут, у хаті низькій,&lt;br /&gt;</w:t>
        <w:br/>
        <w:t>В'яну серцем із дня на день,&lt;br /&gt;</w:t>
        <w:br/>
        <w:t>З дому отчого вигнана —&lt;br /&gt;</w:t>
        <w:br/>
        <w:t>Серед заростей, урвищ.&lt;br /&gt;</w:t>
        <w:br/>
        <w:t>210] Мати — вбивством осквернене&lt;br /&gt;</w:t>
        <w:br/>
        <w:t>Ложе ділить з убивцем.</w:t>
      </w:r>
    </w:p>
    <w:p>
      <w:r>
        <w:br/>
        <w:t>ЕПІСОДІЙ ПЕРШИЙ&lt;br /&gt;</w:t>
        <w:br/>
        <w:t>ХОР&lt;br /&gt;</w:t>
        <w:br/>
        <w:t>Уся Еллада й дім твій стільки бід важких&lt;br /&gt;</w:t>
        <w:br/>
        <w:t>Через Єлену, твою тітку, звідали!&lt;br /&gt;</w:t>
        <w:br/>
        <w:t>ЕЛЕКТРА&lt;br /&gt;</w:t>
        <w:br/>
        <w:t>(Побачивши Ореста і Пілада).&lt;br /&gt;</w:t>
        <w:br/>
        <w:t>Ой лишенько! Мовчу вже: чужаки якісь, —&lt;br /&gt;</w:t>
        <w:br/>
        <w:t>Напевно, по сусідству є житло у них, —&lt;br /&gt;</w:t>
        <w:br/>
        <w:t>Із засідки он вийшли… Розбігаймося!&lt;br /&gt;</w:t>
        <w:br/>
        <w:t>Майну до хати, ви — через дорогу цю.&lt;br /&gt;</w:t>
        <w:br/>
        <w:t>Лиш ноги нас врятують од напасників.&lt;br /&gt;</w:t>
        <w:br/>
        <w:t>ОРЕСТ&lt;br /&gt;</w:t>
        <w:br/>
        <w:t>Стривай, сердешна! Чуєш? Не лякайсь мене!&lt;br /&gt;</w:t>
        <w:br/>
        <w:t>ЕЛЕКТРА&lt;br /&gt;</w:t>
        <w:br/>
        <w:t>Не дай загинуть, Аполлоне-владарю!&lt;br /&gt;</w:t>
        <w:br/>
        <w:t>ОРЕСТ&lt;br /&gt;</w:t>
        <w:br/>
        <w:t>220] Я вбив би інших, що мені ненависні!&lt;br /&gt;</w:t>
        <w:br/>
        <w:t>ЕЛЕКТРА&lt;br /&gt;</w:t>
        <w:br/>
        <w:t>Не смій, коли не личить, доторкатися! [246]&lt;br /&gt;</w:t>
        <w:br/>
        <w:t>ОРЕСТ&lt;br /&gt;</w:t>
        <w:br/>
        <w:t>Нікого з більшим правом не торкатимусь.&lt;br /&gt;</w:t>
        <w:br/>
        <w:t>ЕЛЕКТРА&lt;br /&gt;</w:t>
        <w:br/>
        <w:t>А меч для чого? І кого вистежуєш?&lt;br /&gt;</w:t>
        <w:br/>
        <w:t>ОРЕСТ&lt;br /&gt;</w:t>
        <w:br/>
        <w:t>Лиш не тікай. Послухай — і погодишся.&lt;br /&gt;</w:t>
        <w:br/>
        <w:t>ЕЛЕКТРА&lt;br /&gt;</w:t>
        <w:br/>
        <w:t>Стою. Корюся. Все одно сильніший ти.&lt;br /&gt;</w:t>
        <w:br/>
        <w:t>ОРЕСТ&lt;br /&gt;</w:t>
        <w:br/>
        <w:t>Від брата твого звістку я приніс тобі.&lt;br /&gt;</w:t>
        <w:br/>
        <w:t>ЕЛЕКТРА&lt;br /&gt;</w:t>
        <w:br/>
        <w:t>О друже милий! Од живого?.. Мертвого?..&lt;br /&gt;</w:t>
        <w:br/>
        <w:t>ОРЕСТ&lt;br /&gt;</w:t>
        <w:br/>
        <w:t>Живе він. Добре слово вчуй насамперед.&lt;br /&gt;</w:t>
        <w:br/>
        <w:t>ЕЛЕКТРА&lt;br /&gt;</w:t>
        <w:br/>
        <w:t>Щасти тобі, хто вперше звеселив мене!&lt;br /&gt;</w:t>
        <w:br/>
        <w:t>ОРЕСТ&lt;br /&gt;</w:t>
        <w:br/>
        <w:t>230] Коли б обом нам щастя те всміхнулося!&lt;br /&gt;</w:t>
        <w:br/>
        <w:t>ЕЛЕКТРА&lt;br /&gt;</w:t>
        <w:br/>
        <w:t>То де ж він, бідолаха, обертається?&lt;br /&gt;</w:t>
        <w:br/>
        <w:t>ОРЕСТ&lt;br /&gt;</w:t>
        <w:br/>
        <w:t>А де бува мандрівець? На дорогах він.&lt;br /&gt;</w:t>
        <w:br/>
        <w:t>ЕЛЕКТРА&lt;br /&gt;</w:t>
        <w:br/>
        <w:t>Можливо, хліба брак йому щоденного?&lt;br /&gt;</w:t>
        <w:br/>
        <w:t>ОРЕСТ&lt;br /&gt;</w:t>
        <w:br/>
        <w:t>Та ні. Але вигнанець — завжди немічний.&lt;br /&gt;</w:t>
        <w:br/>
        <w:t>ЕЛЕКТРА&lt;br /&gt;</w:t>
        <w:br/>
        <w:t>А з чим тебе, чужинцю, він прислав сюди?&lt;br /&gt;</w:t>
        <w:br/>
        <w:t>ОРЕСТ&lt;br /&gt;</w:t>
        <w:br/>
        <w:t>Чи ти жива, питає, чи щастить тобі.&lt;br /&gt;</w:t>
        <w:br/>
        <w:t>ЕЛЕКТРА&lt;br /&gt;</w:t>
        <w:br/>
        <w:t>Поглянь на мене: не з добра зсихаюся.&lt;br /&gt;</w:t>
        <w:br/>
        <w:t>ОРЕСТ&lt;br /&gt;</w:t>
        <w:br/>
        <w:t>З журби, напевно. Подивлюся — жаль бере.&lt;br /&gt;</w:t>
        <w:br/>
        <w:t>ЕЛЕКТРА&lt;br /&gt;</w:t>
        <w:br/>
        <w:t>А ще, ось бачиш, — я волосся зрізала. [247]&lt;br /&gt;</w:t>
        <w:br/>
        <w:t>ОРЕСТ&lt;br /&gt;</w:t>
        <w:br/>
        <w:t>240] Гризешся братом?.. Смертю батька вражена?..&lt;br /&gt;</w:t>
        <w:br/>
        <w:t>ЕЛЕКТРА&lt;br /&gt;</w:t>
        <w:br/>
        <w:t>Гай-гай!.. Про найдорожчих ти згадав мені.&lt;br /&gt;</w:t>
        <w:br/>
        <w:t>ОРЕСТ&lt;br /&gt;</w:t>
        <w:br/>
        <w:t>Ну, а для брата ти не дорога хіба?&lt;br /&gt;</w:t>
        <w:br/>
        <w:t>ЕЛЕКТРА&lt;br /&gt;</w:t>
        <w:br/>
        <w:t>Проте не тут він. Любить, тільки здалеку.&lt;br /&gt;</w:t>
        <w:br/>
        <w:t>ОРЕСТ&lt;br /&gt;</w:t>
        <w:br/>
        <w:t>Але чому не в місті — в глушині живеш?&lt;br /&gt;</w:t>
        <w:br/>
        <w:t>ЕЛЕКТРА&lt;br /&gt;</w:t>
        <w:br/>
        <w:t>Я замужем тут… Ой, сумне заміжжя те!..&lt;br /&gt;</w:t>
        <w:br/>
        <w:t>ОРЕСТ&lt;br /&gt;</w:t>
        <w:br/>
        <w:t>Жаль брата… Чоловік твій не з Мікен, бува?&lt;br /&gt;</w:t>
        <w:br/>
        <w:t>ЕЛЕКТРА&lt;br /&gt;</w:t>
        <w:br/>
        <w:t>Не той, за кого батько мав оддать мене…&lt;br /&gt;</w:t>
        <w:br/>
        <w:t>ОРЕСТ&lt;br /&gt;</w:t>
        <w:br/>
        <w:t>Одначе, хто він? Що сказати братові?&lt;br /&gt;</w:t>
        <w:br/>
        <w:t>ЕЛЕКТРА&lt;br /&gt;</w:t>
        <w:br/>
        <w:t>Ось дім цей на відлюдді. Живемо з ним тут.&lt;br /&gt;</w:t>
        <w:br/>
        <w:t>ОРЕСТ&lt;br /&gt;</w:t>
        <w:br/>
        <w:t>250] Так волопас убогий чи рільник живе.&lt;br /&gt;</w:t>
        <w:br/>
        <w:t>ЕЛЕКТРА&lt;br /&gt;</w:t>
        <w:br/>
        <w:t>Бідняк, та чесний, і мене шанує він.&lt;br /&gt;</w:t>
        <w:br/>
        <w:t>ОРЕСТ&lt;br /&gt;</w:t>
        <w:br/>
        <w:t>У чому ж ця пошана виявляється?&lt;br /&gt;</w:t>
        <w:br/>
        <w:t>ЕЛЕКТРА&lt;br /&gt;</w:t>
        <w:br/>
        <w:t>Він досі ще ні разу не торкнувсь мене.&lt;br /&gt;</w:t>
        <w:br/>
        <w:t>ОРЕСТ&lt;br /&gt;</w:t>
        <w:br/>
        <w:t>Плекає цноту чи тобою нехтує?&lt;br /&gt;</w:t>
        <w:br/>
        <w:t>ЕЛЕКТРА&lt;br /&gt;</w:t>
        <w:br/>
        <w:t>Не хоче мого ймення цим принизити.&lt;br /&gt;</w:t>
        <w:br/>
        <w:t>ОРЕСТ&lt;br /&gt;</w:t>
        <w:br/>
        <w:t>Й високим родичанням не вдоволений?&lt;br /&gt;</w:t>
        <w:br/>
        <w:t>ЕЛЕКТРА&lt;br /&gt;</w:t>
        <w:br/>
        <w:t>Не визнає за тестем сили правної. [248]&lt;br /&gt;</w:t>
        <w:br/>
        <w:t>ОРЕСТ&lt;br /&gt;</w:t>
        <w:br/>
        <w:t>Ще б пак: боїться, щоб Орест не мстив йому.&lt;br /&gt;</w:t>
        <w:br/>
        <w:t>ЕЛЕКТРА&lt;br /&gt;</w:t>
        <w:br/>
        <w:t>Не тільки: справедливий він, розсудливий.&lt;br /&gt;</w:t>
        <w:br/>
        <w:t>ОРЕСТ&lt;br /&gt;</w:t>
        <w:br/>
        <w:t>260] Ну що ж, такого справді поважати слід.&lt;br /&gt;</w:t>
        <w:br/>
        <w:t>ЕЛЕКТРА&lt;br /&gt;</w:t>
        <w:br/>
        <w:t>Він десь у полі. Незабаром вернеться.&lt;br /&gt;</w:t>
        <w:br/>
        <w:t>ОРЕСТ&lt;br /&gt;</w:t>
        <w:br/>
        <w:t>А як, до речі, мати сприйняла все це?..&lt;br /&gt;</w:t>
        <w:br/>
        <w:t>ЕЛЕКТРА&lt;br /&gt;</w:t>
        <w:br/>
        <w:t>Жінкам не стільки діти, як мужі близькі.&lt;br /&gt;</w:t>
        <w:br/>
        <w:t>ОРЕСТ&lt;br /&gt;</w:t>
        <w:br/>
        <w:t>За що ж так над тобою наглумивсь Егіст?&lt;br /&gt;</w:t>
        <w:br/>
        <w:t>ЕЛЕКТРА&lt;br /&gt;</w:t>
        <w:br/>
        <w:t>Хотів, щоб мої діти були кволими.&lt;br /&gt;</w:t>
        <w:br/>
        <w:t>ОРЕСТ&lt;br /&gt;</w:t>
        <w:br/>
        <w:t>Так-так… Виходить, побоявся месників?&lt;br /&gt;</w:t>
        <w:br/>
        <w:t>ЕЛЕКТРА&lt;br /&gt;</w:t>
        <w:br/>
        <w:t>Обдумав хитро. Хай би заплатив за це!&lt;br /&gt;</w:t>
        <w:br/>
        <w:t>ОРЕСТ&lt;br /&gt;</w:t>
        <w:br/>
        <w:t>А знає він, що досі ти неторкнута?&lt;br /&gt;</w:t>
        <w:br/>
        <w:t>ЕЛЕКТРА&lt;br /&gt;</w:t>
        <w:br/>
        <w:t>Мовчу про це, то звідки б міг довідатись.&lt;br /&gt;</w:t>
        <w:br/>
        <w:t>ОРЕСТ&lt;br /&gt;</w:t>
        <w:br/>
        <w:t>(вказуючи на селянок)&lt;br /&gt;</w:t>
        <w:br/>
        <w:t>270] А цим, що нас тут чують, довіряєш ти?&lt;br /&gt;</w:t>
        <w:br/>
        <w:t>ЕЛЕКТРА&lt;br /&gt;</w:t>
        <w:br/>
        <w:t>Ані словечка звідсіля не винесуть.&lt;br /&gt;</w:t>
        <w:br/>
        <w:t>ОРЕСТ&lt;br /&gt;</w:t>
        <w:br/>
        <w:t>А що б Орест мав тут робити, в Аргосі?&lt;br /&gt;</w:t>
        <w:br/>
        <w:t>ЕЛЕКТРА&lt;br /&gt;</w:t>
        <w:br/>
        <w:t>Ти ще й питаєш?.. Час найвищий діяти!&lt;br /&gt;</w:t>
        <w:br/>
        <w:t>ОРЕСТ&lt;br /&gt;</w:t>
        <w:br/>
        <w:t>Скарати вбивців батька якось мусив би. [249]&lt;br /&gt;</w:t>
        <w:br/>
        <w:t>ЕЛЕКТРА&lt;br /&gt;</w:t>
        <w:br/>
        <w:t>Хай зважиться: убивці ж — не вагалися.&lt;br /&gt;</w:t>
        <w:br/>
        <w:t>ОРЕСТ&lt;br /&gt;</w:t>
        <w:br/>
        <w:t>А з ним убити матір ти б насмілилась?&lt;br /&gt;</w:t>
        <w:br/>
        <w:t>ЕЛЕКТРА&lt;br /&gt;</w:t>
        <w:br/>
        <w:t>Сокирою, що нею батька вдарили.&lt;br /&gt;</w:t>
        <w:br/>
        <w:t>ОРЕСТ&lt;br /&gt;</w:t>
        <w:br/>
        <w:t>Так і сказати брату? Не відступишся?&lt;br /&gt;</w:t>
        <w:br/>
        <w:t>ЕЛЕКТРА&lt;br /&gt;</w:t>
        <w:br/>
        <w:t>Скаравши матір, — згину, не вагаючись.&lt;br /&gt;</w:t>
        <w:br/>
        <w:t>ОРЕСТ&lt;br /&gt;</w:t>
        <w:br/>
        <w:t>280] Коли б Орест був поруч і почув тебе!..&lt;br /&gt;</w:t>
        <w:br/>
        <w:t>ЕЛЕКТРА&lt;br /&gt;</w:t>
        <w:br/>
        <w:t>На жаль, вже б не впізнала брата рідного.&lt;br /&gt;</w:t>
        <w:br/>
        <w:t>ОРЕСТ&lt;br /&gt;</w:t>
        <w:br/>
        <w:t>Що ж дивного? В дитинстві розлучили вас.&lt;br /&gt;</w:t>
        <w:br/>
        <w:t>ЕЛЕКТРА&lt;br /&gt;</w:t>
        <w:br/>
        <w:t>Лишень один із друзів упізнати б міг.&lt;br /&gt;</w:t>
        <w:br/>
        <w:t>ОРЕСТ&lt;br /&gt;</w:t>
        <w:br/>
        <w:t>Який колись од смерті врятував його?&lt;br /&gt;</w:t>
        <w:br/>
        <w:t>ЕЛЕКТРА&lt;br /&gt;</w:t>
        <w:br/>
        <w:t>Поважний старець. Він і батька виховав.&lt;br /&gt;</w:t>
        <w:br/>
        <w:t>ОРЕСТ&lt;br /&gt;</w:t>
        <w:br/>
        <w:t>Та хоч могили батько твій вдостоївся?&lt;br /&gt;</w:t>
        <w:br/>
        <w:t>ЕЛЕКТРА&lt;br /&gt;</w:t>
        <w:br/>
        <w:t>Могили?.. З дому тіло геть пожбурили.&lt;br /&gt;</w:t>
        <w:br/>
        <w:t>ОРЕСТ&lt;br /&gt;</w:t>
        <w:br/>
        <w:t>Жахливе слово!. Горе, хай чуже воно,&lt;br /&gt;</w:t>
        <w:br/>
        <w:t>В людському серці болем озивається.&lt;br /&gt;</w:t>
        <w:br/>
        <w:t>290] То що сказати брату? Що повинен він&lt;br /&gt;</w:t>
        <w:br/>
        <w:t>Почути, хай ця звістка б і гірка була.&lt;br /&gt;</w:t>
        <w:br/>
        <w:t>Завваж до речі: серцем огрубілого&lt;br /&gt;</w:t>
        <w:br/>
        <w:t>Чужа біда не мучить, а чутливому —&lt;br /&gt;</w:t>
        <w:br/>
        <w:t>Вражає серце, витончене мудрістю.&lt;br /&gt;</w:t>
        <w:br/>
        <w:t>ПРОВІДНИЦЯ ХОРУ&lt;br /&gt;</w:t>
        <w:br/>
        <w:t>Таке бажання й на моїй душі лежить:&lt;br /&gt;</w:t>
        <w:br/>
        <w:t>За містом не чувала я про лиха ті,&lt;br /&gt;</w:t>
        <w:br/>
        <w:t>Що сталися у ньому, а хотіла б знать. [250]&lt;br /&gt;</w:t>
        <w:br/>
        <w:t>ЕЛЕКТРА&lt;br /&gt;</w:t>
        <w:br/>
        <w:t>Ну що ж, із другом кожен щиро ділиться, —&lt;br /&gt;</w:t>
        <w:br/>
        <w:t>Мою і мого батька долю викладу.&lt;br /&gt;</w:t>
        <w:br/>
        <w:t>300] Вже як почав ти — сповісти Орестові&lt;br /&gt;</w:t>
        <w:br/>
        <w:t>Про горе, що в Електри й Агамемнона.&lt;br /&gt;</w:t>
        <w:br/>
        <w:t>Насамперед — у що тут зодягаюся,&lt;br /&gt;</w:t>
        <w:br/>
        <w:t>В якій нужденній хаті жити змушена,&lt;br /&gt;</w:t>
        <w:br/>
        <w:t>Хоч у покоях я зросла володарських.&lt;br /&gt;</w:t>
        <w:br/>
        <w:t>І ткати одяг тут самій доводиться,&lt;br /&gt;</w:t>
        <w:br/>
        <w:t>Бо чим окрила б тіло?.. Та й по воду ось&lt;br /&gt;</w:t>
        <w:br/>
        <w:t>Ходжу до гомінливих річкових джерел.&lt;br /&gt;</w:t>
        <w:br/>
        <w:t>І свят, і танців, і дівчат цураюся,&lt;br /&gt;</w:t>
        <w:br/>
        <w:t>Але й жінкам не пара: все ще дівчина.&lt;br /&gt;</w:t>
        <w:br/>
        <w:t>310] Колись була я з Кастором заручена,&lt;br /&gt;</w:t>
        <w:br/>
        <w:t>Та нині він — на небі: сяє зіркою.&lt;br /&gt;</w:t>
        <w:br/>
        <w:t>А мати, бач, у Трої нагромаджене&lt;br /&gt;</w:t>
        <w:br/>
        <w:t>Майно посіла. Побіч неї селяться&lt;br /&gt;</w:t>
        <w:br/>
        <w:t>Прислужниці-троянки — здобич батькова;&lt;br /&gt;</w:t>
        <w:br/>
        <w:t>їх одяг так і сяє злотом застібок,&lt;br /&gt;</w:t>
        <w:br/>
        <w:t>Хоча на стінах дому, не одмита ще,&lt;br /&gt;</w:t>
        <w:br/>
        <w:t>Чорніє крівця батька. Хто ж убив його —&lt;br /&gt;</w:t>
        <w:br/>
        <w:t>На тій же колісниці їздить — батьковій —&lt;br /&gt;</w:t>
        <w:br/>
        <w:t>І берло, що лиш батько ним Елладі міг&lt;br /&gt;</w:t>
        <w:br/>
        <w:t>320] Повелівати, — в підлій, заплямованій&lt;br /&gt;</w:t>
        <w:br/>
        <w:t>Правиці… А могила Агамемнона —&lt;br /&gt;</w:t>
        <w:br/>
        <w:t>Забута: ані жертви, ні дарів на ній,&lt;br /&gt;</w:t>
        <w:br/>
        <w:t>Ні миртової гілки… Й це ще півбіди:&lt;br /&gt;</w:t>
        <w:br/>
        <w:t>Вином залившись, муж моєї матері,&lt;br /&gt;</w:t>
        <w:br/>
        <w:t>Отой володар славний, топче пагорбок&lt;br /&gt;</w:t>
        <w:br/>
        <w:t>У дикій люті, в мармур мітить каменем.&lt;br /&gt;</w:t>
        <w:br/>
        <w:t>Ще й словом, клятий, сміє ображати нас:&lt;br /&gt;</w:t>
        <w:br/>
        <w:t>"То де ж синок твій? Вже ж така нагода є&lt;br /&gt;</w:t>
        <w:br/>
        <w:t>За батька стати!" Так поза очима все&lt;br /&gt;</w:t>
        <w:br/>
        <w:t>330] Глумиться над вигнанцем. Сповісти ж йому,&lt;br /&gt;</w:t>
        <w:br/>
        <w:t>Що чув! За багатьох я все це мовила:&lt;br /&gt;</w:t>
        <w:br/>
        <w:t>За серце бідне, за язик, за голову&lt;br /&gt;</w:t>
        <w:br/>
        <w:t>Острижену, за руки, за отця його —&lt;br /&gt;</w:t>
        <w:br/>
        <w:t>За тінь; було б ганебно: батько Трою взяв,&lt;br /&gt;</w:t>
        <w:br/>
        <w:t>А син з одним лиш не покінчить ворогом?..&lt;br /&gt;</w:t>
        <w:br/>
        <w:t>Свій рід, свій вік юнацький осоромив би.&lt;br /&gt;</w:t>
        <w:br/>
        <w:t>ПРОВІДНИЦЯ ХОРУ&lt;br /&gt;</w:t>
        <w:br/>
        <w:t>Та ось твій муж, Електро. Видно, з поля він,&lt;br /&gt;</w:t>
        <w:br/>
        <w:t>Роботу закінчивши, повертається.&lt;br /&gt;</w:t>
        <w:br/>
        <w:t>Входить селянин.&lt;br /&gt;</w:t>
        <w:br/>
        <w:t>СЕЛЯНИН&lt;br /&gt;</w:t>
        <w:br/>
        <w:t>Агій, це що за люди? Задля чого б то&lt;br /&gt;</w:t>
        <w:br/>
        <w:t>340] Ступили на селянський мій поріг низький? [251]&lt;br /&gt;</w:t>
        <w:br/>
        <w:t>Чи діло є до мене?..Жінці вінчаній&lt;br /&gt;</w:t>
        <w:br/>
        <w:t>Стояти з юнаками далебі не слід.&lt;br /&gt;</w:t>
        <w:br/>
        <w:t>ЕЛЕКТРА&lt;br /&gt;</w:t>
        <w:br/>
        <w:t>Не май, мій друже, щодо мене сумнівів,&lt;br /&gt;</w:t>
        <w:br/>
        <w:t>Послухай, про що йдеться: у чужинців цих&lt;br /&gt;</w:t>
        <w:br/>
        <w:t>Для мене від Ореста є доручення.&lt;br /&gt;</w:t>
        <w:br/>
        <w:t>А ви за грубе слово, гості, вибачте.&lt;br /&gt;</w:t>
        <w:br/>
        <w:t>СЕЛЯНИН&lt;br /&gt;</w:t>
        <w:br/>
        <w:t>Що кажеш? Він живе ще? Бачить сонця лик?&lt;br /&gt;</w:t>
        <w:br/>
        <w:t>ЕЛЕКТРА&lt;br /&gt;</w:t>
        <w:br/>
        <w:t>Та кажуть… От і вірю неймовірному…&lt;br /&gt;</w:t>
        <w:br/>
        <w:t>СЕЛЯНИН&lt;br /&gt;</w:t>
        <w:br/>
        <w:t>А кривду батька і твою ще тямить він?&lt;br /&gt;</w:t>
        <w:br/>
        <w:t>ЕЛЕКТРА&lt;br /&gt;</w:t>
        <w:br/>
        <w:t>350] Мала надія: бракне сил вигнанцеві.&lt;br /&gt;</w:t>
        <w:br/>
        <w:t>СЕЛЯНИН&lt;br /&gt;</w:t>
        <w:br/>
        <w:t>Яку ж то ними звістку переслав Орест?&lt;br /&gt;</w:t>
        <w:br/>
        <w:t>ЕЛЕКТРА&lt;br /&gt;</w:t>
        <w:br/>
        <w:t>Дізнатись хоче про моє життя гірке.&lt;br /&gt;</w:t>
        <w:br/>
        <w:t>СЕЛЯНИН&lt;br /&gt;</w:t>
        <w:br/>
        <w:t>Щось бачать, щось, можливо, повіла вже ти.&lt;br /&gt;</w:t>
        <w:br/>
        <w:t>ЕЛЕКТРА&lt;br /&gt;</w:t>
        <w:br/>
        <w:t>Егеж. Усе, гадаю, зрозуміло їм.&lt;br /&gt;</w:t>
        <w:br/>
        <w:t>СЕЛЯНИ Н&lt;br /&gt;</w:t>
        <w:br/>
        <w:t>Та спершу двері гостям одчинити слід.&lt;br /&gt;</w:t>
        <w:br/>
        <w:t>Заходьте в хату. А що звістка радісна,&lt;br /&gt;</w:t>
        <w:br/>
        <w:t>То радо й вас по змозі пригощатимем.&lt;br /&gt;</w:t>
        <w:br/>
        <w:t>(Слугам Ореста й Пілада).&lt;br /&gt;</w:t>
        <w:br/>
        <w:t>Заносьте в хату, що в вас є, супутники.&lt;br /&gt;</w:t>
        <w:br/>
        <w:t>І не перечте: ви ж до друзів — друзями&lt;br /&gt;</w:t>
        <w:br/>
        <w:t>360] Прийшли. А я, хоч парость батька вбогого,&lt;br /&gt;</w:t>
        <w:br/>
        <w:t>Чеснотами не вбогий — довести готов.&lt;br /&gt;</w:t>
        <w:br/>
        <w:t>ОРЕСТ&lt;br /&gt;</w:t>
        <w:br/>
        <w:t>Це той, хто лиш про око, не по-справжньому,&lt;br /&gt;</w:t>
        <w:br/>
        <w:t>Живе з тобою в шлюбі — рід шанує твій?&lt;br /&gt;</w:t>
        <w:br/>
        <w:t>ЕЛЕКТРА&lt;br /&gt;</w:t>
        <w:br/>
        <w:t>Вгадав. Це чоловік мій. На словах лишень.&lt;br /&gt;</w:t>
        <w:br/>
        <w:t>ОРЕСТ&lt;br /&gt;</w:t>
        <w:br/>
        <w:t>Ну от! І де той знак є, що по ньому б ми&lt;br /&gt;</w:t>
        <w:br/>
        <w:t>Порядність пізнавали? Плутанина скрізь: [252]&lt;br /&gt;</w:t>
        <w:br/>
        <w:t>Не раз спостерігав я: в благородного&lt;br /&gt;</w:t>
        <w:br/>
        <w:t>Росте нікчема; славний — в нечестивого.&lt;br /&gt;</w:t>
        <w:br/>
        <w:t>Заможний — той без хисту, без душі бува,&lt;br /&gt;</w:t>
        <w:br/>
        <w:t>370] А вбогий часто нас дивує щирістю.&lt;br /&gt;</w:t>
        <w:br/>
        <w:t>То що взять за мірило, щоб не схибити?&lt;br /&gt;</w:t>
        <w:br/>
        <w:t>Багатство? Цим мірилом шкода й міряти.&lt;br /&gt;</w:t>
        <w:br/>
        <w:t>Убогість? Але й вбогість не без огріху:&lt;br /&gt;</w:t>
        <w:br/>
        <w:t>До злочину схиляє, хитрувати вчить.&lt;br /&gt;</w:t>
        <w:br/>
        <w:t>Чи зброя? Але хто б то міг засвідчити&lt;br /&gt;</w:t>
        <w:br/>
        <w:t>Чиюсь порядність під списами, стрілами?..&lt;br /&gt;</w:t>
        <w:br/>
        <w:t>За мірку, отже, марно брати випадок.&lt;br /&gt;</w:t>
        <w:br/>
        <w:t>Ось муж цей — невідомий між аргівцями,&lt;br /&gt;</w:t>
        <w:br/>
        <w:t>Ні роду, ані слави — чоловік собі,&lt;br /&gt;</w:t>
        <w:br/>
        <w:t>380] Та й годі, а яким він чесним виявивсь!&lt;br /&gt;</w:t>
        <w:br/>
        <w:t>То чи не краще, замість мудрувань пустих,&lt;br /&gt;</w:t>
        <w:br/>
        <w:t>На поведінку глянуть та на звичаї,&lt;br /&gt;</w:t>
        <w:br/>
        <w:t>Аби про чесність, доброту висновувать?&lt;br /&gt;</w:t>
        <w:br/>
        <w:t>Порядний — гарно й домом буде правити,&lt;br /&gt;</w:t>
        <w:br/>
        <w:t>І містом. Інший — плоть, душі позбавлена —&lt;br /&gt;</w:t>
        <w:br/>
        <w:t>В різьбі стоїть на площі. Й спис рука слабка&lt;br /&gt;</w:t>
        <w:br/>
        <w:t>В бою не згірш тримає від м'язистої,&lt;br /&gt;</w:t>
        <w:br/>
        <w:t>Бо вдача, сила духу все вирішує.&lt;br /&gt;</w:t>
        <w:br/>
        <w:t>Отож — чи є між нами, чи нема того,&lt;br /&gt;</w:t>
        <w:br/>
        <w:t>390] В чиїй прийшли ми справі, — сина владаря —&lt;br /&gt;</w:t>
        <w:br/>
        <w:t>Приймаємо гостину. В дім, супутники,&lt;br /&gt;</w:t>
        <w:br/>
        <w:t>Ввійти годиться. Щирості господаря&lt;br /&gt;</w:t>
        <w:br/>
        <w:t>Віддам я перевагу — не багатствові.&lt;br /&gt;</w:t>
        <w:br/>
        <w:t>(Електрі).&lt;br /&gt;</w:t>
        <w:br/>
        <w:t>Я рад, що муж цей нас у дім запрошує,&lt;br /&gt;</w:t>
        <w:br/>
        <w:t>Та краще, якби брат твій до палат своїх,&lt;br /&gt;</w:t>
        <w:br/>
        <w:t>Щасливий, — нас, щасливих, упроваджував.&lt;br /&gt;</w:t>
        <w:br/>
        <w:t>Колись те буде! Віщування Локсія —&lt;br /&gt;</w:t>
        <w:br/>
        <w:t>Правдиве; я не вірю ворожбі людській.&lt;br /&gt;</w:t>
        <w:br/>
        <w:t>Орест і Пілад заходять у дім.&lt;br /&gt;</w:t>
        <w:br/>
        <w:t>ПРОВІДНИЦЯ ХОРУ&lt;br /&gt;</w:t>
        <w:br/>
        <w:t>Тепер, Електро, серце моє радістю&lt;br /&gt;</w:t>
        <w:br/>
        <w:t>400] Зігрілось трохи. Може, справді доля нам&lt;br /&gt;</w:t>
        <w:br/>
        <w:t>Таки всміхнеться, наче сяйво дня — з-за хмар.&lt;br /&gt;</w:t>
        <w:br/>
        <w:t>ЕЛЕКТРА&lt;br /&gt;</w:t>
        <w:br/>
        <w:t>(до селянина)&lt;br /&gt;</w:t>
        <w:br/>
        <w:t>Нещасний! В хаті пустка, порожнісінько,&lt;br /&gt;</w:t>
        <w:br/>
        <w:t>А він — гостей приймати, ще й заможніших!..&lt;br /&gt;</w:t>
        <w:br/>
        <w:t>СЕЛЯНИН&lt;br /&gt;</w:t>
        <w:br/>
        <w:t>А що? Коли порядні — а так бачиться, —&lt;br /&gt;</w:t>
        <w:br/>
        <w:t>То будь-яка гостина буде мила їм. [253]&lt;br /&gt;</w:t>
        <w:br/>
        <w:t>ЕЛЕКТРА&lt;br /&gt;</w:t>
        <w:br/>
        <w:t>Біда мені з тобою! Хоч-не-хоч тепер&lt;br /&gt;</w:t>
        <w:br/>
        <w:t>Біжи до старця, що був другом батькові, —&lt;br /&gt;</w:t>
        <w:br/>
        <w:t>Живе він над Танаєм, що між Аргосом&lt;br /&gt;</w:t>
        <w:br/>
        <w:t>І Спартою струмує. З міста вигнаний,&lt;br /&gt;</w:t>
        <w:br/>
        <w:t>410] Тепер у тому краї він овець пасе.&lt;br /&gt;</w:t>
        <w:br/>
        <w:t>Нехай іде додому й дещо злагодить&lt;br /&gt;</w:t>
        <w:br/>
        <w:t>Гостям, бо треба чимось пригостити їх.&lt;br /&gt;</w:t>
        <w:br/>
        <w:t>Зрадіє ж він і вдячно до богів зітхне,&lt;br /&gt;</w:t>
        <w:br/>
        <w:t>Почувши про Ореста: це ж його колись&lt;br /&gt;</w:t>
        <w:br/>
        <w:t>Урятував він. А з хоромів батьківських,&lt;br /&gt;</w:t>
        <w:br/>
        <w:t>Од матері, — нічого не отримати:&lt;br /&gt;</w:t>
        <w:br/>
        <w:t>Про сина вість ще більше розізлить її.&lt;br /&gt;</w:t>
        <w:br/>
        <w:t>СЕЛЯНИН&lt;br /&gt;</w:t>
        <w:br/>
        <w:t>Гаразд, коли так хочеш, передам усе,&lt;br /&gt;</w:t>
        <w:br/>
        <w:t>Що мовиш, старцю. Ну, а ти займися тут,&lt;br /&gt;</w:t>
        <w:br/>
        <w:t>420] Чим треба, в хаті. Жінка, як бажання є,&lt;br /&gt;</w:t>
        <w:br/>
        <w:t>На стіл обідній страву не одну подасть.&lt;br /&gt;</w:t>
        <w:br/>
        <w:t>Та й не такі ми вбогі, щоб не мали чим&lt;br /&gt;</w:t>
        <w:br/>
        <w:t>Гостей прогодувати через день якийсь.&lt;br /&gt;</w:t>
        <w:br/>
        <w:t>Отут на думці мимохіть ловлю себе,&lt;br /&gt;</w:t>
        <w:br/>
        <w:t>Що гроші — справді сила неабияка:&lt;br /&gt;</w:t>
        <w:br/>
        <w:t>Прийняти гостя можна й помогти йому,&lt;br /&gt;</w:t>
        <w:br/>
        <w:t>Як занеможе. А прожиток денний — це&lt;br /&gt;</w:t>
        <w:br/>
        <w:t>Дрібниця: чи убогий, чи багатий гість —&lt;br /&gt;</w:t>
        <w:br/>
        <w:t>Однаково свій голод угамовують.&lt;br /&gt;</w:t>
        <w:br/>
        <w:t>Підходять.</w:t>
      </w:r>
    </w:p>
    <w:p>
      <w:r>
        <w:br/>
        <w:t>СТАСИМ ПЕРШИЙ&lt;br /&gt;</w:t>
        <w:br/>
        <w:t>ХОР&lt;br /&gt;</w:t>
        <w:br/>
        <w:t>Строфа І&lt;br /&gt;</w:t>
        <w:br/>
        <w:t>430] Славні судна, ви, що пливли до Трої,&lt;br /&gt;</w:t>
        <w:br/>
        <w:t>Сплеском безлічі весел&lt;br /&gt;</w:t>
        <w:br/>
        <w:t>Німф морських у грайливе скликаючи коло;&lt;br /&gt;</w:t>
        <w:br/>
        <w:t>З ними й дельфін, коли флейту вчув,&lt;br /&gt;</w:t>
        <w:br/>
        <w:t>Пружно з хвилі виплигував,&lt;br /&gt;</w:t>
        <w:br/>
        <w:t>Де темний ніс корабля, —&lt;br /&gt;</w:t>
        <w:br/>
        <w:t>Супроводжував сина Фетіди&lt;br /&gt;</w:t>
        <w:br/>
        <w:t>Прудконогого разом з вождем&lt;br /&gt;</w:t>
        <w:br/>
        <w:t>Агамемноном до іліонських веж,&lt;br /&gt;</w:t>
        <w:br/>
        <w:t>Де Сімунт жене хвилю.&lt;br /&gt;</w:t>
        <w:br/>
        <w:t>Антистрофа І&lt;br /&gt;</w:t>
        <w:br/>
        <w:t>440] Німфи моря, берег Евбейський лишивши,&lt;br /&gt;</w:t>
        <w:br/>
        <w:t>Дивний витвір Гефеста — [254]&lt;br /&gt;</w:t>
        <w:br/>
        <w:t>Зброю золотосяйну несли обережно&lt;br /&gt;</w:t>
        <w:br/>
        <w:t>Ген через Пелій, через верхи&lt;br /&gt;</w:t>
        <w:br/>
        <w:t>Й прірви Осей освященної,&lt;br /&gt;</w:t>
        <w:br/>
        <w:t>І схови тіняві німф,&lt;br /&gt;</w:t>
        <w:br/>
        <w:t>Аж у край той, де Пелій-комонник&lt;br /&gt;</w:t>
        <w:br/>
        <w:t>Славу еллінам подарував —&lt;br /&gt;</w:t>
        <w:br/>
        <w:t>Вихроногого помічника вождів —&lt;br /&gt;</w:t>
        <w:br/>
        <w:t>Парость морської Фетіди.&lt;br /&gt;</w:t>
        <w:br/>
        <w:t>Строфа ІІ&lt;br /&gt;</w:t>
        <w:br/>
        <w:t>450] В Навплії чув я — розповідав один,&lt;br /&gt;</w:t>
        <w:br/>
        <w:t>Що вернувся з-під Трої,&lt;br /&gt;</w:t>
        <w:br/>
        <w:t>На щиті твоїм славнім,&lt;br /&gt;</w:t>
        <w:br/>
        <w:t>Різьблені, сину Фетіди, були&lt;br /&gt;</w:t>
        <w:br/>
        <w:t>Постаті, що вражали&lt;br /&gt;</w:t>
        <w:br/>
        <w:t>Незрівнянним хистом:&lt;br /&gt;</w:t>
        <w:br/>
        <w:t>На обідку — крилоногий Персей&lt;br /&gt;</w:t>
        <w:br/>
        <w:t>Лине над морем, у нього в руці —&lt;br /&gt;</w:t>
        <w:br/>
        <w:t>Відтята Горгони жахна голова,&lt;br /&gt;</w:t>
        <w:br/>
        <w:t>Побіч — вісник Зевса, Гермес,&lt;br /&gt;</w:t>
        <w:br/>
        <w:t>460] Охоронець полів, син Майї.&lt;br /&gt;</w:t>
        <w:br/>
        <w:t>Антистрофа II&lt;br /&gt;</w:t>
        <w:br/>
        <w:t>А посередині — сонця промінний бог,&lt;br /&gt;</w:t>
        <w:br/>
        <w:t>Що жене через небо&lt;br /&gt;</w:t>
        <w:br/>
        <w:t>Буйних коней крилатих.&lt;br /&gt;</w:t>
        <w:br/>
        <w:t>Там і сузір'їв ефірних рої;&lt;br /&gt;</w:t>
        <w:br/>
        <w:t>І Плеяди, й Пади —&lt;br /&gt;</w:t>
        <w:br/>
        <w:t>їх жахнувся Гектор.&lt;br /&gt;</w:t>
        <w:br/>
        <w:t>А на шоломі, довкіл золотім, —&lt;br /&gt;</w:t>
        <w:br/>
        <w:t>Сфінкси здобич у кігтях несуть.&lt;br /&gt;</w:t>
        <w:br/>
        <w:t>На панцирі — сиплячи з ніздрів огонь,&lt;br /&gt;</w:t>
        <w:br/>
        <w:t>470] Мчить левиця хижа: ось-ось&lt;br /&gt;</w:t>
        <w:br/>
        <w:t>Кігті встромить в коня Пірени.</w:t>
      </w:r>
    </w:p>
    <w:p>
      <w:r>
        <w:br/>
        <w:t>ЕПОД&lt;br /&gt;</w:t>
        <w:br/>
        <w:t>Ратище грізне оздоблене тонко було четвернею,&lt;br /&gt;</w:t>
        <w:br/>
        <w:t>Довкола чорний пил клубивсь.&lt;br /&gt;</w:t>
        <w:br/>
        <w:t>Вождя таких войовників&lt;br /&gt;</w:t>
        <w:br/>
        <w:t>Ти вбить посміла, Тіндарідо,&lt;br /&gt;</w:t>
        <w:br/>
        <w:t>Мужа свого, жоно підступна?..&lt;br /&gt;</w:t>
        <w:br/>
        <w:t>Прийде час — небожителі&lt;br /&gt;</w:t>
        <w:br/>
        <w:t>Смерть жахливу й тобі зішлють!&lt;br /&gt;</w:t>
        <w:br/>
        <w:t>Тоді побачу: бризне й твоя&lt;br /&gt;</w:t>
        <w:br/>
        <w:t>480] Кров з-під караючого заліза… [255]</w:t>
      </w:r>
    </w:p>
    <w:p>
      <w:r>
        <w:br/>
        <w:t>ЕПІСОДІЙ ДРУГИЙ&lt;br /&gt;</w:t>
        <w:br/>
        <w:t>Входить старець, потім — Електра.&lt;br /&gt;</w:t>
        <w:br/>
        <w:t>СТАРЕЦЬ&lt;br /&gt;</w:t>
        <w:br/>
        <w:t>То де ж та славна доня Агамемнона,&lt;br /&gt;</w:t>
        <w:br/>
        <w:t>Кого зростив я, де моя велителька?&lt;br /&gt;</w:t>
        <w:br/>
        <w:t>Нелегко, ой, нелегко до житла того&lt;br /&gt;</w:t>
        <w:br/>
        <w:t>Піднятись: ноги далі не несуть мене,&lt;br /&gt;</w:t>
        <w:br/>
        <w:t>Та якось дотягнуся, вдвоє зігнутий,&lt;br /&gt;</w:t>
        <w:br/>
        <w:t>Тремтливий: я ж до рідних, дорогих іду.&lt;br /&gt;</w:t>
        <w:br/>
        <w:t>О доню, — коло хати я уздрів тебе, —&lt;br /&gt;</w:t>
        <w:br/>
        <w:t>Несу он із ягняток найдобірніше,&lt;br /&gt;</w:t>
        <w:br/>
        <w:t>Ще ссе воно, пухкеньке, і віночки ось&lt;br /&gt;</w:t>
        <w:br/>
        <w:t>490] Ще свіжі, й сиру трохи, й дар Діоніса,&lt;br /&gt;</w:t>
        <w:br/>
        <w:t>Щоправда, небагато, та понюхай лиш,&lt;br /&gt;</w:t>
        <w:br/>
        <w:t>Як пахне! Домішаєш до дешевого, —&lt;br /&gt;</w:t>
        <w:br/>
        <w:t>Та й до обіду дзбан п'янкого матимеш.&lt;br /&gt;</w:t>
        <w:br/>
        <w:t>Хай візьме хтось усе це і гостям несе,&lt;br /&gt;</w:t>
        <w:br/>
        <w:t>А я тим часом краєм сіряка свого&lt;br /&gt;</w:t>
        <w:br/>
        <w:t>Втру очі: за сльозою світ потьмарився.&lt;br /&gt;</w:t>
        <w:br/>
        <w:t>ЕЛЕКТРА&lt;br /&gt;</w:t>
        <w:br/>
        <w:t>Чого ж то, старче, нині просльозився ти?&lt;br /&gt;</w:t>
        <w:br/>
        <w:t>Чи давня моя кривда пригадалася?&lt;br /&gt;</w:t>
        <w:br/>
        <w:t>Чи за Орестом, за вигнанцем, сльози ллєш,&lt;br /&gt;</w:t>
        <w:br/>
        <w:t>500] А чи за моїм батьком? Недарма ж його&lt;br /&gt;</w:t>
        <w:br/>
        <w:t>Для себе й своїх друзів ти виховував…&lt;br /&gt;</w:t>
        <w:br/>
        <w:t>СТАРЕЦЬ&lt;br /&gt;</w:t>
        <w:br/>
        <w:t>Дарма… Але не міг я нині втриматись:&lt;br /&gt;</w:t>
        <w:br/>
        <w:t>Таки звернув з дороги; ні душі довкіл…&lt;br /&gt;</w:t>
        <w:br/>
        <w:t>От і поплакав над його могилою.&lt;br /&gt;</w:t>
        <w:br/>
        <w:t>Вина пролив із міха, що гостям несу,&lt;br /&gt;</w:t>
        <w:br/>
        <w:t>Обклав нагробок миртом, щойно зрізаним.&lt;br /&gt;</w:t>
        <w:br/>
        <w:t>Та раптом бачу: жертву темнорунну хтось&lt;br /&gt;</w:t>
        <w:br/>
        <w:t>Лишив, поливши землю кров'ю свіжою,&lt;br /&gt;</w:t>
        <w:br/>
        <w:t>Ще й кучер світлий на могилу складено.&lt;br /&gt;</w:t>
        <w:br/>
        <w:t>510] Я здивувався: хто б до гробівця того&lt;br /&gt;</w:t>
        <w:br/>
        <w:t>Смів приступити?.. Певно ж, не із Аргосу.&lt;br /&gt;</w:t>
        <w:br/>
        <w:t>А що, коли це брат твій тайкома прийшов&lt;br /&gt;</w:t>
        <w:br/>
        <w:t>Могилі свого батька поклонитися?&lt;br /&gt;</w:t>
        <w:br/>
        <w:t>Ось кучер той. Приглянься, із своїм зістав:&lt;br /&gt;</w:t>
        <w:br/>
        <w:t>Хіба не той відтінок?.. Так-от є воно:&lt;br /&gt;</w:t>
        <w:br/>
        <w:t>У кого кров у жилах спільна, батьківська,&lt;br /&gt;</w:t>
        <w:br/>
        <w:t>Ті й зовні схожі багатьма прикметами.&lt;br /&gt;</w:t>
        <w:br/>
        <w:t>ЕЛЕКТРА&lt;br /&gt;</w:t>
        <w:br/>
        <w:t>Щось нерозумне мовиш, сивий друже мій:&lt;br /&gt;</w:t>
        <w:br/>
        <w:t>Гадаєш, брат мій мужній так ось, потайки, [256]&lt;br /&gt;</w:t>
        <w:br/>
        <w:t>520] Лякаючись Егіста, з чужини б вертавсь?&lt;br /&gt;</w:t>
        <w:br/>
        <w:t>А кучер?.. Та чи може чимсь рівнятися&lt;br /&gt;</w:t>
        <w:br/>
        <w:t>Волосся юнака, що на палестрі зріс,&lt;br /&gt;</w:t>
        <w:br/>
        <w:t>Із плеканим, дівочим?.. Нісенітниця!&lt;br /&gt;</w:t>
        <w:br/>
        <w:t>Та й не в одних волосся схоже барвою, —&lt;br /&gt;</w:t>
        <w:br/>
        <w:t>Вони ж не з однієї крові зроджені,&lt;br /&gt;</w:t>
        <w:br/>
        <w:t>СТАРЕЦЬ&lt;br /&gt;</w:t>
        <w:br/>
        <w:t>А ще, дитино, порівняй сандалі слід —&lt;br /&gt;</w:t>
        <w:br/>
        <w:t>Його й твоєї: чи не знайдеш схожості?&lt;br /&gt;</w:t>
        <w:br/>
        <w:t>ЕЛЕКТРА&lt;br /&gt;</w:t>
        <w:br/>
        <w:t>На стежці кам'янистій?.. Хоч би й трапився, —&lt;br /&gt;</w:t>
        <w:br/>
        <w:t>В сестри і брата все ж він неоднаковий,&lt;br /&gt;</w:t>
        <w:br/>
        <w:t>530] І буть таким не може: в чоловіка слід,&lt;br /&gt;</w:t>
        <w:br/>
        <w:t>Напевно, значно більший від жіночого.&lt;br /&gt;</w:t>
        <w:br/>
        <w:t>СТАРЕЦЬ&lt;br /&gt;</w:t>
        <w:br/>
        <w:t>Скажімо, брат вернувся. Чи впізнала б ти&lt;br /&gt;</w:t>
        <w:br/>
        <w:t>Своїх же рук роботу — тканий одяг той,&lt;br /&gt;</w:t>
        <w:br/>
        <w:t>В котрім од смерті я хлопчину вибавив?&lt;br /&gt;</w:t>
        <w:br/>
        <w:t>ЕЛЕКТРА&lt;br /&gt;</w:t>
        <w:br/>
        <w:t>Та що ти? Чи не знаєш? Я ж дівчам була&lt;br /&gt;</w:t>
        <w:br/>
        <w:t>В ту пору. Та якби ж і справді виткала,&lt;br /&gt;</w:t>
        <w:br/>
        <w:t>То як той одяг досі брат носити б міг?&lt;br /&gt;</w:t>
        <w:br/>
        <w:t>Хіба одежа з нашим тілом теж росте?..&lt;br /&gt;</w:t>
        <w:br/>
        <w:t>Якийсь чужинець, певно, те волосся склав&lt;br /&gt;</w:t>
        <w:br/>
        <w:t>540] Або й тутешній, — дочекавшись темряви.&lt;br /&gt;</w:t>
        <w:br/>
        <w:t>СТАРЕЦЬ&lt;br /&gt;</w:t>
        <w:br/>
        <w:t>А де ж ті гості? Хочу їх побачити&lt;br /&gt;</w:t>
        <w:br/>
        <w:t>Й про твого брата щось од них довідатись.&lt;br /&gt;</w:t>
        <w:br/>
        <w:t>ЕЛЕКТРА&lt;br /&gt;</w:t>
        <w:br/>
        <w:t>А ось із хати вже виходять поспіхом.&lt;br /&gt;</w:t>
        <w:br/>
        <w:t>З дому виходять Орест і Пілад.&lt;br /&gt;</w:t>
        <w:br/>
        <w:t>СТАРЕЦЬ&lt;br /&gt;</w:t>
        <w:br/>
        <w:t>Здасться, благородні. Хоч під виглядом&lt;br /&gt;</w:t>
        <w:br/>
        <w:t>Вельможі й підлий вміє приховатися.&lt;br /&gt;</w:t>
        <w:br/>
        <w:t>Та вгадувать не буду — здоровлю гостей.&lt;br /&gt;</w:t>
        <w:br/>
        <w:t>ОРЕСТ&lt;br /&gt;</w:t>
        <w:br/>
        <w:t>І ти здоров будь, старче!&lt;br /&gt;</w:t>
        <w:br/>
        <w:t>(до Електри)&lt;br /&gt;</w:t>
        <w:br/>
        <w:t>А це хто з твоїх&lt;br /&gt;</w:t>
        <w:br/>
        <w:t>Колишніх друзів ось такою тінню став?&lt;br /&gt;</w:t>
        <w:br/>
        <w:t>ЕЛЕКТРА&lt;br /&gt;</w:t>
        <w:br/>
        <w:t>Він мого батька, чужоземцю, виховав. [257]&lt;br /&gt;</w:t>
        <w:br/>
        <w:t>ОРЕСТ&lt;br /&gt;</w:t>
        <w:br/>
        <w:t>550] Що кажеш? Той, хто брата врятував твого?&lt;br /&gt;</w:t>
        <w:br/>
        <w:t>ЕЛЕКТРА&lt;br /&gt;</w:t>
        <w:br/>
        <w:t>Егеж. Та хтозна, чи живе врятований.&lt;br /&gt;</w:t>
        <w:br/>
        <w:t>ОРЕСТ&lt;br /&gt;</w:t>
        <w:br/>
        <w:t>Агій!&lt;br /&gt;</w:t>
        <w:br/>
        <w:t>Я ж не срібняк, щоб так ось приглядатися&lt;br /&gt;</w:t>
        <w:br/>
        <w:t>До мене зблизька. Чи прийняв за іншого?&lt;br /&gt;</w:t>
        <w:br/>
        <w:t>ЕЛЕКТРА&lt;br /&gt;</w:t>
        <w:br/>
        <w:t>Орест либонь згадався, твій одноліток.&lt;br /&gt;</w:t>
        <w:br/>
        <w:t>ОРЕСТ&lt;br /&gt;</w:t>
        <w:br/>
        <w:t>І друг… Поглянь-но! Вколо мене крутиться…&lt;br /&gt;</w:t>
        <w:br/>
        <w:t>ЕЛЕКТРА&lt;br /&gt;</w:t>
        <w:br/>
        <w:t>Сама це бачу, гостю, та й дивуюся.&lt;br /&gt;</w:t>
        <w:br/>
        <w:t>СТАРЕЦЬ&lt;br /&gt;</w:t>
        <w:br/>
        <w:t>Моли богів, Електро, доню владаря!&lt;br /&gt;</w:t>
        <w:br/>
        <w:t>ЕЛЕКТРА&lt;br /&gt;</w:t>
        <w:br/>
        <w:t>За кого? За відсутніх чи присутніх тут?&lt;br /&gt;</w:t>
        <w:br/>
        <w:t>СТАРЕЦЬ&lt;br /&gt;</w:t>
        <w:br/>
        <w:t>За скарб дорогоцінний, що нам шлють боги.&lt;br /&gt;</w:t>
        <w:br/>
        <w:t>ЕЛЕКТРА&lt;br /&gt;</w:t>
        <w:br/>
        <w:t>560] Молю, як бачиш. Ну, а далі? Далі що?..&lt;br /&gt;</w:t>
        <w:br/>
        <w:t>СТАРЕЦЬ&lt;br /&gt;</w:t>
        <w:br/>
        <w:t>(вказуючи на Ореспіа)&lt;br /&gt;</w:t>
        <w:br/>
        <w:t>Пригляньсь до нього, доню, найдорожчого.&lt;br /&gt;</w:t>
        <w:br/>
        <w:t>ЕЛЕКТРА&lt;br /&gt;</w:t>
        <w:br/>
        <w:t>За розум твій давно вже потерпала я.&lt;br /&gt;</w:t>
        <w:br/>
        <w:t>СТАРЕЦЬ&lt;br /&gt;</w:t>
        <w:br/>
        <w:t>До чого тут мій розум? Брата бачиш ти.&lt;br /&gt;</w:t>
        <w:br/>
        <w:t>ЕЛЕКТРА&lt;br /&gt;</w:t>
        <w:br/>
        <w:t>Таке ти мовив, що й не сподівалася.&lt;br /&gt;</w:t>
        <w:br/>
        <w:t>СТАРЕЦЬ&lt;br /&gt;</w:t>
        <w:br/>
        <w:t>Це рідний брат твій, парость Агамемнона.&lt;br /&gt;</w:t>
        <w:br/>
        <w:t>ЕЛЕКТРА&lt;br /&gt;</w:t>
        <w:br/>
        <w:t>Є знак якийсь? Кажи, хай пересвідчуся. [258]&lt;br /&gt;</w:t>
        <w:br/>
        <w:t>СТАРЕЦЬ&lt;br /&gt;</w:t>
        <w:br/>
        <w:t>А шрам той над бровою? За козлям колись&lt;br /&gt;</w:t>
        <w:br/>
        <w:t>Ви бігли. Він спіткнувся і брову розсік.&lt;br /&gt;</w:t>
        <w:br/>
        <w:t>ЕЛЕКТРА&lt;br /&gt;</w:t>
        <w:br/>
        <w:t>Що кажеш? Справді. Впізнаю падіння слід.&lt;br /&gt;</w:t>
        <w:br/>
        <w:t>СТАРЕЦЬ&lt;br /&gt;</w:t>
        <w:br/>
        <w:t>570] І все ще брата пригорнуть вагаєшся?&lt;br /&gt;</w:t>
        <w:br/>
        <w:t>ЕЛЕКТРА&lt;br /&gt;</w:t>
        <w:br/>
        <w:t>Вже ні: той знак надбрівний решту сумнівів&lt;br /&gt;</w:t>
        <w:br/>
        <w:t>Розвіяв. О мій брате, так неждано я&lt;br /&gt;</w:t>
        <w:br/>
        <w:t>Тебе обняти можу!..&lt;br /&gt;</w:t>
        <w:br/>
        <w:t>ОРЕСТ&lt;br /&gt;</w:t>
        <w:br/>
        <w:t>Як і я — тебе.&lt;br /&gt;</w:t>
        <w:br/>
        <w:t>ЕЛЕКТРА&lt;br /&gt;</w:t>
        <w:br/>
        <w:t>Не думалося навіть…&lt;br /&gt;</w:t>
        <w:br/>
        <w:t>ОРЕСТ&lt;br /&gt;</w:t>
        <w:br/>
        <w:t>І не снилося…&lt;br /&gt;</w:t>
        <w:br/>
        <w:t>ЕЛЕКТРА&lt;br /&gt;</w:t>
        <w:br/>
        <w:t>Це справді ти?..&lt;br /&gt;</w:t>
        <w:br/>
        <w:t>ОРЕСТ&lt;br /&gt;</w:t>
        <w:br/>
        <w:t>Як бачиш. Я, союзник твій.&lt;br /&gt;</w:t>
        <w:br/>
        <w:t>Лише б щасливим лов був. Хоча в успіху&lt;br /&gt;</w:t>
        <w:br/>
        <w:t>Я певен: у богів дарма б ми вірили,&lt;br /&gt;</w:t>
        <w:br/>
        <w:t>Якщо б упала правда, кривда — верх взяла.&lt;br /&gt;</w:t>
        <w:br/>
        <w:t>ХОР&lt;br /&gt;</w:t>
        <w:br/>
        <w:t>От і заблиснув ти, благословенний дне,&lt;br /&gt;</w:t>
        <w:br/>
        <w:t>580] Найяснішим для міста променем,&lt;br /&gt;</w:t>
        <w:br/>
        <w:t>Бо повернувся той, хто блукачем сумним&lt;br /&gt;</w:t>
        <w:br/>
        <w:t>Із отецьких палат у світ пішов,&lt;br /&gt;</w:t>
        <w:br/>
        <w:t>І ось — дома він!&lt;br /&gt;</w:t>
        <w:br/>
        <w:t>Перемогу, сестрице, зласкавившись,&lt;br /&gt;</w:t>
        <w:br/>
        <w:t>Нам шле бог якийсь!&lt;br /&gt;</w:t>
        <w:br/>
        <w:t>Руки й слова зніми до небожителів —&lt;br /&gt;</w:t>
        <w:br/>
        <w:t>Нехай твій брат без пригод&lt;br /&gt;</w:t>
        <w:br/>
        <w:t>Нині у батьківське місто повернеться.&lt;br /&gt;</w:t>
        <w:br/>
        <w:t>ОРЕСТ&lt;br /&gt;</w:t>
        <w:br/>
        <w:t>Гаразд. В обіймах, сестро, не пора тепер&lt;br /&gt;</w:t>
        <w:br/>
        <w:t>590] Нам утішатись. Ще ми в них набудемось.&lt;br /&gt;</w:t>
        <w:br/>
        <w:t>А ти, о старче, — саме вчас прийшов сюди, —&lt;br /&gt;</w:t>
        <w:br/>
        <w:t>Скажи, як вбивцю батька покарать мені&lt;br /&gt;</w:t>
        <w:br/>
        <w:t>І матір, що з тим підлим заодно була? [259]&lt;br /&gt;</w:t>
        <w:br/>
        <w:t>Чи друг якийсь у мене є ще в Аргосі?&lt;br /&gt;</w:t>
        <w:br/>
        <w:t>Чи все тут, як і доля, шкереберть пішло?&lt;br /&gt;</w:t>
        <w:br/>
        <w:t>Кому б я вдень міг чи вночі довіритись?&lt;br /&gt;</w:t>
        <w:br/>
        <w:t>Де стежка, що вела б до ворогів моїх?&lt;br /&gt;</w:t>
        <w:br/>
        <w:t>СТАРЕЦЬ&lt;br /&gt;</w:t>
        <w:br/>
        <w:t>Нема тут, любий, в тебе нікогісінько.&lt;br /&gt;</w:t>
        <w:br/>
        <w:t>Це рідкість — мати друга, що однаково&lt;br /&gt;</w:t>
        <w:br/>
        <w:t>600] 3 тобою і добро б міг, біду ділить.&lt;br /&gt;</w:t>
        <w:br/>
        <w:t>Для друзів, кажу щиро, ти давно пропав,&lt;br /&gt;</w:t>
        <w:br/>
        <w:t>Надії не лишивши. Лиш рука твоя,&lt;br /&gt;</w:t>
        <w:br/>
        <w:t>Твоє, мій сину, щастя все вирішує, —&lt;br /&gt;</w:t>
        <w:br/>
        <w:t>Чи батьків дім повернеш, як і місто все.&lt;br /&gt;</w:t>
        <w:br/>
        <w:t>ОРЕСТ&lt;br /&gt;</w:t>
        <w:br/>
        <w:t>А що робити? Як же домогтись цього?&lt;br /&gt;</w:t>
        <w:br/>
        <w:t>СТАРЕЦЬ&lt;br /&gt;</w:t>
        <w:br/>
        <w:t>Тієстового сина й свою матір вбий.&lt;br /&gt;</w:t>
        <w:br/>
        <w:t>ОРЕСТ&lt;br /&gt;</w:t>
        <w:br/>
        <w:t>Прийшов я за цим лавром. Як добуть його?&lt;br /&gt;</w:t>
        <w:br/>
        <w:t>СТАРЕЦЬ&lt;br /&gt;</w:t>
        <w:br/>
        <w:t>В палатах не добудеш, це вже певна річ.&lt;br /&gt;</w:t>
        <w:br/>
        <w:t>ОРЕСТ&lt;br /&gt;</w:t>
        <w:br/>
        <w:t>Сторожа там довкола? Списоносці скрізь?&lt;br /&gt;</w:t>
        <w:br/>
        <w:t>СТАРЕЦЬ&lt;br /&gt;</w:t>
        <w:br/>
        <w:t>610] Авжеж. Тебе боїться, не до сну йому.&lt;br /&gt;</w:t>
        <w:br/>
        <w:t>ОРЕСТ&lt;br /&gt;</w:t>
        <w:br/>
        <w:t>То як тут бути? Підкажи. Придумай щось.&lt;br /&gt;</w:t>
        <w:br/>
        <w:t>СТАРЕЦЬ&lt;br /&gt;</w:t>
        <w:br/>
        <w:t>Послухай, що на думку спало тільки-но.&lt;br /&gt;</w:t>
        <w:br/>
        <w:t>ОРЕСТ&lt;br /&gt;</w:t>
        <w:br/>
        <w:t>Схоплю з півслова, лиш би до пуття було.&lt;br /&gt;</w:t>
        <w:br/>
        <w:t>СТАРЕЦЬ&lt;br /&gt;</w:t>
        <w:br/>
        <w:t>Егіста якось бачив, що сюдою йшов…&lt;br /&gt;</w:t>
        <w:br/>
        <w:t>ОРЕСТ&lt;br /&gt;</w:t>
        <w:br/>
        <w:t>Ну-ну, цікаво… А в якому напрямі?&lt;br /&gt;</w:t>
        <w:br/>
        <w:t>СТАРЕЦЬ&lt;br /&gt;</w:t>
        <w:br/>
        <w:t>На кінське пасовище, попри поле це.&lt;br /&gt;</w:t>
        <w:br/>
        <w:t>ОРЕСТ&lt;br /&gt;</w:t>
        <w:br/>
        <w:t>А що робив там? Бачу в пітьмі просвіток. [260]&lt;br /&gt;</w:t>
        <w:br/>
        <w:t>СТАРЕЦЬ&lt;br /&gt;</w:t>
        <w:br/>
        <w:t>Гадаю, свято німфам улаштовував.&lt;br /&gt;</w:t>
        <w:br/>
        <w:t>ОРЕСТ&lt;br /&gt;</w:t>
        <w:br/>
        <w:t>За своїх діток чи за тих, що в лоні ще?&lt;br /&gt;</w:t>
        <w:br/>
        <w:t>СТАРЕЦЬ&lt;br /&gt;</w:t>
        <w:br/>
        <w:t>620] Одне лиш знаю: він бика вбивати йшов.&lt;br /&gt;</w:t>
        <w:br/>
        <w:t>ОРЕСТ&lt;br /&gt;</w:t>
        <w:br/>
        <w:t>Була з ним охорона чи раби лишень?&lt;br /&gt;</w:t>
        <w:br/>
        <w:t>СТАРЕЦЬ&lt;br /&gt;</w:t>
        <w:br/>
        <w:t>Ні одного з аргосців. Трохи слуг було.&lt;br /&gt;</w:t>
        <w:br/>
        <w:t>ОРЕСТ&lt;br /&gt;</w:t>
        <w:br/>
        <w:t>А як гадаєш: з них мене впізнав би хтось?&lt;br /&gt;</w:t>
        <w:br/>
        <w:t>СТАРЕЦЬ&lt;br /&gt;</w:t>
        <w:br/>
        <w:t>Кажу ж, це слуги, що тебе й не бачили.&lt;br /&gt;</w:t>
        <w:br/>
        <w:t>ОРЕСТ&lt;br /&gt;</w:t>
        <w:br/>
        <w:t>А в разі перемоги нам сприятимуть?&lt;br /&gt;</w:t>
        <w:br/>
        <w:t>СТАРЕЦЬ&lt;br /&gt;</w:t>
        <w:br/>
        <w:t>Слуга, тобі на щастя, слабших зраджує.&lt;br /&gt;</w:t>
        <w:br/>
        <w:t>ОРЕСТ&lt;br /&gt;</w:t>
        <w:br/>
        <w:t>Скажи, а як до нього підійти б я зміг?&lt;br /&gt;</w:t>
        <w:br/>
        <w:t>СТАРЕЦЬ&lt;br /&gt;</w:t>
        <w:br/>
        <w:t>Складатиме там жертву, ти заглянь туди.&lt;br /&gt;</w:t>
        <w:br/>
        <w:t>ОРЕСТ&lt;br /&gt;</w:t>
        <w:br/>
        <w:t>Як видно, при дорозі ті поля його.&lt;br /&gt;</w:t>
        <w:br/>
        <w:t>СТАРЕЦЬ&lt;br /&gt;</w:t>
        <w:br/>
        <w:t>630] Побачить, як ітимеш. На обід гукне.&lt;br /&gt;</w:t>
        <w:br/>
        <w:t>ОРЕСТ&lt;br /&gt;</w:t>
        <w:br/>
        <w:t>Лихого, сподіваюсь, гостя матиме.&lt;br /&gt;</w:t>
        <w:br/>
        <w:t>СТАРЕЦЬ&lt;br /&gt;</w:t>
        <w:br/>
        <w:t>А далі — до обставин пристосовуйся.&lt;br /&gt;</w:t>
        <w:br/>
        <w:t>ОРЕСТ&lt;br /&gt;</w:t>
        <w:br/>
        <w:t>Розумна рада. Ну, а мати, де вона?&lt;br /&gt;</w:t>
        <w:br/>
        <w:t>СТАРЕЦЬ&lt;br /&gt;</w:t>
        <w:br/>
        <w:t>Удома. Та на учту скоро з'явиться.&lt;br /&gt;</w:t>
        <w:br/>
        <w:t>ОРЕСТ&lt;br /&gt;</w:t>
        <w:br/>
        <w:t>Чому ж не з мужем, рука в руку, повагом? [261]&lt;br /&gt;</w:t>
        <w:br/>
        <w:t>СТАРЕЦЬ&lt;br /&gt;</w:t>
        <w:br/>
        <w:t>Лякається огуди, дорікань людських.&lt;br /&gt;</w:t>
        <w:br/>
        <w:t>ОРЕСТ&lt;br /&gt;</w:t>
        <w:br/>
        <w:t>Ага, бо знає, як на неї дивляться.&lt;br /&gt;</w:t>
        <w:br/>
        <w:t>СТАРЕЦЬ&lt;br /&gt;</w:t>
        <w:br/>
        <w:t>Ну, певно: нечестиву всяк ненавидить.&lt;br /&gt;</w:t>
        <w:br/>
        <w:t>ОРЕСТ&lt;br /&gt;</w:t>
        <w:br/>
        <w:t>А як їх двох убити одним заходом?&lt;br /&gt;</w:t>
        <w:br/>
        <w:t>СТАРЕЦЬ&lt;br /&gt;</w:t>
        <w:br/>
        <w:t>640] Берусь підготувати вбивство матері.&lt;br /&gt;</w:t>
        <w:br/>
        <w:t>ОРЕСТ&lt;br /&gt;</w:t>
        <w:br/>
        <w:t>А щодо нього — доля все сама рішить.&lt;br /&gt;</w:t>
        <w:br/>
        <w:t>ЕЛЕКТРА&lt;br /&gt;</w:t>
        <w:br/>
        <w:t>Обом їм одімстити хай поможе нам.&lt;br /&gt;</w:t>
        <w:br/>
        <w:t>СТАРЕЦЬ&lt;br /&gt;</w:t>
        <w:br/>
        <w:t>Хай так. Що скажеш про убивство матері?&lt;br /&gt;</w:t>
        <w:br/>
        <w:t>ЕЛЕКТРА&lt;br /&gt;</w:t>
        <w:br/>
        <w:t>Іди до Клітемнестри і дай знати їй,&lt;br /&gt;</w:t>
        <w:br/>
        <w:t>Що сина сповила я, — внука має вже.&lt;br /&gt;</w:t>
        <w:br/>
        <w:t>СТАРЕЦЬ&lt;br /&gt;</w:t>
        <w:br/>
        <w:t>Й коли вродила, певно, поцікавиться.&lt;br /&gt;</w:t>
        <w:br/>
        <w:t>ЕЛЕКТРА&lt;br /&gt;</w:t>
        <w:br/>
        <w:t>Скажи: десятий, очисний, святкує день.&lt;br /&gt;</w:t>
        <w:br/>
        <w:t>СТАРЕЦЬ&lt;br /&gt;</w:t>
        <w:br/>
        <w:t>Який зв'язок тут із убивством матері?&lt;br /&gt;</w:t>
        <w:br/>
        <w:t>ЕЛЕКТРА&lt;br /&gt;</w:t>
        <w:br/>
        <w:t>Дочку-роділлю поспішить відвідати.&lt;br /&gt;</w:t>
        <w:br/>
        <w:t>СТАРЕЦЬ&lt;br /&gt;</w:t>
        <w:br/>
        <w:t>650] Ти віриш, доню, що про тебе дбатиме?&lt;br /&gt;</w:t>
        <w:br/>
        <w:t>ЕЛЕКТРА&lt;br /&gt;</w:t>
        <w:br/>
        <w:t>А як же. Ще й поплаче над дитям моїм.&lt;br /&gt;</w:t>
        <w:br/>
        <w:t>СТАРЕЦЬ&lt;br /&gt;</w:t>
        <w:br/>
        <w:t>Можливо. Та до справи повернімося.&lt;br /&gt;</w:t>
        <w:br/>
        <w:t>ЕЛЕКТРА&lt;br /&gt;</w:t>
        <w:br/>
        <w:t>Так ось. Лиш прийде — тут же має згинути. [262]&lt;br /&gt;</w:t>
        <w:br/>
        <w:t>СТАРЕЦЬ&lt;br /&gt;</w:t>
        <w:br/>
        <w:t>Стривай. Відчинить хатні двері. Далі що?&lt;br /&gt;</w:t>
        <w:br/>
        <w:t>ЕЛЕКТРА&lt;br /&gt;</w:t>
        <w:br/>
        <w:t>Від хатніх — недалеко й до Аїдових…&lt;br /&gt;</w:t>
        <w:br/>
        <w:t>СТАРЕЦЬ&lt;br /&gt;</w:t>
        <w:br/>
        <w:t>Тоді б я міг спокійно із життя піти.&lt;br /&gt;</w:t>
        <w:br/>
        <w:t>ЕЛЕКТРА&lt;br /&gt;</w:t>
        <w:br/>
        <w:t>Однак Ореста проведи насамперед.&lt;br /&gt;</w:t>
        <w:br/>
        <w:t>СТАРЕЦЬ&lt;br /&gt;</w:t>
        <w:br/>
        <w:t>Туди, де німфам свято влаштував Егіст?&lt;br /&gt;</w:t>
        <w:br/>
        <w:t>ЕЛЕКТРА&lt;br /&gt;</w:t>
        <w:br/>
        <w:t>Ну, так. І все, що треба, скажеш матері.&lt;br /&gt;</w:t>
        <w:br/>
        <w:t>СТАРЕЦЬ&lt;br /&gt;</w:t>
        <w:br/>
        <w:t>660] Що чув од тебе, — слово в слово їй скажу.&lt;br /&gt;</w:t>
        <w:br/>
        <w:t>ЕЛЕКТРА&lt;br /&gt;</w:t>
        <w:br/>
        <w:t>(Орестові)&lt;br /&gt;</w:t>
        <w:br/>
        <w:t>Берись за діло. Першим завдаси удар.&lt;br /&gt;</w:t>
        <w:br/>
        <w:t>ОРЕСТ&lt;br /&gt;</w:t>
        <w:br/>
        <w:t>Готов я, сестро. Хай лиш хтось веде мене.&lt;br /&gt;</w:t>
        <w:br/>
        <w:t>СТАРЕЦЬ&lt;br /&gt;</w:t>
        <w:br/>
        <w:t>Вести готов я, хай і старець, з радістю.&lt;br /&gt;</w:t>
        <w:br/>
        <w:t>ОРЕСТ&lt;br /&gt;</w:t>
        <w:br/>
        <w:t>Отецький Зевсе! Стань на ворогів моїх!&lt;br /&gt;</w:t>
        <w:br/>
        <w:t>Поспівчувай нам, гідним співчуття твого!&lt;br /&gt;</w:t>
        <w:br/>
        <w:t>ЕЛЕКТРА&lt;br /&gt;</w:t>
        <w:br/>
        <w:t>Поспівчувай нам! Ми ж бо — внуки, кров твоя!&lt;br /&gt;</w:t>
        <w:br/>
        <w:t>ОРЕСТ&lt;br /&gt;</w:t>
        <w:br/>
        <w:t>Й ти, Геро, вівтарів мікенських владарко,&lt;br /&gt;</w:t>
        <w:br/>
        <w:t>Якщо це справедливо, взяти верх нам дай!&lt;br /&gt;</w:t>
        <w:br/>
        <w:t>ЕЛЕКТРА&lt;br /&gt;</w:t>
        <w:br/>
        <w:t>За батька дай помститись найдорожчого!&lt;br /&gt;</w:t>
        <w:br/>
        <w:t>ОРЕСТ&lt;br /&gt;</w:t>
        <w:br/>
        <w:t>670] Й ти, батьку, що в Аїді, вбитий підступом,&lt;br /&gt;</w:t>
        <w:br/>
        <w:t>І ти, владарко Земле, — простягаю ось&lt;br /&gt;</w:t>
        <w:br/>
        <w:t>До тебе руки, — не залиш дітей в біді!&lt;br /&gt;</w:t>
        <w:br/>
        <w:t>ЕЛЕКТРА&lt;br /&gt;</w:t>
        <w:br/>
        <w:t>Бери з собою всіх полеглих списників, [263]&lt;br /&gt;</w:t>
        <w:br/>
        <w:t>Що з ними ти фрігійців подолав колись,&lt;br /&gt;</w:t>
        <w:br/>
        <w:t>Усіх, хто нечестивих вбивць ненавидить!&lt;br /&gt;</w:t>
        <w:br/>
        <w:t>ОРЕСТ&lt;br /&gt;</w:t>
        <w:br/>
        <w:t>Ти чуєш, батьку, жертво неньки нашої?&lt;br /&gt;</w:t>
        <w:br/>
        <w:t>ЕЛЕКТРА&lt;br /&gt;</w:t>
        <w:br/>
        <w:t>Усе наш батько чує. Та вже йти пора.&lt;br /&gt;</w:t>
        <w:br/>
        <w:t>Егіста вбити мусиш — я прошу тебе.&lt;br /&gt;</w:t>
        <w:br/>
        <w:t>А трапиться, що згинеш, переможений, —&lt;br /&gt;</w:t>
        <w:br/>
        <w:t>680] Вважай, що я вже мертва: не вагаючись,&lt;br /&gt;</w:t>
        <w:br/>
        <w:t>У груди меч двогострий устромлю собі.&lt;br /&gt;</w:t>
        <w:br/>
        <w:t>(Подає братові зброю).&lt;br /&gt;</w:t>
        <w:br/>
        <w:t>Тепер піду додому й приготую все.&lt;br /&gt;</w:t>
        <w:br/>
        <w:t>Щаслива буде звістка — святкуватиме&lt;br /&gt;</w:t>
        <w:br/>
        <w:t>Весь дім наш, а загинеш — опечалиться&lt;br /&gt;</w:t>
        <w:br/>
        <w:t>Назавжди. Ось що, брате, я кажу тобі.&lt;br /&gt;</w:t>
        <w:br/>
        <w:t>ОРЕСТ&lt;br /&gt;</w:t>
        <w:br/>
        <w:t>Усе я знаю.&lt;br /&gt;</w:t>
        <w:br/>
        <w:t>ЕЛЕКТРА&lt;br /&gt;</w:t>
        <w:br/>
        <w:t>А тому-то мужній будь.&lt;br /&gt;</w:t>
        <w:br/>
        <w:t>Орест з Піладом відходять.&lt;br /&gt;</w:t>
        <w:br/>
        <w:t>(До хору).&lt;br /&gt;</w:t>
        <w:br/>
        <w:t>А ви, жінки, негайно сповістіть мені,&lt;br /&gt;</w:t>
        <w:br/>
        <w:t>Як бій почнеться. Буду ждати наслідку&lt;br /&gt;</w:t>
        <w:br/>
        <w:t>З мечем напоготові: ворогам своїм&lt;br /&gt;</w:t>
        <w:br/>
        <w:t>690] Повік не дамся в руки, переможена, —&lt;br /&gt;</w:t>
        <w:br/>
        <w:t>Над мертвим тілом хай собі знущаються!&lt;br /&gt;</w:t>
        <w:br/>
        <w:t>(Відходить).</w:t>
      </w:r>
    </w:p>
    <w:p>
      <w:r>
        <w:br/>
        <w:t>СТАСИМ ДРУГИЙ&lt;br /&gt;</w:t>
        <w:br/>
        <w:t>Строфа І&lt;br /&gt;</w:t>
        <w:br/>
        <w:t>Ще й такий є між сивих переказів:&lt;br /&gt;</w:t>
        <w:br/>
        <w:t>Десь на схилах аргоських гір&lt;br /&gt;</w:t>
        <w:br/>
        <w:t>Пасовищ охоронець — Пан&lt;br /&gt;</w:t>
        <w:br/>
        <w:t>Оспівав на солодкій сопілці своїй&lt;br /&gt;</w:t>
        <w:br/>
        <w:t>Годувальниці-матері славне дитя —&lt;br /&gt;</w:t>
        <w:br/>
        <w:t>Золоторунне ягнятко.&lt;br /&gt;</w:t>
        <w:br/>
        <w:t>На підніжжя стрімке&lt;br /&gt;</w:t>
        <w:br/>
        <w:t>Ставши, гукає окличник:&lt;br /&gt;</w:t>
        <w:br/>
        <w:t>700] "Гей, на площу, на площу всі,&lt;br /&gt;</w:t>
        <w:br/>
        <w:t>Хто в Мікенах живе, спішіть!&lt;br /&gt;</w:t>
        <w:br/>
        <w:t>Там вас дивнеє диво жде —&lt;br /&gt;</w:t>
        <w:br/>
        <w:t>Посланий небом лячний [264]&lt;br /&gt;</w:t>
        <w:br/>
        <w:t>Вашим володарям дар"!&lt;br /&gt;</w:t>
        <w:br/>
        <w:t>Атрідів дім&lt;br /&gt;</w:t>
        <w:br/>
        <w:t>Радості й щастя повен.&lt;br /&gt;</w:t>
        <w:br/>
        <w:t>Антистрофа І&lt;br /&gt;</w:t>
        <w:br/>
        <w:t>Відчинилися храми золочені,&lt;br /&gt;</w:t>
        <w:br/>
        <w:t>Забуяли вогнем ясним&lt;br /&gt;</w:t>
        <w:br/>
        <w:t>В усім місті жертовники.&lt;br /&gt;</w:t>
        <w:br/>
        <w:t>710] Милозвучні пісні свої флейта лила,&lt;br /&gt;</w:t>
        <w:br/>
        <w:t>Супровідниця муз, — про ягня золоте,&lt;br /&gt;</w:t>
        <w:br/>
        <w:t>Дивне Тієстове руно,&lt;br /&gt;</w:t>
        <w:br/>
        <w:t>Йшла вже слава лунка.&lt;br /&gt;</w:t>
        <w:br/>
        <w:t>Потім дружину Атрея&lt;br /&gt;</w:t>
        <w:br/>
        <w:t>Він схилив до перелюбу&lt;br /&gt;</w:t>
        <w:br/>
        <w:t>І те чудо, небесний дар,&lt;br /&gt;</w:t>
        <w:br/>
        <w:t>Разом з нею в свій дім забрав.&lt;br /&gt;</w:t>
        <w:br/>
        <w:t>Людям же гордо звістив:&lt;br /&gt;</w:t>
        <w:br/>
        <w:t>"Я володію тепер,&lt;br /&gt;</w:t>
        <w:br/>
        <w:t>720] Лиш я один,&lt;br /&gt;</w:t>
        <w:br/>
        <w:t>Золотосяйним дивом".&lt;br /&gt;</w:t>
        <w:br/>
        <w:t>Строфа II&lt;br /&gt;</w:t>
        <w:br/>
        <w:t>Повернув тоді Зевс&lt;br /&gt;</w:t>
        <w:br/>
        <w:t>Мерехтливих зірок шляхи&lt;br /&gt;</w:t>
        <w:br/>
        <w:t>Й сонця палахкотливий блиск&lt;br /&gt;</w:t>
        <w:br/>
        <w:t>І промінну Аврору.&lt;br /&gt;</w:t>
        <w:br/>
        <w:t>Й на південні краї поплив&lt;br /&gt;</w:t>
        <w:br/>
        <w:t>Небосхилом пекучий жар,&lt;br /&gt;</w:t>
        <w:br/>
        <w:t>А на північ — дощі потяглись.&lt;br /&gt;</w:t>
        <w:br/>
        <w:t>Володіння Амона зате&lt;br /&gt;</w:t>
        <w:br/>
        <w:t>730] Геть засохнули — ні роси,&lt;br /&gt;</w:t>
        <w:br/>
        <w:t>Ні рясних благодатних злив&lt;br /&gt;</w:t>
        <w:br/>
        <w:t>Із неба.&lt;br /&gt;</w:t>
        <w:br/>
        <w:t>Антистрофа II&lt;br /&gt;</w:t>
        <w:br/>
        <w:t>Так говорять. Мені ж,&lt;br /&gt;</w:t>
        <w:br/>
        <w:t>Далебі, щось не віриться&lt;br /&gt;</w:t>
        <w:br/>
        <w:t>В те, що шлях свій змінить могло&lt;br /&gt;</w:t>
        <w:br/>
        <w:t>Сонце золотолике&lt;br /&gt;</w:t>
        <w:br/>
        <w:t>Всім на шкоду, аби лишень&lt;br /&gt;</w:t>
        <w:br/>
        <w:t>Хтось один був покараний.&lt;br /&gt;</w:t>
        <w:br/>
        <w:t>Задля страху — щоб шана була&lt;br /&gt;</w:t>
        <w:br/>
        <w:t>740] До богів, пішли вигадки ті.&lt;br /&gt;</w:t>
        <w:br/>
        <w:t>їх забувши, ти мужа свого&lt;br /&gt;</w:t>
        <w:br/>
        <w:t>Вбила, хоча такі славні брати&lt;br /&gt;</w:t>
        <w:br/>
        <w:t>У тебе. [265]</w:t>
      </w:r>
    </w:p>
    <w:p>
      <w:r>
        <w:br/>
        <w:t>ЕПІСОДІЙ ТРЕТІЙ&lt;br /&gt;</w:t>
        <w:br/>
        <w:t>ПРОВІДНИЦЯ ХОРУ&lt;br /&gt;</w:t>
        <w:br/>
        <w:t>Та що це?.. Крик чи стогін? Чули, подруги?&lt;br /&gt;</w:t>
        <w:br/>
        <w:t>Чи то здалося?.. Попідземний Зевса грім?..&lt;br /&gt;</w:t>
        <w:br/>
        <w:t>Ну ось же, ось… Виразні чути оклики.&lt;br /&gt;</w:t>
        <w:br/>
        <w:t>Електро, вийди з дому, підійди до нас!&lt;br /&gt;</w:t>
        <w:br/>
        <w:t>Входить Електра з мечем.&lt;br /&gt;</w:t>
        <w:br/>
        <w:t>ЕЛЕКТРА&lt;br /&gt;</w:t>
        <w:br/>
        <w:t>Ну що там, мої любі? Як там бій іде?&lt;br /&gt;</w:t>
        <w:br/>
        <w:t>ПРОВІДНИЦЯ ХОРУ&lt;br /&gt;</w:t>
        <w:br/>
        <w:t>Не знаю. Чую крик лиш. Мов конає хтось.&lt;br /&gt;</w:t>
        <w:br/>
        <w:t>ЕЛЕКТРА&lt;br /&gt;</w:t>
        <w:br/>
        <w:t>(прислухаючись)&lt;br /&gt;</w:t>
        <w:br/>
        <w:t>750] Іздалеку долинув… Чутно все-таки…&lt;br /&gt;</w:t>
        <w:br/>
        <w:t>ПРОВІДНИЦЯ ХОРУ&lt;br /&gt;</w:t>
        <w:br/>
        <w:t>Далекий голос, а такий виразний він.&lt;br /&gt;</w:t>
        <w:br/>
        <w:t>ЕЛЕКТРА&lt;br /&gt;</w:t>
        <w:br/>
        <w:t>Чи то аргівець зойкнув, а чи з друзів хто?..&lt;br /&gt;</w:t>
        <w:br/>
        <w:t>ПРОВІДНИЦЯ ХОРУ&lt;br /&gt;</w:t>
        <w:br/>
        <w:t>Не розпізнати. Там на всі лади кричать.&lt;br /&gt;</w:t>
        <w:br/>
        <w:t>ЕЛЕКТРА&lt;br /&gt;</w:t>
        <w:br/>
        <w:t>(прикладаючи до грудей меч)&lt;br /&gt;</w:t>
        <w:br/>
        <w:t>Умерти мушу, значить. Що ж вагаюся?&lt;br /&gt;</w:t>
        <w:br/>
        <w:t>ПРОВІДНИЦЯ ХОРУ&lt;br /&gt;</w:t>
        <w:br/>
        <w:t>(хапаючи її за руку)&lt;br /&gt;</w:t>
        <w:br/>
        <w:t>Стривай! Спочатку все докладно виясни.&lt;br /&gt;</w:t>
        <w:br/>
        <w:t>ЕЛЕКТРА&lt;br /&gt;</w:t>
        <w:br/>
        <w:t>Якби все добре — вже були б тут вісники.&lt;br /&gt;</w:t>
        <w:br/>
        <w:t>ПРОВІДНИЦЯ ХОРУ&lt;br /&gt;</w:t>
        <w:br/>
        <w:t>Ще прийдуть: таж нелегко вбити владаря.&lt;br /&gt;</w:t>
        <w:br/>
        <w:t>Входить вісник.&lt;br /&gt;</w:t>
        <w:br/>
        <w:t>ВІСНИК&lt;br /&gt;</w:t>
        <w:br/>
        <w:t>Мікенські діви й друзі! Сповіщаю вам&lt;br /&gt;</w:t>
        <w:br/>
        <w:t>Про перемогу: доля усміхнулася&lt;br /&gt;</w:t>
        <w:br/>
        <w:t>760] Оресту. Впав убивця Агамемнона&lt;br /&gt;</w:t>
        <w:br/>
        <w:t>Егіст. За це Всевишнім слід подякувать.&lt;br /&gt;</w:t>
        <w:br/>
        <w:t>ЕЛЕКТРА&lt;br /&gt;</w:t>
        <w:br/>
        <w:t>А хто ти? Так на слово й довірять тобі? [266]&lt;br /&gt;</w:t>
        <w:br/>
        <w:t>ВІСНИК&lt;br /&gt;</w:t>
        <w:br/>
        <w:t>Не впізнаєш, Електро, слуг Орестових?&lt;br /&gt;</w:t>
        <w:br/>
        <w:t>ЕЛЕКТРА&lt;br /&gt;</w:t>
        <w:br/>
        <w:t>О друже любий, вибач: не впізнала я&lt;br /&gt;</w:t>
        <w:br/>
        <w:t>Тебе із страху, щойно лиш приглянулась.&lt;br /&gt;</w:t>
        <w:br/>
        <w:t>То впав убивця батька?.. Впав, ненависний?&lt;br /&gt;</w:t>
        <w:br/>
        <w:t>ВІСНИК&lt;br /&gt;</w:t>
        <w:br/>
        <w:t>Упав. Для тебе ще раз я потверджую.&lt;br /&gt;</w:t>
        <w:br/>
        <w:t>ПРОВІДНИЦЯ ХОРУ&lt;br /&gt;</w:t>
        <w:br/>
        <w:t>Богове! Правдо всевидюща! Дяка вам!&lt;br /&gt;</w:t>
        <w:br/>
        <w:t>ЕЛЕКТРА&lt;br /&gt;</w:t>
        <w:br/>
        <w:t>Та розкажи-но, як Орест убить зумів&lt;br /&gt;</w:t>
        <w:br/>
        <w:t>770] Тієстового сина? Розкажи мерщій?&lt;br /&gt;</w:t>
        <w:br/>
        <w:t>ВІСНИК&lt;br /&gt;</w:t>
        <w:br/>
        <w:t>Лиш за поріг ступивши, скоро вийшли ми&lt;br /&gt;</w:t>
        <w:br/>
        <w:t>На шлях, де двоколійний біг од воза слід.&lt;br /&gt;</w:t>
        <w:br/>
        <w:t>Ось там і був зухвалець — володар Мікен.&lt;br /&gt;</w:t>
        <w:br/>
        <w:t>Гуляв собі в саду він гарно зрошенім&lt;br /&gt;</w:t>
        <w:br/>
        <w:t>І гілки мирта для віночка зрізував.&lt;br /&gt;</w:t>
        <w:br/>
        <w:t>Нас, вгледівши, гукає: "Я вітаю вас,&lt;br /&gt;</w:t>
        <w:br/>
        <w:t>Мандрівці! Хто такі ви? Із яких країв?"&lt;br /&gt;</w:t>
        <w:br/>
        <w:t>Орест же: "До Алфея ми з Фессалії&lt;br /&gt;</w:t>
        <w:br/>
        <w:t>Йдемо з дарами Зевсу Олімпійському".&lt;br /&gt;</w:t>
        <w:br/>
        <w:t>780] Егіст на те: "Із нами випадає вам&lt;br /&gt;</w:t>
        <w:br/>
        <w:t>Гостину розділити: он бичків яких&lt;br /&gt;</w:t>
        <w:br/>
        <w:t>Я вибрав — хочу німфам їх пожертвувать.&lt;br /&gt;</w:t>
        <w:br/>
        <w:t>Уранці розбуджу вас — надолужите&lt;br /&gt;</w:t>
        <w:br/>
        <w:t>Своє в дорозі. Не відмовте в дім зайти".&lt;br /&gt;</w:t>
        <w:br/>
        <w:t>Хапає з цим за руку й прямо силою&lt;br /&gt;</w:t>
        <w:br/>
        <w:t>Веде у дім нас — як тут заперечити?&lt;br /&gt;</w:t>
        <w:br/>
        <w:t>Ледь увійшли ми, — вже нетерпеливиться:&lt;br /&gt;</w:t>
        <w:br/>
        <w:t>"Гей, хто там? Швидше принесіть води гостям,&lt;br /&gt;</w:t>
        <w:br/>
        <w:t>Щоб тут же, чисті, стали при жертовнику".&lt;br /&gt;</w:t>
        <w:br/>
        <w:t>790] Орест же знову: "Щойно ж ми омилися&lt;br /&gt;</w:t>
        <w:br/>
        <w:t>В воді струмковій. Та якщо з аргосцями&lt;br /&gt;</w:t>
        <w:br/>
        <w:t>Складати жертву можна й чужоземцеві,&lt;br /&gt;</w:t>
        <w:br/>
        <w:t>То ми готові й згодні, повелителю!"&lt;br /&gt;</w:t>
        <w:br/>
        <w:t>На тому й стали; перервалась бесіда:&lt;br /&gt;</w:t>
        <w:br/>
        <w:t>Відклавши зброю, і сторожа, й слуги всі&lt;br /&gt;</w:t>
        <w:br/>
        <w:t>Взялись ураз за діло. Ті із дзбанами&lt;br /&gt;</w:t>
        <w:br/>
        <w:t>Біжать, а ці — з кошами; інші вогнище&lt;br /&gt;</w:t>
        <w:br/>
        <w:t>Розводять і довкола нього мідниці&lt;br /&gt;</w:t>
        <w:br/>
        <w:t>Опуклі ставлять. Дім весь ходить ходором.&lt;br /&gt;</w:t>
        <w:br/>
        <w:t>800] Тут муж твоєї неньки на вівтар сипнув&lt;br /&gt;</w:t>
        <w:br/>
        <w:t>Рясним ячменем, так ось примовляючи:&lt;br /&gt;</w:t>
        <w:br/>
        <w:t>"Хай часто, німфи скельні, я й жона моя, [267]&lt;br /&gt;</w:t>
        <w:br/>
        <w:t>Що дома, вам дарами догоджаємо.&lt;br /&gt;</w:t>
        <w:br/>
        <w:t>Нехай щастить нам; ворогів — хай лихо б'є!"&lt;br /&gt;</w:t>
        <w:br/>
        <w:t>Тебе й Ореста, значить. А велитель мій&lt;br /&gt;</w:t>
        <w:br/>
        <w:t>Благав богів про інше напівшепотом —&lt;br /&gt;</w:t>
        <w:br/>
        <w:t>Вернути дім отецький. Сам Егіст тоді&lt;br /&gt;</w:t>
        <w:br/>
        <w:t>Взяв ніж прямий з корзини; зрізав шерсті жмут&lt;br /&gt;</w:t>
        <w:br/>
        <w:t>І тут же кинув у вогонь правицею.&lt;br /&gt;</w:t>
        <w:br/>
        <w:t>810] Як тільки слуги підняли бичка того —&lt;br /&gt;</w:t>
        <w:br/>
        <w:t>Штрикнув його залізом, а Орестові:&lt;br /&gt;</w:t>
        <w:br/>
        <w:t>"Дві речі, кажуть, ціняться в Фессалії:&lt;br /&gt;</w:t>
        <w:br/>
        <w:t>Почленувати тушу та об'їздити&lt;br /&gt;</w:t>
        <w:br/>
        <w:t>Коня баского. Ось же, гостю, ніж тобі —&lt;br /&gt;</w:t>
        <w:br/>
        <w:t>Не посором уміння земляків своїх".&lt;br /&gt;</w:t>
        <w:br/>
        <w:t>Узяв до рук дорійський ніж гартований,&lt;br /&gt;</w:t>
        <w:br/>
        <w:t>Одкинувши оздобний плащ на застібки,&lt;br /&gt;</w:t>
        <w:br/>
        <w:t>Помічником Пілада, лиш його обрав,&lt;br /&gt;</w:t>
        <w:br/>
        <w:t>Усіх одсторонивши. Взяв бичка того&lt;br /&gt;</w:t>
        <w:br/>
        <w:t>820] За ногу, свіже м'ясо оголив умить&lt;br /&gt;</w:t>
        <w:br/>
        <w:t>І шкіру всю з тварини він скоріше здер,&lt;br /&gt;</w:t>
        <w:br/>
        <w:t>Ніж двічі б міг доріжку подолать бігун, —&lt;br /&gt;</w:t>
        <w:br/>
        <w:t>І нутрощі одкрились. Тут і став Егіст&lt;br /&gt;</w:t>
        <w:br/>
        <w:t>їх оглядати. Спохмурнів: печінка там&lt;br /&gt;</w:t>
        <w:br/>
        <w:t>Не мала дольки. Жила і міхур були&lt;br /&gt;</w:t>
        <w:br/>
        <w:t>їдкої жовчі повні — лиховісний знак.&lt;br /&gt;</w:t>
        <w:br/>
        <w:t>На те владар мій: "Що так опечалився?"&lt;br /&gt;</w:t>
        <w:br/>
        <w:t>А той: "Боюсь, мандрівче, щоб біда яка&lt;br /&gt;</w:t>
        <w:br/>
        <w:t>У дім не зазирнула. Найзавзятіший&lt;br /&gt;</w:t>
        <w:br/>
        <w:t>830] Противник мій — нащадок Агамемнона".&lt;br /&gt;</w:t>
        <w:br/>
        <w:t>Орест же: "Краєм правиш, а якогось там&lt;br /&gt;</w:t>
        <w:br/>
        <w:t>Утікача боїшся?.. Ану, ніж мені&lt;br /&gt;</w:t>
        <w:br/>
        <w:t>Подайте фессалійський: для обіду щось&lt;br /&gt;</w:t>
        <w:br/>
        <w:t>Добуду з жертви, груди розпоровши їй".&lt;br /&gt;</w:t>
        <w:br/>
        <w:t>Узяв ножа й ударив. Нахилився той,&lt;br /&gt;</w:t>
        <w:br/>
        <w:t>Став нутрощі виймати, приглядатися.&lt;br /&gt;</w:t>
        <w:br/>
        <w:t>Твій брат, навшпиньки звівшись, у потилицю&lt;br /&gt;</w:t>
        <w:br/>
        <w:t>Ножа встромив Егісту, перебив йому&lt;br /&gt;</w:t>
        <w:br/>
        <w:t>Хребцеві зв'язки. На землі вже б'ється той&lt;br /&gt;</w:t>
        <w:br/>
        <w:t>840] Всім тілом, у жахливих муках корчиться.&lt;br /&gt;</w:t>
        <w:br/>
        <w:t>Це вгледівши, до зброї слуги кинулись,&lt;br /&gt;</w:t>
        <w:br/>
        <w:t>На двох — юрмою. Списом потрясаючи,&lt;br /&gt;</w:t>
        <w:br/>
        <w:t>Чоло їм ставлять мужньо побратими два&lt;br /&gt;</w:t>
        <w:br/>
        <w:t>Пліч-о-пліч. Тут Орест їм: "Я прийшов сюди,&lt;br /&gt;</w:t>
        <w:br/>
        <w:t>До міста, не як злодій, не як ворог ваш, —&lt;br /&gt;</w:t>
        <w:br/>
        <w:t>Лиш одімстить за батька, я ж бо — син його,&lt;br /&gt;</w:t>
        <w:br/>
        <w:t>Орест нещасний. Чи за те вб'єте мене,&lt;br /&gt;</w:t>
        <w:br/>
        <w:t>О давні слуги батька?" З несподіванки&lt;br /&gt;</w:t>
        <w:br/>
        <w:t>Ті зброю опустили. Старший віком хтось,&lt;br /&gt;</w:t>
        <w:br/>
        <w:t>850] Із челяді, впізнав Ореста, й зараз же&lt;br /&gt;</w:t>
        <w:br/>
        <w:t>Вінком чоло прибрали переможцеві,&lt;br /&gt;</w:t>
        <w:br/>
        <w:t>Щасливі. Принесе тобі він голову — [268]&lt;br /&gt;</w:t>
        <w:br/>
        <w:t>Не бійся, не Горгони — твого ворога,&lt;br /&gt;</w:t>
        <w:br/>
        <w:t>Егіста, показати. Заплатив-таки&lt;br /&gt;</w:t>
        <w:br/>
        <w:t>Сповна за кров пролиту — кров'ю власною!</w:t>
      </w:r>
    </w:p>
    <w:p>
      <w:r>
        <w:br/>
        <w:t>СТАСИМ ТРЕТІЙ&lt;br /&gt;</w:t>
        <w:br/>
        <w:t>ХОР&lt;br /&gt;</w:t>
        <w:br/>
        <w:t>(танцюючи)&lt;br /&gt;</w:t>
        <w:br/>
        <w:t>Строфа&lt;br /&gt;</w:t>
        <w:br/>
        <w:t>У танці, сестрице, пливи!&lt;br /&gt;</w:t>
        <w:br/>
        <w:t>Злітай легконого, мов лань,&lt;br /&gt;</w:t>
        <w:br/>
        <w:t>В ефір ясний!&lt;br /&gt;</w:t>
        <w:br/>
        <w:t>Ніхто ще в такому вінку&lt;br /&gt;</w:t>
        <w:br/>
        <w:t>860] Звитяжному не повертавсь,&lt;br /&gt;</w:t>
        <w:br/>
        <w:t>Як твій Орест,&lt;br /&gt;</w:t>
        <w:br/>
        <w:t>Відтіль, де хвилює Алфей.&lt;br /&gt;</w:t>
        <w:br/>
        <w:t>Хай же лине&lt;br /&gt;</w:t>
        <w:br/>
        <w:t>Спів переможний до танцю!&lt;br /&gt;</w:t>
        <w:br/>
        <w:t>ЕЛЕКТРА&lt;br /&gt;</w:t>
        <w:br/>
        <w:t>О сяйво! О стрімливий Феба повозе!&lt;br /&gt;</w:t>
        <w:br/>
        <w:t>О Земле! Ноче, що встеляла зір мені!&lt;br /&gt;</w:t>
        <w:br/>
        <w:t>Тепер у вічі дневі можу глянути,&lt;br /&gt;</w:t>
        <w:br/>
        <w:t>Бо впав Егіст-убивця! Зараз винесу,&lt;br /&gt;</w:t>
        <w:br/>
        <w:t>Що маю дома всховку, чим у свято я&lt;br /&gt;</w:t>
        <w:br/>
        <w:t>870] Прикрашую волосся: нині — братові&lt;br /&gt;</w:t>
        <w:br/>
        <w:t>Чоло вінчати хочу, переможцеві.&lt;br /&gt;</w:t>
        <w:br/>
        <w:t>ХОР&lt;br /&gt;</w:t>
        <w:br/>
        <w:t>Антистрофа&lt;br /&gt;</w:t>
        <w:br/>
        <w:t>Ти братові гарно вінчай&lt;br /&gt;</w:t>
        <w:br/>
        <w:t>Чоло, а ми — любий для муз&lt;br /&gt;</w:t>
        <w:br/>
        <w:t>Танок почнем.&lt;br /&gt;</w:t>
        <w:br/>
        <w:t>Як добре, що маємо знов&lt;br /&gt;</w:t>
        <w:br/>
        <w:t>Прихильних своїх владарів!&lt;br /&gt;</w:t>
        <w:br/>
        <w:t>Як добре, що&lt;br /&gt;</w:t>
        <w:br/>
        <w:t>Неправедних — правда змела!&lt;br /&gt;</w:t>
        <w:br/>
        <w:t>Хай співзвучна&lt;br /&gt;</w:t>
        <w:br/>
        <w:t>880] Радості пісня лине!</w:t>
      </w:r>
    </w:p>
    <w:p>
      <w:r>
        <w:br/>
        <w:t>ЕПІСОДІЙ ЧЕТВЕРТИЙ&lt;br /&gt;</w:t>
        <w:br/>
        <w:t>Входять Орест і Пілад.&lt;br /&gt;</w:t>
        <w:br/>
        <w:t>Прислуга вносить тіло Егіста.&lt;br /&gt;</w:t>
        <w:br/>
        <w:t>ЕЛЕКТРА&lt;br /&gt;</w:t>
        <w:br/>
        <w:t>О переможний сину переможного&lt;br /&gt;</w:t>
        <w:br/>
        <w:t>Під Іліоном батька — Агамемнона! [269]&lt;br /&gt;</w:t>
        <w:br/>
        <w:t>Вінок, чола прикрасу, з рук сестри візьми.&lt;br /&gt;</w:t>
        <w:br/>
        <w:t>Не з ігр пустих додому повертаєшся,&lt;br /&gt;</w:t>
        <w:br/>
        <w:t>З доріжки бігової, — нечестивого&lt;br /&gt;</w:t>
        <w:br/>
        <w:t>Егіста вклав, убивцю батька нашого.&lt;br /&gt;</w:t>
        <w:br/>
        <w:t>(До Лілада).&lt;br /&gt;</w:t>
        <w:br/>
        <w:t>Прийми ж і ти, Піладе, кого виховав&lt;br /&gt;</w:t>
        <w:br/>
        <w:t>Фокієць найчесніший, з моїх рук вінець,&lt;br /&gt;</w:t>
        <w:br/>
        <w:t>З Орестом же пліч-о-пліч ти пригоди всі&lt;br /&gt;</w:t>
        <w:br/>
        <w:t>890] Ділив. Обом вам доля хай всміхається!&lt;br /&gt;</w:t>
        <w:br/>
        <w:t>ОРЕСТ&lt;br /&gt;</w:t>
        <w:br/>
        <w:t>Вважай, Електро, що боги насамперед&lt;br /&gt;</w:t>
        <w:br/>
        <w:t>Подбали про це щастя. Опісля й мене&lt;br /&gt;</w:t>
        <w:br/>
        <w:t>Хвали вже — долі і богів прислужника.&lt;br /&gt;</w:t>
        <w:br/>
        <w:t>Не на словах — на ділі я Егіста вбив.&lt;br /&gt;</w:t>
        <w:br/>
        <w:t>А щоб ніяких не було тут сумнівів,&lt;br /&gt;</w:t>
        <w:br/>
        <w:t>То маєш доказ — тіло я приніс тобі.&lt;br /&gt;</w:t>
        <w:br/>
        <w:t>(Зриваючи покривало з трупа).&lt;br /&gt;</w:t>
        <w:br/>
        <w:t>Роби, що хочеш: на поживу звірам кинь&lt;br /&gt;</w:t>
        <w:br/>
        <w:t>Або птахам небесним: хай клюють собі,&lt;br /&gt;</w:t>
        <w:br/>
        <w:t>Настромлене на палю. Володар колись,&lt;br /&gt;</w:t>
        <w:br/>
        <w:t>900] Тепер — він твій невільник. Ти — велителька.&lt;br /&gt;</w:t>
        <w:br/>
        <w:t>ЕЛЕКТРА&lt;br /&gt;</w:t>
        <w:br/>
        <w:t>І соромно, й сказати мушу все-таки…&lt;br /&gt;</w:t>
        <w:br/>
        <w:t>ОРЕСТ&lt;br /&gt;</w:t>
        <w:br/>
        <w:t>Кажи. Не бійся. Бо кого ж боятися?&lt;br /&gt;</w:t>
        <w:br/>
        <w:t>ЕЛЕКТРА&lt;br /&gt;</w:t>
        <w:br/>
        <w:t>За глум над мертвим може осудити хтось.&lt;br /&gt;</w:t>
        <w:br/>
        <w:t>ОРЕСТ&lt;br /&gt;</w:t>
        <w:br/>
        <w:t>Ніхто, повір, не стане дорікать тобі.&lt;br /&gt;</w:t>
        <w:br/>
        <w:t>ЕЛЕКТРА&lt;br /&gt;</w:t>
        <w:br/>
        <w:t>Наш люд похмурий, схильний лихословити.&lt;br /&gt;</w:t>
        <w:br/>
        <w:t>ОРЕСТ&lt;br /&gt;</w:t>
        <w:br/>
        <w:t>Висловлюйсь вільно, сестро: чи живий Егіст,&lt;br /&gt;</w:t>
        <w:br/>
        <w:t>Чи мертвий — з ним немає в нас примирення.&lt;br /&gt;</w:t>
        <w:br/>
        <w:t>ЕЛЕКТРА&lt;br /&gt;</w:t>
        <w:br/>
        <w:t>Від чого б то почати? Закінчити чим&lt;br /&gt;</w:t>
        <w:br/>
        <w:t>Жалі свої? Що мовить посередині?&lt;br /&gt;</w:t>
        <w:br/>
        <w:t>910] Йно світ надворі — кожен раз я подумки&lt;br /&gt;</w:t>
        <w:br/>
        <w:t>Повторювала, що в лице жбурнуть йому,&lt;br /&gt;</w:t>
        <w:br/>
        <w:t>Хотіла вголос, якби страх не втримував.&lt;br /&gt;</w:t>
        <w:br/>
        <w:t>Тепер я вільна, і все те — хай мертвому —&lt;br /&gt;</w:t>
        <w:br/>
        <w:t>Скажу, з чим до живого не звернулася. [270]&lt;br /&gt;</w:t>
        <w:br/>
        <w:t>Це ти осиротив нас — батька милого&lt;br /&gt;</w:t>
        <w:br/>
        <w:t>Відняв, хоч сам не звідав кривди жодної.&lt;br /&gt;</w:t>
        <w:br/>
        <w:t>Зманивши матір, мужа, що загони вів&lt;br /&gt;</w:t>
        <w:br/>
        <w:t>На Трою, вбив ти, сам війни не звідавши.&lt;br /&gt;</w:t>
        <w:br/>
        <w:t>Гадав (яке безглуздя!), що зразковою&lt;br /&gt;</w:t>
        <w:br/>
        <w:t>920] Дружиною для тебе стане жінка та,&lt;br /&gt;</w:t>
        <w:br/>
        <w:t>Котру ти звабив — ложе осквернив чуже&lt;br /&gt;</w:t>
        <w:br/>
        <w:t>Хто спокусив, хай знає: перелюбницю&lt;br /&gt;</w:t>
        <w:br/>
        <w:t>Дружиною назвавши, не натішиться:&lt;br /&gt;</w:t>
        <w:br/>
        <w:t>Для одного не зберегла цнотливості,&lt;br /&gt;</w:t>
        <w:br/>
        <w:t>То чи б зуміла зберегти для іншого?&lt;br /&gt;</w:t>
        <w:br/>
        <w:t>Нещасно б жив ти, хоч би й не вважав себе&lt;br /&gt;</w:t>
        <w:br/>
        <w:t>Нещасним. Знав би: жінка — гідна осуду,&lt;br /&gt;</w:t>
        <w:br/>
        <w:t>Та й жінка знала б: мужем не похвалишся.&lt;br /&gt;</w:t>
        <w:br/>
        <w:t>Обоє підлі, а побравшись — підлістю&lt;br /&gt;</w:t>
        <w:br/>
        <w:t>930] Своєю ж ви навзаєм збагатилися.&lt;br /&gt;</w:t>
        <w:br/>
        <w:t>Тебе прозвали просто "Клітемнестри муж",&lt;br /&gt;</w:t>
        <w:br/>
        <w:t>Та не казали: "Ось жона Егістова".&lt;br /&gt;</w:t>
        <w:br/>
        <w:t>Хіба ж не сором, як жона провадить дім,&lt;br /&gt;</w:t>
        <w:br/>
        <w:t>А не мужчина? Що ж то за сини, котрі&lt;br /&gt;</w:t>
        <w:br/>
        <w:t>На батьківщині ймення не по батькові&lt;br /&gt;</w:t>
        <w:br/>
        <w:t>Годилися б носити, а по матері?..&lt;br /&gt;</w:t>
        <w:br/>
        <w:t>А втім, де жінка вища та вельможніша,&lt;br /&gt;</w:t>
        <w:br/>
        <w:t>Там не про мужа, лиш про неї мова йде.&lt;br /&gt;</w:t>
        <w:br/>
        <w:t>Та все-таки найбільша твоя помилка —&lt;br /&gt;</w:t>
        <w:br/>
        <w:t>940] Що довіряв багатству, хизувався ним.&lt;br /&gt;</w:t>
        <w:br/>
        <w:t>Воно ж — людини довго не тримається.&lt;br /&gt;</w:t>
        <w:br/>
        <w:t>Постійна тільки вдача, а не грошей міх:&lt;br /&gt;</w:t>
        <w:br/>
        <w:t>Вона й долає біди, лиш гартуй її.&lt;br /&gt;</w:t>
        <w:br/>
        <w:t>А золото, нечесно нагромаджене,&lt;br /&gt;</w:t>
        <w:br/>
        <w:t>На мить заблисне — й тільки його бачили.&lt;br /&gt;</w:t>
        <w:br/>
        <w:t>Як до жінок ти ставивсь, не казатиму&lt;br /&gt;</w:t>
        <w:br/>
        <w:t>Через дівочий сором, натякну лише:&lt;br /&gt;</w:t>
        <w:br/>
        <w:t>Зухвало, бо присвоїв дім володаря,&lt;br /&gt;</w:t>
        <w:br/>
        <w:t>Та й красень був. А я от мужа б вибрала&lt;br /&gt;</w:t>
        <w:br/>
        <w:t>950] Не з личком, як у діви, — духом сильного.&lt;br /&gt;</w:t>
        <w:br/>
        <w:t>Адже й сини в такого — мужні воїни.&lt;br /&gt;</w:t>
        <w:br/>
        <w:t>Вродливі ж лиш у танцях вихиляються.&lt;br /&gt;</w:t>
        <w:br/>
        <w:t>Гадав ти, що безкарно чиниш злочин,&lt;br /&gt;</w:t>
        <w:br/>
        <w:t>Та ось же поплатився! — Хто півшляху лиш&lt;br /&gt;</w:t>
        <w:br/>
        <w:t>Пробіг, хай не вважає, що вже пальму взяв:&lt;br /&gt;</w:t>
        <w:br/>
        <w:t>Не досягнув ще риси й дня останнього.&lt;br /&gt;</w:t>
        <w:br/>
        <w:t>ПРОВІДНИЦЯ ХОРУ&lt;br /&gt;</w:t>
        <w:br/>
        <w:t>Чинив жахливе — от вам і сплатив тепер&lt;br /&gt;</w:t>
        <w:br/>
        <w:t>Жахливу плату. Справедливість верх бере.&lt;br /&gt;</w:t>
        <w:br/>
        <w:t>ОРЕСТ&lt;br /&gt;</w:t>
        <w:br/>
        <w:t>Гей, слуги! В темний закут однесіть мерщій&lt;br /&gt;</w:t>
        <w:br/>
        <w:t>960] Це тіло: прийде мати — щоб не бачила [271]&lt;br /&gt;</w:t>
        <w:br/>
        <w:t>Покійника, бо смерть тут і на неї жде.&lt;br /&gt;</w:t>
        <w:br/>
        <w:t>Слуги відносять труп у хату.&lt;br /&gt;</w:t>
        <w:br/>
        <w:t>ЕЛЕКТРА&lt;br /&gt;</w:t>
        <w:br/>
        <w:t>Стривай! Про інше зараз варт подумати.&lt;br /&gt;</w:t>
        <w:br/>
        <w:t>ОРЕСТ&lt;br /&gt;</w:t>
        <w:br/>
        <w:t>А що? З Мікен, можливо, на підмогу йдуть?&lt;br /&gt;</w:t>
        <w:br/>
        <w:t>ЕЛЕКТРА&lt;br /&gt;</w:t>
        <w:br/>
        <w:t>Ні, ні… Я бачу матір, що зродила нас.&lt;br /&gt;</w:t>
        <w:br/>
        <w:t>ОРЕСТ&lt;br /&gt;</w:t>
        <w:br/>
        <w:t>Ну що ж. Упору: саме сіть розставлено.&lt;br /&gt;</w:t>
        <w:br/>
        <w:t>ЕЛЕКТРА&lt;br /&gt;</w:t>
        <w:br/>
        <w:t>У пишних шатах, на ясному повозі…&lt;br /&gt;</w:t>
        <w:br/>
        <w:t>ОРЕСТ&lt;br /&gt;</w:t>
        <w:br/>
        <w:t>То що?.. На рідну матір замахнутися?..&lt;br /&gt;</w:t>
        <w:br/>
        <w:t>ЕЛЕКТРА&lt;br /&gt;</w:t>
        <w:br/>
        <w:t>Взяла за серце, бачу, врода матері…&lt;br /&gt;</w:t>
        <w:br/>
        <w:t>ОРЕСТ&lt;br /&gt;</w:t>
        <w:br/>
        <w:t>Зродила… Згодувала… Як же вбить її?&lt;br /&gt;</w:t>
        <w:br/>
        <w:t>ЕЛЕКТРА&lt;br /&gt;</w:t>
        <w:br/>
        <w:t>970] Вб'ємо — як убивала батька нашого.&lt;br /&gt;</w:t>
        <w:br/>
        <w:t>ОРЕСТ&lt;br /&gt;</w:t>
        <w:br/>
        <w:t>Яке безглуздя, Фебе, ти прорік мені!..&lt;br /&gt;</w:t>
        <w:br/>
        <w:t>ЕЛЕКТРА&lt;br /&gt;</w:t>
        <w:br/>
        <w:t>Як Аполлон безглуздий, хто мудрець тоді?&lt;br /&gt;</w:t>
        <w:br/>
        <w:t>ОРЕСТ&lt;br /&gt;</w:t>
        <w:br/>
        <w:t>Що вдію неможливе — рідну неньку вб'ю!.&lt;br /&gt;</w:t>
        <w:br/>
        <w:t>ЕЛЕКТРА&lt;br /&gt;</w:t>
        <w:br/>
        <w:t>А що тут злого — за вітця помститися?&lt;br /&gt;</w:t>
        <w:br/>
        <w:t>ОРЕСТ&lt;br /&gt;</w:t>
        <w:br/>
        <w:t>Був чистий — заплямуюсь кров'ю матері.&lt;br /&gt;</w:t>
        <w:br/>
        <w:t>ЕЛЕКТРА&lt;br /&gt;</w:t>
        <w:br/>
        <w:t>А не помстившись, честю батька знехтуєш.&lt;br /&gt;</w:t>
        <w:br/>
        <w:t>ОРЕСТ&lt;br /&gt;</w:t>
        <w:br/>
        <w:t>Гнів матері убивцю-сина гнатиме…&lt;br /&gt;</w:t>
        <w:br/>
        <w:t>ЕЛЕКТРА&lt;br /&gt;</w:t>
        <w:br/>
        <w:t>Не вб'єш — бог-месник спокою не дасть тобі. [272]&lt;br /&gt;</w:t>
        <w:br/>
        <w:t>ОРЕСТ&lt;br /&gt;</w:t>
        <w:br/>
        <w:t>Не Феб навіщував це — божество лихе.&lt;br /&gt;</w:t>
        <w:br/>
        <w:t>ЕЛЕКТРА&lt;br /&gt;</w:t>
        <w:br/>
        <w:t>980] Гадаєш?.. На священному триніжкові?..&lt;br /&gt;</w:t>
        <w:br/>
        <w:t>ОРЕСТ&lt;br /&gt;</w:t>
        <w:br/>
        <w:t>І все ж не вірю, що це воля Фебова.&lt;br /&gt;</w:t>
        <w:br/>
        <w:t>ЕЛЕКТРА&lt;br /&gt;</w:t>
        <w:br/>
        <w:t>Не падай духом. Не послаблюй мужності.&lt;br /&gt;</w:t>
        <w:br/>
        <w:t>ОРЕСТ&lt;br /&gt;</w:t>
        <w:br/>
        <w:t>Чи так і неньку вбити — хитрим підступом?&lt;br /&gt;</w:t>
        <w:br/>
        <w:t>ЕЛЕКТРА&lt;br /&gt;</w:t>
        <w:br/>
        <w:t>Як і її коханця, як Егіста вклав.&lt;br /&gt;</w:t>
        <w:br/>
        <w:t>ОРЕСТ&lt;br /&gt;</w:t>
        <w:br/>
        <w:t>Ну, що ж… Іду в палату. Діло жде мене&lt;br /&gt;</w:t>
        <w:br/>
        <w:t>Жахне. Та хай вже, раз боги рішили так!&lt;br /&gt;</w:t>
        <w:br/>
        <w:t>А на душі — то радість, то печаль тяжка.</w:t>
      </w:r>
    </w:p>
    <w:p>
      <w:r>
        <w:br/>
        <w:t>ЕПІСОДІЙ П'ЯТИЙ&lt;br /&gt;</w:t>
        <w:br/>
        <w:t>На сцену в'їжджає Клітемнестра в колісниці.&lt;br /&gt;</w:t>
        <w:br/>
        <w:t>ХОР&lt;br /&gt;</w:t>
        <w:br/>
        <w:t>Тіндареєва доню, владарко ясна&lt;br /&gt;</w:t>
        <w:br/>
        <w:t>На аргоській землі,&lt;br /&gt;</w:t>
        <w:br/>
        <w:t>990] Сестро Зевсових славних двох синів,&lt;br /&gt;</w:t>
        <w:br/>
        <w:t>Що в ефірі вогнистім живуть, між зірок,&lt;br /&gt;</w:t>
        <w:br/>
        <w:t>І людей, що довірились морю, з біди,&lt;br /&gt;</w:t>
        <w:br/>
        <w:t>Коли хвиля їх криє, рятують! —&lt;br /&gt;</w:t>
        <w:br/>
        <w:t>Мій уклін тобі й шана, рівна богам,&lt;br /&gt;</w:t>
        <w:br/>
        <w:t>Бо незмірні багатства й щастя твоє!&lt;br /&gt;</w:t>
        <w:br/>
        <w:t>Дивуватися долі твоїй саме час&lt;br /&gt;</w:t>
        <w:br/>
        <w:t>І найвища пора, о владарко!&lt;br /&gt;</w:t>
        <w:br/>
        <w:t>КЛІТЕМНЕСТРА&lt;br /&gt;</w:t>
        <w:br/>
        <w:t>Зійти, троянки, поможіть із повоза,&lt;br /&gt;</w:t>
        <w:br/>
        <w:t>Подайте руку, хай і я землі торкнусь.&lt;br /&gt;</w:t>
        <w:br/>
        <w:t>1000] Мій дім, хвала безсмертним, — весь у здобичі&lt;br /&gt;</w:t>
        <w:br/>
        <w:t>Фрігійській. А жінки ці, славна Трої знать, —&lt;br /&gt;</w:t>
        <w:br/>
        <w:t>За доню плата, хай і незначна вона,&lt;br /&gt;</w:t>
        <w:br/>
        <w:t>Та все ж і ними рада похвалитися.&lt;br /&gt;</w:t>
        <w:br/>
        <w:t>ЕЛЕКТРА&lt;br /&gt;</w:t>
        <w:br/>
        <w:t>Й мені дозволь, рабині, з дому вигнаній [273]&lt;br /&gt;</w:t>
        <w:br/>
        <w:t>Під ту жебрацьку крівлю, моя матінко,&lt;br /&gt;</w:t>
        <w:br/>
        <w:t>Тебе за руку взяти благодійницьку.&lt;br /&gt;</w:t>
        <w:br/>
        <w:t>КЛІТЕМНЕСТРА&lt;br /&gt;</w:t>
        <w:br/>
        <w:t>Це не твоя турбота: он же слуги є.&lt;br /&gt;</w:t>
        <w:br/>
        <w:t>ЕЛЕКТРА&lt;br /&gt;</w:t>
        <w:br/>
        <w:t>А я — не полонянка? Не позбавлена&lt;br /&gt;</w:t>
        <w:br/>
        <w:t>Захопленого збройно дому рідного,&lt;br /&gt;</w:t>
        <w:br/>
        <w:t>1010] Як і вони? Чи батька я не втратила?..&lt;br /&gt;</w:t>
        <w:br/>
        <w:t>КЛІТЕМНЕСТРА&lt;br /&gt;</w:t>
        <w:br/>
        <w:t>От він і винен, доню: на близьких своїх&lt;br /&gt;</w:t>
        <w:br/>
        <w:t>Лихі сплітав — хіба це чесно? — задуми.&lt;br /&gt;</w:t>
        <w:br/>
        <w:t>Про все скажу, хоч жінці, про яку пішла&lt;br /&gt;</w:t>
        <w:br/>
        <w:t>Недобра слава, всяк готов дошкулити,&lt;br /&gt;</w:t>
        <w:br/>
        <w:t>А це вже кривда. Вислухай і зваж на все,&lt;br /&gt;</w:t>
        <w:br/>
        <w:t>Тоді й гнівись, як буде за що гніватись,&lt;br /&gt;</w:t>
        <w:br/>
        <w:t>А як не буде, то хіба то слушний гнів?&lt;br /&gt;</w:t>
        <w:br/>
        <w:t>Не з тим, щоб я чи діти мої гинули,&lt;br /&gt;</w:t>
        <w:br/>
        <w:t>Мене за твого батька Тіндарей оддав.&lt;br /&gt;</w:t>
        <w:br/>
        <w:t>1020] Так от твій батько з дому взяв дитя моє,&lt;br /&gt;</w:t>
        <w:br/>
        <w:t>Немов на шлюб з Ахіллом, і куди одвіз? —&lt;br /&gt;</w:t>
        <w:br/>
        <w:t>В Авліду, й доню над жертовним вогнищем&lt;br /&gt;</w:t>
        <w:br/>
        <w:t>Немилосердним лезом, наче цвіт, скосив.&lt;br /&gt;</w:t>
        <w:br/>
        <w:t>Якби ж то в обороні міста рідного,&lt;br /&gt;</w:t>
        <w:br/>
        <w:t>Чи дому, чи щоб інших рятувать дітей,&lt;br /&gt;</w:t>
        <w:br/>
        <w:t>Одну — заради багатьох пожертвував!..&lt;br /&gt;</w:t>
        <w:br/>
        <w:t>Так ні ж! — Задля Єлени похітливої,&lt;br /&gt;</w:t>
        <w:br/>
        <w:t>Бо муж не вмів, бач, покарати зрадницю!&lt;br /&gt;</w:t>
        <w:br/>
        <w:t>Кохану доню — ради тих нікчем убив!..&lt;br /&gt;</w:t>
        <w:br/>
        <w:t>1030] Хоч як мене цим вразив, загнуздала я&lt;br /&gt;</w:t>
        <w:br/>
        <w:t>Свій гнів — не покінчила із убивцею.&lt;br /&gt;</w:t>
        <w:br/>
        <w:t>І що? Вернувшись, божевільну дівчину —&lt;br /&gt;</w:t>
        <w:br/>
        <w:t>Наложницю привіз він, і утримував&lt;br /&gt;</w:t>
        <w:br/>
        <w:t>В одному й тому ж домі двох жінок нараз.&lt;br /&gt;</w:t>
        <w:br/>
        <w:t>Таке вже те жіноцтво, що порадиш тут? —&lt;br /&gt;</w:t>
        <w:br/>
        <w:t>Хай муж на іншу гляне, вже й собі жона&lt;br /&gt;</w:t>
        <w:br/>
        <w:t>Йде вслід за мужем — на чужого зиркає.&lt;br /&gt;</w:t>
        <w:br/>
        <w:t>Чомусь в усьому жінку звинувачують,&lt;br /&gt;</w:t>
        <w:br/>
        <w:t>А чоловік, призвідник, — завжди осторонь.&lt;br /&gt;</w:t>
        <w:br/>
        <w:t>1040] От Менелая б викрав хтось. Чи мала б я&lt;br /&gt;</w:t>
        <w:br/>
        <w:t>Вбивать Ореста, аби знов сестра могла&lt;br /&gt;</w:t>
        <w:br/>
        <w:t>Втішатись Менелаєм? Як це батько твій&lt;br /&gt;</w:t>
        <w:br/>
        <w:t>Сприйняв би? Він безкарно міг дочку убить,&lt;br /&gt;</w:t>
        <w:br/>
        <w:t>А я — за сина постраждати б мусила?&lt;br /&gt;</w:t>
        <w:br/>
        <w:t>Отож я вбила: шлях мені один лишавсь —&lt;br /&gt;</w:t>
        <w:br/>
        <w:t>Із ворогами мужа, бо між друзями&lt;br /&gt;</w:t>
        <w:br/>
        <w:t>Помічника в убивстві чи могла б найти? [274]&lt;br /&gt;</w:t>
        <w:br/>
        <w:t>А зараз вільно й сміло ти переч мені —&lt;br /&gt;</w:t>
        <w:br/>
        <w:t>Доводь, що батько згинув незаслужено.&lt;br /&gt;</w:t>
        <w:br/>
        <w:t>ПРОВІДНИЦЯ ХОРУ&lt;br /&gt;</w:t>
        <w:br/>
        <w:t>1050] Ти права, та водночас — гідна осуду.&lt;br /&gt;</w:t>
        <w:br/>
        <w:t>Бо кожна жінка, як лише розсудлива&lt;br /&gt;</w:t>
        <w:br/>
        <w:t>(Про інших тут помовчу), мужа слухатись&lt;br /&gt;</w:t>
        <w:br/>
        <w:t>Без перекорів мусить, — ясно всякому.&lt;br /&gt;</w:t>
        <w:br/>
        <w:t>Клітемнестра хоче від'їхати.&lt;br /&gt;</w:t>
        <w:br/>
        <w:t>ЕЛЕКТРА&lt;br /&gt;</w:t>
        <w:br/>
        <w:t>Стривай! Хіба забула щойно сказане —&lt;br /&gt;</w:t>
        <w:br/>
        <w:t>Що все сказати можу, не ховаючись?&lt;br /&gt;</w:t>
        <w:br/>
        <w:t>КЛІТЕМНЕСТРА&lt;br /&gt;</w:t>
        <w:br/>
        <w:t>Казала й кажу ще раз: будь одвертою.&lt;br /&gt;</w:t>
        <w:br/>
        <w:t>ЕЛЕКТРА&lt;br /&gt;</w:t>
        <w:br/>
        <w:t>А за одвертість тут же буду скарана?&lt;br /&gt;</w:t>
        <w:br/>
        <w:t>КЛІТЕМНЕСТРА&lt;br /&gt;</w:t>
        <w:br/>
        <w:t>О ні! Приглянусь радо й до твоїх думок.&lt;br /&gt;</w:t>
        <w:br/>
        <w:t>ЕЛЕКТРА&lt;br /&gt;</w:t>
        <w:br/>
        <w:t>Хай так. А перше слово буде ось яке:&lt;br /&gt;</w:t>
        <w:br/>
        <w:t>1060] Якби ти, ненько, ще була й розумною!&lt;br /&gt;</w:t>
        <w:br/>
        <w:t>Бо щодо вроди — важко щось закинути&lt;br /&gt;</w:t>
        <w:br/>
        <w:t>Тобі й Єлені, — гідні одна одної&lt;br /&gt;</w:t>
        <w:br/>
        <w:t>Ви сестри, та не гідні брата, Кастора.&lt;br /&gt;</w:t>
        <w:br/>
        <w:t>Ця — в Трою подалася, не впираючись,&lt;br /&gt;</w:t>
        <w:br/>
        <w:t>За звабником, ти — вбила найславнішого&lt;br /&gt;</w:t>
        <w:br/>
        <w:t>3-між еллінів: за доню мстила начебто —&lt;br /&gt;</w:t>
        <w:br/>
        <w:t>На інших, не на мене, туману пускай!&lt;br /&gt;</w:t>
        <w:br/>
        <w:t>Ще ж і дочку для жертви не призначили,&lt;br /&gt;</w:t>
        <w:br/>
        <w:t>Ще й чоловік не встиг був за поріг ступить,&lt;br /&gt;</w:t>
        <w:br/>
        <w:t>1070] А ти вже чепурилась перед дзеркалом.&lt;br /&gt;</w:t>
        <w:br/>
        <w:t>Чи ж то годиться жінці хорошитися&lt;br /&gt;</w:t>
        <w:br/>
        <w:t>Для інших у відсутності господаря?&lt;br /&gt;</w:t>
        <w:br/>
        <w:t>Для чого виставляти напоказ усім&lt;br /&gt;</w:t>
        <w:br/>
        <w:t>Свої принади? Таж не для добра, мабуть.&lt;br /&gt;</w:t>
        <w:br/>
        <w:t>Серед жінок Еллади ти одна лишень&lt;br /&gt;</w:t>
        <w:br/>
        <w:t>Троянцям співчувала: пощастило їм —&lt;br /&gt;</w:t>
        <w:br/>
        <w:t>Раділа; не щастило — зір твій хмарився:&lt;br /&gt;</w:t>
        <w:br/>
        <w:t>Боялась, що з походу муж повернеться.&lt;br /&gt;</w:t>
        <w:br/>
        <w:t>Цнотливість же ти легко вберегти могла:&lt;br /&gt;</w:t>
        <w:br/>
        <w:t>1080] Був муж у тебе, вождь загонів еллінських&lt;br /&gt;</w:t>
        <w:br/>
        <w:t>(Егіст йому не рівня!) — гідний вірності.&lt;br /&gt;</w:t>
        <w:br/>
        <w:t>Сестри ж, Єлени, вчинок міг служить тобі&lt;br /&gt;</w:t>
        <w:br/>
        <w:t>Для слави чималої, бо й лихі діла —&lt;br /&gt;</w:t>
        <w:br/>
        <w:t>Наука добра: як не слід поводитись. [275]&lt;br /&gt;</w:t>
        <w:br/>
        <w:t>Ну от ти кажеш: твою доню батько вбив.&lt;br /&gt;</w:t>
        <w:br/>
        <w:t>А я і брат мій — чим тебе покривдили?&lt;br /&gt;</w:t>
        <w:br/>
        <w:t>Чому ж, убивши мужа, дому отчого&lt;br /&gt;</w:t>
        <w:br/>
        <w:t>Не віддала нам?.. Чужака взяла собі&lt;br /&gt;</w:t>
        <w:br/>
        <w:t>На ложе — нашим коштом одружилася.&lt;br /&gt;</w:t>
        <w:br/>
        <w:t>1090] Чому замість Ореста геть не вигнаний&lt;br /&gt;</w:t>
        <w:br/>
        <w:t>Егіст? Чому не вбитий? Вдвічі тяжче він&lt;br /&gt;</w:t>
        <w:br/>
        <w:t>Мене скарав, ніж батько — Іфігенію.&lt;br /&gt;</w:t>
        <w:br/>
        <w:t>Якщо убивці кров'ю кров змивається, —&lt;br /&gt;</w:t>
        <w:br/>
        <w:t>Тоді вб'ємо й тебе ми, діти-месники;&lt;br /&gt;</w:t>
        <w:br/>
        <w:t>Вчинила ти по праву — й ми те вчинимо.&lt;br /&gt;</w:t>
        <w:br/>
        <w:t>Хто, на багатство чи на рід поквапившись,&lt;br /&gt;</w:t>
        <w:br/>
        <w:t>Жону взяв підлу, — дурень той: з незнатною,&lt;br /&gt;</w:t>
        <w:br/>
        <w:t>Аби лиш скромна, співжиття спокійніше.&lt;br /&gt;</w:t>
        <w:br/>
        <w:t>ПРОВІДНИЦЯ ХОРУ&lt;br /&gt;</w:t>
        <w:br/>
        <w:t>Одруження — це жереб: тому трапиться&lt;br /&gt;</w:t>
        <w:br/>
        <w:t>1100] Дружина добра, іншому — напасть одна.&lt;br /&gt;</w:t>
        <w:br/>
        <w:t>КЛІТЕМНЕСТРА&lt;br /&gt;</w:t>
        <w:br/>
        <w:t>До батька, доню, змалку ти горнулася.&lt;br /&gt;</w:t>
        <w:br/>
        <w:t>Так є вже від природи: з діточок одні&lt;br /&gt;</w:t>
        <w:br/>
        <w:t>Душею тільки з батьком, інші — з матір'ю.&lt;br /&gt;</w:t>
        <w:br/>
        <w:t>Не маю зла до тебе. Бо ж і я тепер&lt;br /&gt;</w:t>
        <w:br/>
        <w:t>Із свого вчинку, доню, не вдоволена.&lt;br /&gt;</w:t>
        <w:br/>
        <w:t>Собі ж на горе я сплела ті задуми!..&lt;br /&gt;</w:t>
        <w:br/>
        <w:t>Не треба було гніву так роздмухувать!&lt;br /&gt;</w:t>
        <w:br/>
        <w:t>ЕЛЕКТРА&lt;br /&gt;</w:t>
        <w:br/>
        <w:t>Дарма стогнати: сталось — не поправити.&lt;br /&gt;</w:t>
        <w:br/>
        <w:t>Нема вже батька. А чому ж і досі ще&lt;br /&gt;</w:t>
        <w:br/>
        <w:t>1110] Ти сина не вернула із країв чужих?&lt;br /&gt;</w:t>
        <w:br/>
        <w:t>КЛІТЕМНЕСТРА&lt;br /&gt;</w:t>
        <w:br/>
        <w:t>Боюсь. Про себе, не про нього, думаю:&lt;br /&gt;</w:t>
        <w:br/>
        <w:t>За вбивство батька, чула я, гнівиться він.&lt;br /&gt;</w:t>
        <w:br/>
        <w:t>ЕЛЕКТРА&lt;br /&gt;</w:t>
        <w:br/>
        <w:t>Чому ж твій муж на мене так розлючений?&lt;br /&gt;</w:t>
        <w:br/>
        <w:t>КЛІТЕМНЕСТРА&lt;br /&gt;</w:t>
        <w:br/>
        <w:t>Така вже вдача. Але й ти — не з лагідних.&lt;br /&gt;</w:t>
        <w:br/>
        <w:t>ЕЛЕКТРА&lt;br /&gt;</w:t>
        <w:br/>
        <w:t>Душа болить… Та скоро втихомирю гнів.&lt;br /&gt;</w:t>
        <w:br/>
        <w:t>КЛІТЕМНЕСТРА&lt;br /&gt;</w:t>
        <w:br/>
        <w:t>Тоді до тебе стане й він прихильнішим.&lt;br /&gt;</w:t>
        <w:br/>
        <w:t>ЕЛЕКТРА&lt;br /&gt;</w:t>
        <w:br/>
        <w:t>Зухвалий надто… Під моєю крівлею… [276]&lt;br /&gt;</w:t>
        <w:br/>
        <w:t>КЛІТЕМНЕСТРА&lt;br /&gt;</w:t>
        <w:br/>
        <w:t>От бачиш? Ти вже знову за своє взялась.&lt;br /&gt;</w:t>
        <w:br/>
        <w:t>ЕЛЕКТРА&lt;br /&gt;</w:t>
        <w:br/>
        <w:t>Мовчу. Бо все ж боюся, все ж боюсь його.&lt;br /&gt;</w:t>
        <w:br/>
        <w:t>КЛІТЕМНЕСТРА&lt;br /&gt;</w:t>
        <w:br/>
        <w:t>1120] Облишмо це. За мною посилала ти?&lt;br /&gt;</w:t>
        <w:br/>
        <w:t>ЕЛЕКТРА&lt;br /&gt;</w:t>
        <w:br/>
        <w:t>Авжеж. Напевне, чула: в мене син родивсь.&lt;br /&gt;</w:t>
        <w:br/>
        <w:t>Порадь щодо обряду: вже ж десятий раз&lt;br /&gt;</w:t>
        <w:br/>
        <w:t>Із неба гляне місяць на дитя моє…&lt;br /&gt;</w:t>
        <w:br/>
        <w:t>Як бути тут, не знаю — недосвідчена.&lt;br /&gt;</w:t>
        <w:br/>
        <w:t>КЛІТЕМНЕСТРА&lt;br /&gt;</w:t>
        <w:br/>
        <w:t>Про це вже хай подбає повивальниця.&lt;br /&gt;</w:t>
        <w:br/>
        <w:t>ЕЛЕКТРА&lt;br /&gt;</w:t>
        <w:br/>
        <w:t>Сама, без допомоги, народила я.&lt;br /&gt;</w:t>
        <w:br/>
        <w:t>КЛІТЕМНЕСТРА&lt;br /&gt;</w:t>
        <w:br/>
        <w:t>Невже таке безлюддя?.. Ні душі довкіл?..&lt;br /&gt;</w:t>
        <w:br/>
        <w:t>ЕЛЕКТРА&lt;br /&gt;</w:t>
        <w:br/>
        <w:t>А хто спішить з убогим родичатися?&lt;br /&gt;</w:t>
        <w:br/>
        <w:t>КЛІТЕМНЕСТРА&lt;br /&gt;</w:t>
        <w:br/>
        <w:t>І справді: неомита, наготу свою&lt;br /&gt;</w:t>
        <w:br/>
        <w:t>1130] Ти ледь прикрила… Породілля все-таки.&lt;br /&gt;</w:t>
        <w:br/>
        <w:t>Піду, щоб жертву скласти за десятий день&lt;br /&gt;</w:t>
        <w:br/>
        <w:t>Твого дитяти. А зробивши ласку цю,&lt;br /&gt;</w:t>
        <w:br/>
        <w:t>Майну на поле: німф там ушановує&lt;br /&gt;</w:t>
        <w:br/>
        <w:t>Мій муж. А рисаків цих поприв'язуйте&lt;br /&gt;</w:t>
        <w:br/>
        <w:t>До ясел, слуги. Тільки діло впораю, —&lt;br /&gt;</w:t>
        <w:br/>
        <w:t>Безсмертних уласкавлю — будьте знову тут:&lt;br /&gt;</w:t>
        <w:br/>
        <w:t>Ще й мужеві потрібно прислужитися.&lt;br /&gt;</w:t>
        <w:br/>
        <w:t>ЕЛЕКТРА&lt;br /&gt;</w:t>
        <w:br/>
        <w:t>Ввійди ж в убогу хату. Та гляди лишень,&lt;br /&gt;</w:t>
        <w:br/>
        <w:t>Скрізь кіптява тут — одяг можеш вимазать.&lt;br /&gt;</w:t>
        <w:br/>
        <w:t>1140] А щодо жертви — гідно ти складеш її.&lt;br /&gt;</w:t>
        <w:br/>
        <w:t>(Клітемнестра входить у дім).&lt;br /&gt;</w:t>
        <w:br/>
        <w:t>Корзина он готова, ніж — нагострений,&lt;br /&gt;</w:t>
        <w:br/>
        <w:t>Що вклав бика. Там місце і для тебе є.&lt;br /&gt;</w:t>
        <w:br/>
        <w:t>Ти й в підземеллі ложе з тим ділитимеш,&lt;br /&gt;</w:t>
        <w:br/>
        <w:t>З ким тут кохалась. І, нарешті, борг мені&lt;br /&gt;</w:t>
        <w:br/>
        <w:t>Сповна заплатиш — за пролиту батька кров.&lt;br /&gt;</w:t>
        <w:br/>
        <w:t>Відходить. [277]</w:t>
      </w:r>
    </w:p>
    <w:p>
      <w:r>
        <w:br/>
        <w:t>СТАСИМ ЧЕТВЕРТИЙ&lt;br /&gt;</w:t>
        <w:br/>
        <w:t>ХОР&lt;br /&gt;</w:t>
        <w:br/>
        <w:t>Строфа&lt;br /&gt;</w:t>
        <w:br/>
        <w:t>Біді — теж є край:&lt;br /&gt;</w:t>
        <w:br/>
        <w:t>Он увірвався в дім&lt;br /&gt;</w:t>
        <w:br/>
        <w:t>Борвій — дух новий!&lt;br /&gt;</w:t>
        <w:br/>
        <w:t>Мій владар колись&lt;br /&gt;</w:t>
        <w:br/>
        <w:t>1150] У купальні поник головою, —&lt;br /&gt;</w:t>
        <w:br/>
        <w:t>Й тут же луна пішла&lt;br /&gt;</w:t>
        <w:br/>
        <w:t>Між кам'яних колон&lt;br /&gt;</w:t>
        <w:br/>
        <w:t>Ген аж до сволоків:&lt;br /&gt;</w:t>
        <w:br/>
        <w:t>"За що, — зойкнув він, —&lt;br /&gt;</w:t>
        <w:br/>
        <w:t>Жоно-зраднице,&lt;br /&gt;</w:t>
        <w:br/>
        <w:t>Убиваєш мене, хто на рідну&lt;br /&gt;</w:t>
        <w:br/>
        <w:t>Землю з війни вернувсь&lt;br /&gt;</w:t>
        <w:br/>
        <w:t>Після десятих жнив?.."&lt;br /&gt;</w:t>
        <w:br/>
        <w:t>Антистрофа&lt;br /&gt;</w:t>
        <w:br/>
        <w:t>Так ось — сталось те,&lt;br /&gt;</w:t>
        <w:br/>
        <w:t>1160] Що мало статися:&lt;br /&gt;</w:t>
        <w:br/>
        <w:t>В пастку смертельну цю&lt;br /&gt;</w:t>
        <w:br/>
        <w:t>Правда вела й тебе,&lt;br /&gt;</w:t>
        <w:br/>
        <w:t>О блуднице! Завіщо на мужа,&lt;br /&gt;</w:t>
        <w:br/>
        <w:t>Що до кіклопових&lt;br /&gt;</w:t>
        <w:br/>
        <w:t>Стін так пізно вернувсь,&lt;br /&gt;</w:t>
        <w:br/>
        <w:t>Ти підняла топір?&lt;br /&gt;</w:t>
        <w:br/>
        <w:t>Жахна помста ця, —&lt;br /&gt;</w:t>
        <w:br/>
        <w:t>Оправдання не буде для неї,&lt;br /&gt;</w:t>
        <w:br/>
        <w:t>Хоч би яких страждань&lt;br /&gt;</w:t>
        <w:br/>
        <w:t>1170] Не зазнавала ти!</w:t>
      </w:r>
    </w:p>
    <w:p>
      <w:r>
        <w:br/>
        <w:t>ЕПОД&lt;br /&gt;</w:t>
        <w:br/>
        <w:t>Так левиця йде, не вагаючись,&lt;br /&gt;</w:t>
        <w:br/>
        <w:t>На розбій, на кров десь у заростях.&lt;br /&gt;</w:t>
        <w:br/>
        <w:t>КЛІТЕМНЕСТРА&lt;br /&gt;</w:t>
        <w:br/>
        <w:t>(за сценою)&lt;br /&gt;</w:t>
        <w:br/>
        <w:t>О діти! Згляньтесь… Не вбивайте матері!&lt;br /&gt;</w:t>
        <w:br/>
        <w:t>ПРОВІДНИЦЯ ХОРУ&lt;br /&gt;</w:t>
        <w:br/>
        <w:t>У домі крики… Чуєте?..&lt;br /&gt;</w:t>
        <w:br/>
        <w:t>КЛІТЕМНЕСТРА&lt;br /&gt;</w:t>
        <w:br/>
        <w:t>Біда!.. Біда мені!..&lt;br /&gt;</w:t>
        <w:br/>
        <w:t>ПРОВІДНИЦЯ ХОРУ [278]&lt;br /&gt;</w:t>
        <w:br/>
        <w:t>Від рук дітей упасти!.. Невимовний жах!..&lt;br /&gt;</w:t>
        <w:br/>
        <w:t>ХОР&lt;br /&gt;</w:t>
        <w:br/>
        <w:t>Верх божество бере — в слушну карає мить.&lt;br /&gt;</w:t>
        <w:br/>
        <w:t>Муки страшні твої, але ж і мужа ти&lt;br /&gt;</w:t>
        <w:br/>
        <w:t>Вбила, негіднице!</w:t>
      </w:r>
    </w:p>
    <w:p>
      <w:r>
        <w:br/>
        <w:t>ЕКСОД&lt;br /&gt;</w:t>
        <w:br/>
        <w:t>З дому виходять Орест і Електра. Слуги виносять тіла&lt;br /&gt;</w:t>
        <w:br/>
        <w:t>Клітемнестри та Егіста і кладуть їх перед будинком.&lt;br /&gt;</w:t>
        <w:br/>
        <w:t>ПРОВІДНИЦЯ ХОРУ&lt;br /&gt;</w:t>
        <w:br/>
        <w:t>1180] Он вийшли з дому. Бачиш? У крові вони&lt;br /&gt;</w:t>
        <w:br/>
        <w:t>Ще свіжій материнській — перемоги знак&lt;br /&gt;</w:t>
        <w:br/>
        <w:t>Жахливої!.. Чи в світі ще десь є такий&lt;br /&gt;</w:t>
        <w:br/>
        <w:t>Злощасний рід, як цей ось — рід Танталових&lt;br /&gt;</w:t>
        <w:br/>
        <w:t>Нащадків?.. І немає, й не було ніде.</w:t>
      </w:r>
    </w:p>
    <w:p>
      <w:r>
        <w:br/>
        <w:t>КОММОС&lt;br /&gt;</w:t>
        <w:br/>
        <w:t>ОРЕСТ&lt;br /&gt;</w:t>
        <w:br/>
        <w:t>Строфа І&lt;br /&gt;</w:t>
        <w:br/>
        <w:t>О Земле! О Зевсе, що бачиш діла людей!&lt;br /&gt;</w:t>
        <w:br/>
        <w:t>Глянь на два трупи скривавлені, —&lt;br /&gt;</w:t>
        <w:br/>
        <w:t>Цією правицею вклав я обох,&lt;br /&gt;</w:t>
        <w:br/>
        <w:t>За муки мої поплатились вони.&lt;br /&gt;</w:t>
        <w:br/>
        <w:t>ЕЛЕКТРА&lt;br /&gt;</w:t>
        <w:br/>
        <w:t>Як тяжко, брате!.. Але я виною тут,&lt;br /&gt;</w:t>
        <w:br/>
        <w:t>1190] Бо гнівом палала душа моя&lt;br /&gt;</w:t>
        <w:br/>
        <w:t>До неньки, яка сповила мене.&lt;br /&gt;</w:t>
        <w:br/>
        <w:t>ХОР&lt;br /&gt;</w:t>
        <w:br/>
        <w:t>Собі ж на люте горе стала матір'ю!..&lt;br /&gt;</w:t>
        <w:br/>
        <w:t>Гіркий, безрадісний жереб твій!..&lt;br /&gt;</w:t>
        <w:br/>
        <w:t>Від сина й доньки — смерть така…&lt;br /&gt;</w:t>
        <w:br/>
        <w:t>За вбивство їх батька сповна сплатила.&lt;br /&gt;</w:t>
        <w:br/>
        <w:t>ОРЕСТ&lt;br /&gt;</w:t>
        <w:br/>
        <w:t>Антистрофа І&lt;br /&gt;</w:t>
        <w:br/>
        <w:t>О Фебе, ти кару мені напророчив було —&lt;br /&gt;</w:t>
        <w:br/>
        <w:t>Й нині на темні слова свої&lt;br /&gt;</w:t>
        <w:br/>
        <w:t>Ти світло пролив. Мушу йти відсіля.&lt;br /&gt;</w:t>
        <w:br/>
        <w:t>Але де свою голову я прихилю? [279]&lt;br /&gt;</w:t>
        <w:br/>
        <w:t>1200] Де той край? Де чужинець чи приятель той,&lt;br /&gt;</w:t>
        <w:br/>
        <w:t>Хто надав би мені&lt;br /&gt;</w:t>
        <w:br/>
        <w:t>Притулок — матеревбивці?&lt;br /&gt;</w:t>
        <w:br/>
        <w:t>ЕЛЕКТРА&lt;br /&gt;</w:t>
        <w:br/>
        <w:t>А я?.. В дівоче коло не вплетусь уже,&lt;br /&gt;</w:t>
        <w:br/>
        <w:t>Та й заміж не вийду: де муж такий,&lt;br /&gt;</w:t>
        <w:br/>
        <w:t>Що взяв би убивцю на ложе своє?&lt;br /&gt;</w:t>
        <w:br/>
        <w:t>ХОР&lt;br /&gt;</w:t>
        <w:br/>
        <w:t>Куди дме вітер — отуди й думки твої:&lt;br /&gt;</w:t>
        <w:br/>
        <w:t>Тепер — ласкава, розсудлива,&lt;br /&gt;</w:t>
        <w:br/>
        <w:t>А щойно — брату ніж до рук,&lt;br /&gt;</w:t>
        <w:br/>
        <w:t>Хоч не хотів він того, вкладала.&lt;br /&gt;</w:t>
        <w:br/>
        <w:t>ОРЕСТ&lt;br /&gt;</w:t>
        <w:br/>
        <w:t>Строфа II&lt;br /&gt;</w:t>
        <w:br/>
        <w:t>1210] Ти бачила, як ненька під ножем моїм,&lt;br /&gt;</w:t>
        <w:br/>
        <w:t>Щоб я зласкавивсь, груди оголила?..&lt;br /&gt;</w:t>
        <w:br/>
        <w:t>Звивалась на землі&lt;br /&gt;</w:t>
        <w:br/>
        <w:t>Всім тілом материнським!.. Стало жаль її…&lt;br /&gt;</w:t>
        <w:br/>
        <w:t>ХОР&lt;br /&gt;</w:t>
        <w:br/>
        <w:t>Таж певно!.. Лемент неньки слухать синові —&lt;br /&gt;</w:t>
        <w:br/>
        <w:t>Який то біль!..&lt;br /&gt;</w:t>
        <w:br/>
        <w:t>Ненька — завжди ненька!..&lt;br /&gt;</w:t>
        <w:br/>
        <w:t>Антистрофа II&lt;br /&gt;</w:t>
        <w:br/>
        <w:t>Торкнувшись підборіддя мого, зойкнула:&lt;br /&gt;</w:t>
        <w:br/>
        <w:t>"0] зглянься на нещасну матір, сину!"&lt;br /&gt;</w:t>
        <w:br/>
        <w:t>1220] І ніж мені з правиці тут же випорснув.&lt;br /&gt;</w:t>
        <w:br/>
        <w:t>ХОР&lt;br /&gt;</w:t>
        <w:br/>
        <w:t>Нещасна!.. Та нелегко й сину бачити,&lt;br /&gt;</w:t>
        <w:br/>
        <w:t>Як ненька&lt;br /&gt;</w:t>
        <w:br/>
        <w:t>Душу видихає…&lt;br /&gt;</w:t>
        <w:br/>
        <w:t>ОРЕСТ&lt;br /&gt;</w:t>
        <w:br/>
        <w:t>Строфа III&lt;br /&gt;</w:t>
        <w:br/>
        <w:t>Плащем прикривши собі лице,&lt;br /&gt;</w:t>
        <w:br/>
        <w:t>Наосліп я&lt;br /&gt;</w:t>
        <w:br/>
        <w:t>Вдарив, скільки сил було, —&lt;br /&gt;</w:t>
        <w:br/>
        <w:t>Матері шию залізом пройняв.&lt;br /&gt;</w:t>
        <w:br/>
        <w:t>ЕЛЕКТРА&lt;br /&gt;</w:t>
        <w:br/>
        <w:t>А я ще й квапила тебе,&lt;br /&gt;</w:t>
        <w:br/>
        <w:t>Я теж націлювала ніж!.. [280]&lt;br /&gt;</w:t>
        <w:br/>
        <w:t>ХОР&lt;br /&gt;</w:t>
        <w:br/>
        <w:t>1230] Справді жахне ти вчинила вбивство!&lt;br /&gt;</w:t>
        <w:br/>
        <w:t>ОРЕСТ&lt;br /&gt;</w:t>
        <w:br/>
        <w:t>Антистрофа III&lt;br /&gt;</w:t>
        <w:br/>
        <w:t>Візьми ось, матері тіло вкрий&lt;br /&gt;</w:t>
        <w:br/>
        <w:t>Скривавлене.&lt;br /&gt;</w:t>
        <w:br/>
        <w:t>Так-то, нене: смерть свою —&lt;br /&gt;</w:t>
        <w:br/>
        <w:t>Вбивців — у лоні носила ти.&lt;br /&gt;</w:t>
        <w:br/>
        <w:t>ЕЛЕКТРА&lt;br /&gt;</w:t>
        <w:br/>
        <w:t>Нелюбу й любу водночас, —&lt;br /&gt;</w:t>
        <w:br/>
        <w:t>Плащем тебе вкриваємо…&lt;br /&gt;</w:t>
        <w:br/>
        <w:t>ХОР&lt;br /&gt;</w:t>
        <w:br/>
        <w:t>Бід наших лютих вінець жахливий!..&lt;br /&gt;</w:t>
        <w:br/>
        <w:t>Над будинком появляються Діоскури —&lt;br /&gt;</w:t>
        <w:br/>
        <w:t>Кастор і Полідевк.&lt;br /&gt;</w:t>
        <w:br/>
        <w:t>ПРОВІДНИЦЯ ХОРУ&lt;br /&gt;</w:t>
        <w:br/>
        <w:t>Це що маячить над палацом ген&lt;br /&gt;</w:t>
        <w:br/>
        <w:t>Угорі? Божества? Небожителі?..&lt;br /&gt;</w:t>
        <w:br/>
        <w:t>1240] Не смертні ж тропою ефірною&lt;br /&gt;</w:t>
        <w:br/>
        <w:t>Ступають. Навіщо на очі нам&lt;br /&gt;</w:t>
        <w:br/>
        <w:t>Показались боги невмирущі?&lt;br /&gt;</w:t>
        <w:br/>
        <w:t>КАСТОР&lt;br /&gt;</w:t>
        <w:br/>
        <w:t>До тебе мовим, сину Агамемнона, —&lt;br /&gt;</w:t>
        <w:br/>
        <w:t>Брати твоєї неньки: Полідевк ось цей&lt;br /&gt;</w:t>
        <w:br/>
        <w:t>І я з ним, Кастор, близнюки два Зевсові.&lt;br /&gt;</w:t>
        <w:br/>
        <w:t>Всмиривши море, що стрясало суднами,&lt;br /&gt;</w:t>
        <w:br/>
        <w:t>Ми в Аргос повернулись, от і вздріли тут&lt;br /&gt;</w:t>
        <w:br/>
        <w:t>Сестриці кров пролиту, неньки вашої…&lt;br /&gt;</w:t>
        <w:br/>
        <w:t>Покара справедлива, та не вчинок твій.&lt;br /&gt;</w:t>
        <w:br/>
        <w:t>1250] Це Феб… Та змовчу: мій володар все-таки.&lt;br /&gt;</w:t>
        <w:br/>
        <w:t>Хоч мудрий сам, — немудре повелів тобі —&lt;br /&gt;</w:t>
        <w:br/>
        <w:t>Й коритись мусиш, далі — те виконувать,&lt;br /&gt;</w:t>
        <w:br/>
        <w:t>Що вирішила Мойра, що Кронід схвалив:&lt;br /&gt;</w:t>
        <w:br/>
        <w:t>Електру заміж за Пілада видавши,&lt;br /&gt;</w:t>
        <w:br/>
        <w:t>Покинь свою вітчизну: в межі Аргосу,&lt;br /&gt;</w:t>
        <w:br/>
        <w:t>Убивши матір, не годиться входити.&lt;br /&gt;</w:t>
        <w:br/>
        <w:t>Песиголовки-кери за тобою вслід,&lt;br /&gt;</w:t>
        <w:br/>
        <w:t>Куди б ти не подався, люті, мчатимуть.&lt;br /&gt;</w:t>
        <w:br/>
        <w:t>В Афінах — пригорнися до священного&lt;br /&gt;</w:t>
        <w:br/>
        <w:t>1260] Зображення Паллади — вмить одступляться&lt;br /&gt;</w:t>
        <w:br/>
        <w:t>Змієволосі кери, не торкнуть тебе,&lt;br /&gt;</w:t>
        <w:br/>
        <w:t>Адже в безпеці будеш — під егідою.&lt;br /&gt;</w:t>
        <w:br/>
        <w:t>Там є Ареса пагорб, де боги колись [281]&lt;br /&gt;</w:t>
        <w:br/>
        <w:t>Уперше щодо крові суд виносили,&lt;br /&gt;</w:t>
        <w:br/>
        <w:t>Коли Арес жахний вбив Галірротія,&lt;br /&gt;</w:t>
        <w:br/>
        <w:t>Морського бога парость, за дочку свою&lt;br /&gt;</w:t>
        <w:br/>
        <w:t>Знеславлену. Ось там-то видають боги&lt;br /&gt;</w:t>
        <w:br/>
        <w:t>Свої найвищі, непомильні рішення.&lt;br /&gt;</w:t>
        <w:br/>
        <w:t>Й тебе там за пролиту кров судитимуть.&lt;br /&gt;</w:t>
        <w:br/>
        <w:t>1270] Та голоси, розподілившись порівну,&lt;br /&gt;</w:t>
        <w:br/>
        <w:t>Тебе врятують. Локсій візьме сам вину&lt;br /&gt;</w:t>
        <w:br/>
        <w:t>На себе — віщував же вбивство матері.&lt;br /&gt;</w:t>
        <w:br/>
        <w:t>Й так завжди буде: рівний поділ жеребів&lt;br /&gt;</w:t>
        <w:br/>
        <w:t>Од кари винуватців увільнятиме.&lt;br /&gt;</w:t>
        <w:br/>
        <w:t>Ерінії ж, у саме серце вражені,&lt;br /&gt;</w:t>
        <w:br/>
        <w:t>Проваляться крізь землю побіч пагорба:&lt;br /&gt;</w:t>
        <w:br/>
        <w:t>Там буде місце віщування, знане всім.&lt;br /&gt;</w:t>
        <w:br/>
        <w:t>Тобі — в землі аркадській, де Алфей пливе,&lt;br /&gt;</w:t>
        <w:br/>
        <w:t>Селитися, де Зевса храм Лікейського.&lt;br /&gt;</w:t>
        <w:br/>
        <w:t>1280] Твоїм ім'ям там буде й місто назване.&lt;br /&gt;</w:t>
        <w:br/>
        <w:t>Це щодо тебе. Далі: труп Егіста хай&lt;br /&gt;</w:t>
        <w:br/>
        <w:t>Аргосці поховають. Твою матір же —&lt;br /&gt;</w:t>
        <w:br/>
        <w:t>До Навплія прибулий морем тільки-но&lt;br /&gt;</w:t>
        <w:br/>
        <w:t>З-під Трої, що в руїнах, Менелай-владар&lt;br /&gt;</w:t>
        <w:br/>
        <w:t>З Єленою схоронять. Із Протеєвих&lt;br /&gt;</w:t>
        <w:br/>
        <w:t>Палат вона, з Єгипту, повернулася,&lt;br /&gt;</w:t>
        <w:br/>
        <w:t>У Фрігії не бувши: Зевс послав туди&lt;br /&gt;</w:t>
        <w:br/>
        <w:t>Для гніву та для вбивства тільки тінь її.&lt;br /&gt;</w:t>
        <w:br/>
        <w:t>Пілад, Електру взявши, хай збирається&lt;br /&gt;</w:t>
        <w:br/>
        <w:t>1290] у край ахейський, хай веде дружину в дім.&lt;br /&gt;</w:t>
        <w:br/>
        <w:t>А твого зятя, що лиш називався ним,&lt;br /&gt;</w:t>
        <w:br/>
        <w:t>Нехай, обдарувавши, у Фокіду шле.&lt;br /&gt;</w:t>
        <w:br/>
        <w:t>Тобі ж дорога — до коси істмійської,&lt;br /&gt;</w:t>
        <w:br/>
        <w:t>До благодатних пагорбів Кекропії…&lt;br /&gt;</w:t>
        <w:br/>
        <w:t>Свій вчинок переживши, перемучившись,&lt;br /&gt;</w:t>
        <w:br/>
        <w:t>Діждешся і для себе долі кращої.&lt;br /&gt;</w:t>
        <w:br/>
        <w:t>ПРОВІДНИЦЯ ХОРУ&lt;br /&gt;</w:t>
        <w:br/>
        <w:t>Чи дозволено, Зевса нащадку, й нам&lt;br /&gt;</w:t>
        <w:br/>
        <w:t>До розмови й свої доплести слова?&lt;br /&gt;</w:t>
        <w:br/>
        <w:t>КАСТОР&lt;br /&gt;</w:t>
        <w:br/>
        <w:t>Дозволено: кров не тяжить на вас.&lt;br /&gt;</w:t>
        <w:br/>
        <w:t>ОРЕСТ&lt;br /&gt;</w:t>
        <w:br/>
        <w:t>1300] А можна й мені, Тіндарея сини?&lt;br /&gt;</w:t>
        <w:br/>
        <w:t>КАСТОР&lt;br /&gt;</w:t>
        <w:br/>
        <w:t>Й тобі: я ж на Феба за вбивство це&lt;br /&gt;</w:t>
        <w:br/>
        <w:t>Покладаю вину.&lt;br /&gt;</w:t>
        <w:br/>
        <w:t>ПРОВІДНИЦЯ ХОРУ&lt;br /&gt;</w:t>
        <w:br/>
        <w:t>Ви ж боги, та й братами доводитесь тій, [282]&lt;br /&gt;</w:t>
        <w:br/>
        <w:t>Що незрушно лежить,&lt;br /&gt;</w:t>
        <w:br/>
        <w:t>То чому ж таке лихо впустили в дім?&lt;br /&gt;</w:t>
        <w:br/>
        <w:t>КАСТОР&lt;br /&gt;</w:t>
        <w:br/>
        <w:t>Невідхильністю долі зумовлено все —&lt;br /&gt;</w:t>
        <w:br/>
        <w:t>Й навіть Фебове слово немудре, на жаль.&lt;br /&gt;</w:t>
        <w:br/>
        <w:t>ЕЛЕКТРА&lt;br /&gt;</w:t>
        <w:br/>
        <w:t>Та який Аполлон, віщування яке&lt;br /&gt;</w:t>
        <w:br/>
        <w:t>Спонукали й мене вбити матінку?&lt;br /&gt;</w:t>
        <w:br/>
        <w:t>КАСТОР&lt;br /&gt;</w:t>
        <w:br/>
        <w:t>1310] І вчинки, й доля — спільні у вас,&lt;br /&gt;</w:t>
        <w:br/>
        <w:t>Одна вас обох&lt;br /&gt;</w:t>
        <w:br/>
        <w:t>Вина ваших предків згубила.&lt;br /&gt;</w:t>
        <w:br/>
        <w:t>ОРЕСТ&lt;br /&gt;</w:t>
        <w:br/>
        <w:t>Як довго я, сестро, не бачив тебе!&lt;br /&gt;</w:t>
        <w:br/>
        <w:t>Зустрів — і втрачаю: світ за очі знов&lt;br /&gt;</w:t>
        <w:br/>
        <w:t>Без тебе йду нині, без мене йдеш ти.&lt;br /&gt;</w:t>
        <w:br/>
        <w:t>КАСТОР&lt;br /&gt;</w:t>
        <w:br/>
        <w:t>В неї муж є і дім. Не в такій вже біді&lt;br /&gt;</w:t>
        <w:br/>
        <w:t>Залишаєш сестру. Доведеться, однак,&lt;br /&gt;</w:t>
        <w:br/>
        <w:t>їй покинути місто аргоське.&lt;br /&gt;</w:t>
        <w:br/>
        <w:t>ЕЛЕКТРА&lt;br /&gt;</w:t>
        <w:br/>
        <w:t>Хіба є щось печальніших гідне зітхань,&lt;br /&gt;</w:t>
        <w:br/>
        <w:t>1320] Ніж розлука з вітчизною? Є щось хіба?..&lt;br /&gt;</w:t>
        <w:br/>
        <w:t>ОРЕСТ&lt;br /&gt;</w:t>
        <w:br/>
        <w:t>Я до того ж із дому отецького йду,&lt;br /&gt;</w:t>
        <w:br/>
        <w:t>В чужину, де за кров материнську судить&lt;br /&gt;</w:t>
        <w:br/>
        <w:t>Будуть люди чужі.&lt;br /&gt;</w:t>
        <w:br/>
        <w:t>КАСТОР&lt;br /&gt;</w:t>
        <w:br/>
        <w:t>Та кріпись: тобі йти&lt;br /&gt;</w:t>
        <w:br/>
        <w:t>У священне місто Паллади… кріпись!..&lt;br /&gt;</w:t>
        <w:br/>
        <w:t>ЕЛЕКТРА&lt;br /&gt;</w:t>
        <w:br/>
        <w:t>Обнімімось, приладьмо грудьми до грудей,&lt;br /&gt;</w:t>
        <w:br/>
        <w:t>Брате єдиний мій!&lt;br /&gt;</w:t>
        <w:br/>
        <w:t>Нас за батьківські, рідні пороги у світ&lt;br /&gt;</w:t>
        <w:br/>
        <w:t>Материнської крові прокляття жене.&lt;br /&gt;</w:t>
        <w:br/>
        <w:t>ОРЕСТ&lt;br /&gt;</w:t>
        <w:br/>
        <w:t>Обніми ж, обніми!.. Й, немов над мерцем,&lt;br /&gt;</w:t>
        <w:br/>
        <w:t>1330] Що в могилі лежить, наді мною тужи!..&lt;br /&gt;</w:t>
        <w:br/>
        <w:t>КАСТОР&lt;br /&gt;</w:t>
        <w:br/>
        <w:t>Гай-гай!.. Що за мова?.. Навіть богам&lt;br /&gt;</w:t>
        <w:br/>
        <w:t>Вона душу смутить! [283]&lt;br /&gt;</w:t>
        <w:br/>
        <w:t>Бо й нам, небожителям, жаль не чужий&lt;br /&gt;</w:t>
        <w:br/>
        <w:t>До земного стражденного люду.&lt;br /&gt;</w:t>
        <w:br/>
        <w:t>ОРЕСТ&lt;br /&gt;</w:t>
        <w:br/>
        <w:t>Вже не побачу тебе!..&lt;br /&gt;</w:t>
        <w:br/>
        <w:t>ЕЛЕКТРА&lt;br /&gt;</w:t>
        <w:br/>
        <w:t>Та й моїх не порадуєш, брате, очей.&lt;br /&gt;</w:t>
        <w:br/>
        <w:t>ОРЕСТ&lt;br /&gt;</w:t>
        <w:br/>
        <w:t>Це останнє, що можеш закинуть мені.&lt;br /&gt;</w:t>
        <w:br/>
        <w:t>ЕЛЕКТРА&lt;br /&gt;</w:t>
        <w:br/>
        <w:t>Вітчизно, прощай!&lt;br /&gt;</w:t>
        <w:br/>
        <w:t>Прощавайте і ви, мої подруги!&lt;br /&gt;</w:t>
        <w:br/>
        <w:t>ОРЕСТ&lt;br /&gt;</w:t>
        <w:br/>
        <w:t>1340] Найвірніша сестрице, відходиш-таки?..&lt;br /&gt;</w:t>
        <w:br/>
        <w:t>ЕЛЕКТРА&lt;br /&gt;</w:t>
        <w:br/>
        <w:t>Іду вже, як бачиш, і сльози ллю…&lt;br /&gt;</w:t>
        <w:br/>
        <w:t>ОРЕСТ&lt;br /&gt;</w:t>
        <w:br/>
        <w:t>Будь щасливий, Піладе! Собі за жону&lt;br /&gt;</w:t>
        <w:br/>
        <w:t>Ти Електру бери.&lt;br /&gt;</w:t>
        <w:br/>
        <w:t>Пілад з Електрою відходять.&lt;br /&gt;</w:t>
        <w:br/>
        <w:t>КАСТОР&lt;br /&gt;</w:t>
        <w:br/>
        <w:t>Це вже їхня турбота. Про себе подбай —&lt;br /&gt;</w:t>
        <w:br/>
        <w:t>Утікай до Афін: он ерінії, глянь,&lt;br /&gt;</w:t>
        <w:br/>
        <w:t>Вже чигають на тебе, наскочать ось-ось&lt;br /&gt;</w:t>
        <w:br/>
        <w:t>Відусіль, змієрукі, чорніші за ніч&lt;br /&gt;</w:t>
        <w:br/>
        <w:t>І спрагнені болю чужого.&lt;br /&gt;</w:t>
        <w:br/>
        <w:t>Орест утікає.&lt;br /&gt;</w:t>
        <w:br/>
        <w:t>Ну, а ми спішимо рятувать кораблі&lt;br /&gt;</w:t>
        <w:br/>
        <w:t>1350] В Сіцілійському морі, де хвиля б'є.&lt;br /&gt;</w:t>
        <w:br/>
        <w:t>Крізь ефір летимо. Лиходій однак&lt;br /&gt;</w:t>
        <w:br/>
        <w:t>Хай не жде порятунку: того лишень,&lt;br /&gt;</w:t>
        <w:br/>
        <w:t>Хто по правді живе, хто шанує богів,&lt;br /&gt;</w:t>
        <w:br/>
        <w:t>Ми, брати нерозлучні, од бід важких,&lt;br /&gt;</w:t>
        <w:br/>
        <w:t>Од напасті звільнить не вагаємось.&lt;br /&gt;</w:t>
        <w:br/>
        <w:t>Отож хай на кривду ніхто з вас не йде,&lt;br /&gt;</w:t>
        <w:br/>
        <w:t>З віроломним — в однім не пливе судні,&lt;br /&gt;</w:t>
        <w:br/>
        <w:t>Кажу це — бог — умирущим.&lt;br /&gt;</w:t>
        <w:br/>
        <w:t>ХОР&lt;br /&gt;</w:t>
        <w:br/>
        <w:t>(залишаючи сцену)&lt;br /&gt;</w:t>
        <w:br/>
        <w:t>Радійте! Бо в кого ще радість є,&lt;br /&gt;</w:t>
        <w:br/>
        <w:t>1360] Хто горя важкого не знає, — той&lt;br /&gt;</w:t>
        <w:br/>
        <w:t>Живе на світі щасливо. [284]</w:t>
      </w:r>
    </w:p>
    <w:p>
      <w:r>
        <w:br/>
        <w:t>ПРИМІТКИ&lt;br /&gt;</w:t>
        <w:br/>
        <w:t>1. Інах — головна ріка Арголіди (Пелопоннес).&lt;br /&gt;</w:t>
        <w:br/>
        <w:t>172. Гери свято… — Йдеться про велике свято на честь Гери, опікунки Аргосу.&lt;br /&gt;</w:t>
        <w:br/>
        <w:t>439. Сімунт, або Сімоент — притока Скамандра в Троаді.&lt;br /&gt;</w:t>
        <w:br/>
        <w:t>441. Дивний витвір Гефеста… — тобто зброю Ахілла.&lt;br /&gt;</w:t>
        <w:br/>
        <w:t>450. Навплія — портове місто в Арголіді.&lt;br /&gt;</w:t>
        <w:br/>
        <w:t>470. Левиця хижа… — Йдеться про Хімеру — міфічне чудовисько з головою лева, тілом кози і хвостом дракона; вбив Хімеру Беллерофонт, осідлавши крилатого Пегаса (див. також прим, до "Медеї", р. 67).&lt;br /&gt;</w:t>
        <w:br/>
        <w:t>475. Тіндаріда — Клітемнестра.&lt;br /&gt;</w:t>
        <w:br/>
        <w:t>521-538. Евріпід полемізує тут з Есхілом: у його "Хоефорах" ("Жертва біля гробу"), рр. 163–207, саме ці прикмети послужили Електрі для впізнання Ореста.&lt;br /&gt;</w:t>
        <w:br/>
        <w:t>697. Золоторунне ягнятко. — Йдеться про ворожнечу між синами Пелопа — Атреєм та Фіестом. Останній викрав в Атрея золоторунне ягня і, показавши його на народних зборах, домагався влади, що була досі в руках Атрея. Тоді втрутився Зевс: незвичайним знаменням — зміною руху небесних світил — підтвердив Атреєве право на владу.&lt;br /&gt;</w:t>
        <w:br/>
        <w:t>742. Славні брати — Діоскури. Йдеться про нерозлучних братів-близнят Кастора і Полідевка, синів спартанського володаря Тіндарея та його дружини Леди. За однією з версій міфа Зевс зробив їх після смерті сузір'ям Близнят; вони вшановувались також як опікуни мореплавців (рр. 992–993).&lt;br /&gt;</w:t>
        <w:br/>
        <w:t>778. Алфей — найбільша річка Пелопоннесу.&lt;br /&gt;</w:t>
        <w:br/>
        <w:t>954-956. Парафраза відомого вислову Солона (VI ст. до н.е.): "Ніхто, не доживши до останнього свого дня, не може вважати себе щасливим".&lt;br /&gt;</w:t>
        <w:br/>
        <w:t>1032. Божевільна дівчина — Кассандра (див. прим, до "Троянок", рр. 40–41).&lt;br /&gt;</w:t>
        <w:br/>
        <w:t>1122–1123…десятий раз… гляне місяць… — На десятий день після народження дитини запрошували рідню на обряд жертвоприношення та на гостини; тоді й давали ім'я новонародженому.&lt;br /&gt;</w:t>
        <w:br/>
        <w:t>1164–1165…до кіклопових Стін… — див. прим, до "Геракла", р. 16.&lt;br /&gt;</w:t>
        <w:br/>
        <w:t>1257. Керч — крилаті жіночі божества, доньки Ночі, що хапають людську душу, коли вона розлучається з тілом; тут вони ототожнюються з Ерініями (див. прим, до "Іфігенії в Тавріді", р. 285).&lt;br /&gt;</w:t>
        <w:br/>
        <w:t>1263. Ареса пагорб — див. прим, до "Іфігенії в Тавріді", р. 921. 1280…буде й місто назване. — Мова йде про місто Орестеон в Аркад" поблизу гори Лікен, де був храм Зевса.&lt;br /&gt;</w:t>
        <w:br/>
        <w:t>1285–1286. Із Протеєвих Палат… — Протей — син Океана і Фетіди, морське божество; за іншою версією міфа — один із прадавніх володарів Єгипту; йому, за велінням Зевса, вручена була Єлена, Паріс же викрав і повіз у Трою лиш її подобу (на основі цієї версії Евріпід написав свою трагедію "Єлена").&lt;br /&gt;</w:t>
        <w:br/>
        <w:t>1290…у край ахейський… — тобто на Пелопоннес.&lt;br /&gt;</w:t>
        <w:br/>
        <w:t>1292. Фокіда — місцевість у Середній Греції, славний Дельфійським храмом осередок релігійного життя.&lt;br /&gt;</w:t>
        <w:br/>
        <w:t>1293. Коса істмійська — Корінфський перешийок.&lt;br /&gt;</w:t>
        <w:br/>
        <w:t>1294. Кекропія — Афіни. Див. прим, до "Медеї", р. 665.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Електра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