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Експеримент професора Роусса</w:t>
      </w:r>
    </w:p>
    <w:p>
      <w:r>
        <w:br/>
        <w:t xml:space="preserve"> &lt;p&gt;Карел Чапек</w:t>
      </w:r>
    </w:p>
    <w:p>
      <w:r>
        <w:br/>
        <w:t>Експеримент професора Роусса</w:t>
      </w:r>
    </w:p>
    <w:p>
      <w:r>
        <w:br/>
        <w:t>Перекладач: Юрій Лісняк</w:t>
      </w:r>
    </w:p>
    <w:p>
      <w:r>
        <w:br/>
        <w:t>Джерело: З книги: Чапек К. Війна з саламандрами. Роман. Мати. П'єса. Оповідання.— К.:Дніпро, 1978</w:t>
      </w:r>
    </w:p>
    <w:p>
      <w:r>
        <w:br/>
        <w:t>Серед присутніх були: міністр внутрішніх справ, міністр юстиції, начальник поліції, кілька депутатів парламенту та високопоставлених урядовців, визначні юристи, провідні вчені — і, звичайно, представники преси: адже без них не обходиться ніде.</w:t>
      </w:r>
    </w:p>
    <w:p>
      <w:r>
        <w:br/>
        <w:t>— Панове, — почав професор Гарвардського університету Роусс, славетний американський учений, родом чех. — Експеримент, який я вам буду показати, ґрунтується на давніших дослідженнях моїх колег і співробітників; indeed1, нового тут нема нічого, це... м-м-м... really2... Це, як то кажуть, стара пісня!-зраділо вигукнув професор, згадавши підходящий вислів. — Мені належить тільки метод... м-м-м... практичного використання деяких теоретичних висновків. Я прошу насамперед криміналістів оцінити те, що вони будуть побачити, з погляду їхньої practice3. Well4.</w:t>
      </w:r>
    </w:p>
    <w:p>
      <w:r>
        <w:br/>
        <w:t>Метод мій полягає ось у чому. Я сказатиму вам якесь слово, а ви повинні сказати мені інше слово, перше, яке спаде вам на думку, хай то навіть буде nonsense... м-м-м... дурниця... тобто нісенітниця. І врешті з тих слів, які ви будете мені сказати, я з'ясую, що є в вас у голові: про що ви думаєте і... м-м-м... що приховуєте. Зрозуміли? Я не вдаватимусь у теорію; тут відіграють роль асоціації, придушені бажання, трохи suggestion5 і таке інше. Я скажу коротко: під час експерименту ви повинні... м-м-м... виключити волю й мислення; це вивільнить підсвідомі connexions6, і я буду з них дізнатися, що... що... — славетний професор зам'явся, шукаючи слів. — Well, what's on the bottom of your mind.</w:t>
      </w:r>
    </w:p>
    <w:p>
      <w:r>
        <w:br/>
        <w:t>— Що є на дні вашої душі, — підказав хтось.</w:t>
      </w:r>
    </w:p>
    <w:p>
      <w:r>
        <w:br/>
        <w:t>— Атож, атож,— задоволено підтвердив професор.— Ви тільки повинні вимовляти automatically7, що спливе вам у ту мить на язик, без будь-який контроль, не стримуючи себе. А я потім буду аналізувати ваші уявлення. That's all8. Усе це я спершу хочу показувати вам на одному кримінальному випадку... м-м-м... одному злочинці, а потім на комусь із присутніх — хто захоче. Well, пан начальник поліції зараз буде розповісти вам про того злочинця. Прошу, пане начальнику.</w:t>
      </w:r>
    </w:p>
    <w:p>
      <w:r>
        <w:br/>
        <w:t>Начальник поліції підвівся й почав:</w:t>
      </w:r>
    </w:p>
    <w:p>
      <w:r>
        <w:br/>
        <w:t>— Панове, чоловік, якого ви зараз побачите, — слюсар Ченек Суханек, власник клаптя ґрунту в Забеглицях. Він уже тиждень перебуває під попереднім арештом за підозрою в убивстві шофера таксі Йозефа Чепелки, який зник два тижні тому. Підстави для підозри такі: машину зниклого Чепелки знайдено в повітці заарештованого Суханека; на кермі й під сидінням водія є сліди людської крові. Але заарештований відмагається від усього: твердить, що купив машину у Чепелки за шість тисяч, бо сам хотів стати таксистом. Як з'ясовано, зниклий Чепелка справді казав, що хоче продати к бісу свою стару машину й кудись найнятися шофером; але розшукати його досі не пощастило. Оскільки більш ніяких доказів нема, завтра заарештованого Суханека мають передати до слідчої тюрми на Панкраці... Але я дістав дозвіл на те, щоб наш славетний співвітчизник, професор Роусс, провів на ньому свій експеримент. Будь ласка, пане професоре.</w:t>
      </w:r>
    </w:p>
    <w:p>
      <w:r>
        <w:br/>
        <w:t>— Well, — сказав професор, який тим часом щось швидко записував, — прошу вас, нехай його привести сюди.</w:t>
      </w:r>
    </w:p>
    <w:p>
      <w:r>
        <w:br/>
        <w:t>Начальник поліції кивнув, і поліцай увів до зали Ченека Суханека — похмурого чолов'ягу, чиє обличчя ніби промовляло: "Ідіть ви всі знаєте куди! Я вам так просто не дамся, і не сподівайтесь!"</w:t>
      </w:r>
    </w:p>
    <w:p>
      <w:r>
        <w:br/>
        <w:t>— Підійдіть сюди, — суворо покликав його професор Роусс. — Я не буду вас допитувати. Я тільки буду сказати вам слова, а ви зразу відказуйте мені перше слово, яке вам спаде на думку, розумієте? Ну, почали. Склянка!</w:t>
      </w:r>
    </w:p>
    <w:p>
      <w:r>
        <w:br/>
        <w:t>— Лайно,— злісно відрубав Суханек.</w:t>
      </w:r>
    </w:p>
    <w:p>
      <w:r>
        <w:br/>
        <w:t>— Слухайте, Суханеку, — зразу втрутився начальник поліції. —Коли ви не відповідатимете як годиться, вас зараз відведуть на допит, чуєте? І допитуватимуть цілу ніч, затямте! Ну, ще раз.</w:t>
      </w:r>
    </w:p>
    <w:p>
      <w:r>
        <w:br/>
        <w:t>— Склянка,— знову сказав професор Роусс.</w:t>
      </w:r>
    </w:p>
    <w:p>
      <w:r>
        <w:br/>
        <w:t>— Пиво,— буркнув Суханек.</w:t>
      </w:r>
    </w:p>
    <w:p>
      <w:r>
        <w:br/>
        <w:t>— Ну от, голубе, — мовив славетний професор, — бачте, як добре.</w:t>
      </w:r>
    </w:p>
    <w:p>
      <w:r>
        <w:br/>
        <w:t>Суханек підозріливо зиркнув на нього. Чи нема тут якогось підступу?</w:t>
      </w:r>
    </w:p>
    <w:p>
      <w:r>
        <w:br/>
        <w:t>— Вулиця,— сказав професор.</w:t>
      </w:r>
    </w:p>
    <w:p>
      <w:r>
        <w:br/>
        <w:t>— Машини,— знехотя відказав Суханек.</w:t>
      </w:r>
    </w:p>
    <w:p>
      <w:r>
        <w:br/>
        <w:t>— Швидше треба. Хата!</w:t>
      </w:r>
    </w:p>
    <w:p>
      <w:r>
        <w:br/>
        <w:t>— Поле.</w:t>
      </w:r>
    </w:p>
    <w:p>
      <w:r>
        <w:br/>
        <w:t>— Верстат.</w:t>
      </w:r>
    </w:p>
    <w:p>
      <w:r>
        <w:br/>
        <w:t>— Латунь.</w:t>
      </w:r>
    </w:p>
    <w:p>
      <w:r>
        <w:br/>
        <w:t>— Дуже добре...</w:t>
      </w:r>
    </w:p>
    <w:p>
      <w:r>
        <w:br/>
        <w:t>Суханек, здавалося, вже не мав нічого проти такої гри.</w:t>
      </w:r>
    </w:p>
    <w:p>
      <w:r>
        <w:br/>
        <w:t>— Мати!</w:t>
      </w:r>
    </w:p>
    <w:p>
      <w:r>
        <w:br/>
        <w:t>— Тітка.</w:t>
      </w:r>
    </w:p>
    <w:p>
      <w:r>
        <w:br/>
        <w:t>— Собака!</w:t>
      </w:r>
    </w:p>
    <w:p>
      <w:r>
        <w:br/>
        <w:t>— Будка.</w:t>
      </w:r>
    </w:p>
    <w:p>
      <w:r>
        <w:br/>
        <w:t>— Солдат!</w:t>
      </w:r>
    </w:p>
    <w:p>
      <w:r>
        <w:br/>
        <w:t>— Артилерист.</w:t>
      </w:r>
    </w:p>
    <w:p>
      <w:r>
        <w:br/>
        <w:t>Слово за словом, швидше й швидше, і Суханекові вже ставало навіть цікаво: мов у карти граєш, і чого тільки не пригадується в такій грі!</w:t>
      </w:r>
    </w:p>
    <w:p>
      <w:r>
        <w:br/>
        <w:t>— Дорога, — кидав йому професор Роусс, не даючи звести дух.</w:t>
      </w:r>
    </w:p>
    <w:p>
      <w:r>
        <w:br/>
        <w:t>— Шосе.</w:t>
      </w:r>
    </w:p>
    <w:p>
      <w:r>
        <w:br/>
        <w:t>— Прага!</w:t>
      </w:r>
    </w:p>
    <w:p>
      <w:r>
        <w:br/>
        <w:t>— Бероун.</w:t>
      </w:r>
    </w:p>
    <w:p>
      <w:r>
        <w:br/>
        <w:t>— Сховати!</w:t>
      </w:r>
    </w:p>
    <w:p>
      <w:r>
        <w:br/>
        <w:t>— Закопати.</w:t>
      </w:r>
    </w:p>
    <w:p>
      <w:r>
        <w:br/>
        <w:t>— Витерти!</w:t>
      </w:r>
    </w:p>
    <w:p>
      <w:r>
        <w:br/>
        <w:t>— Плями.</w:t>
      </w:r>
    </w:p>
    <w:p>
      <w:r>
        <w:br/>
        <w:t>— Ганчірка!</w:t>
      </w:r>
    </w:p>
    <w:p>
      <w:r>
        <w:br/>
        <w:t>— Мішок.</w:t>
      </w:r>
    </w:p>
    <w:p>
      <w:r>
        <w:br/>
        <w:t>— Лопата!</w:t>
      </w:r>
    </w:p>
    <w:p>
      <w:r>
        <w:br/>
        <w:t>— Садок.</w:t>
      </w:r>
    </w:p>
    <w:p>
      <w:r>
        <w:br/>
        <w:t>— Яма!</w:t>
      </w:r>
    </w:p>
    <w:p>
      <w:r>
        <w:br/>
        <w:t>— Паркан.</w:t>
      </w:r>
    </w:p>
    <w:p>
      <w:r>
        <w:br/>
        <w:t>— Труп!</w:t>
      </w:r>
    </w:p>
    <w:p>
      <w:r>
        <w:br/>
        <w:t>Мовчанка.</w:t>
      </w:r>
    </w:p>
    <w:p>
      <w:r>
        <w:br/>
        <w:t>— Труп, — наполегливо повторив професор, — То ви закопали його під парканом, так?</w:t>
      </w:r>
    </w:p>
    <w:p>
      <w:r>
        <w:br/>
        <w:t>— Я такого не казав! — крикнув Суханек.</w:t>
      </w:r>
    </w:p>
    <w:p>
      <w:r>
        <w:br/>
        <w:t>— Ви закопали його під парканом у вашому садку,— рішуче повторив Роусс. — Ви вбили його по дорозі до Бероуна. Кров у машині витерли мішком. Де ви діли той мішок?</w:t>
      </w:r>
    </w:p>
    <w:p>
      <w:r>
        <w:br/>
        <w:t>— Неправда! — закричав Суханек, — Ту машину я в пана Чепелки купив! Що ви мені хочете пришити?..</w:t>
      </w:r>
    </w:p>
    <w:p>
      <w:r>
        <w:br/>
        <w:t>— Годі, — сказав Роусс. — Я буду попросити, щоб полісмени пішли туди й пошукали. Але це вже не моє діло. Хай цього чоловіка відведуть. Ось вам, панове, будь ласка: експеримент тривав сімнадцять хвилин. Це дуже швидко. Випадок був легенький, так, дурничка. Здебільшого це триває з годину. Ну, а тепер я буду попросити, щоб підійшов хтось із присутніх, і я буду сказати йому слова. Це буде тривати досить довго, бо я не знаю, який у того добродія secret... Як це буде?</w:t>
      </w:r>
    </w:p>
    <w:p>
      <w:r>
        <w:br/>
        <w:t>— Таємниця, — підказав хтось із зали.</w:t>
      </w:r>
    </w:p>
    <w:p>
      <w:r>
        <w:br/>
        <w:t>— Так, таємниця, — зрадів наш видатний співвітчизник.— Таємниця. Це забере в нас багато часу, перше ніж той пан буде розкрити перед нами свою вдачу, своє минуле і свої найпотаємніші ideas...</w:t>
      </w:r>
    </w:p>
    <w:p>
      <w:r>
        <w:br/>
        <w:t>— Думки, — підказав голос із публіки.</w:t>
      </w:r>
    </w:p>
    <w:p>
      <w:r>
        <w:br/>
        <w:t>— Well. Ну прошу, панове, хто хоче піддавати себе аналізові?</w:t>
      </w:r>
    </w:p>
    <w:p>
      <w:r>
        <w:br/>
        <w:t>Настала пауза; дехто в залі захихотів, але ніхто не ворухнувся.</w:t>
      </w:r>
    </w:p>
    <w:p>
      <w:r>
        <w:br/>
        <w:t>— Прошу, — повторив професор Роусс. — Адже це не боляче.</w:t>
      </w:r>
    </w:p>
    <w:p>
      <w:r>
        <w:br/>
        <w:t>— Ідіть ви, колего, — шепнув міністр внутрішніх справ міністрові юстиції.</w:t>
      </w:r>
    </w:p>
    <w:p>
      <w:r>
        <w:br/>
        <w:t>— Іди ти, як представник своєї партії, — підштовхував депутат депутата.</w:t>
      </w:r>
    </w:p>
    <w:p>
      <w:r>
        <w:br/>
        <w:t>— Пане начальнику відділу, може, ви? — заохочував урядовець колегу з іншого міністерства.</w:t>
      </w:r>
    </w:p>
    <w:p>
      <w:r>
        <w:br/>
        <w:t>Всім ставало вже трохи ніяково, але ніхто не підводився.</w:t>
      </w:r>
    </w:p>
    <w:p>
      <w:r>
        <w:br/>
        <w:t>— Прошу вас, панове,-втретє сказав американський учений. — Ви ж не боїтеся виказати себе?</w:t>
      </w:r>
    </w:p>
    <w:p>
      <w:r>
        <w:br/>
        <w:t>Тоді міністр внутрішніх справ обернувся назад і просичав:</w:t>
      </w:r>
    </w:p>
    <w:p>
      <w:r>
        <w:br/>
        <w:t>— Ну йдіть уже хто-небудь, панове!</w:t>
      </w:r>
    </w:p>
    <w:p>
      <w:r>
        <w:br/>
        <w:t>Десь у задніх рядах хтось скромно кахикнув і підвівся; то був худорлявий, уже немолодий чоловічок у приношеному костюмі. Від хвилювання в нього аж борлак ходив угору й униз.</w:t>
      </w:r>
    </w:p>
    <w:p>
      <w:r>
        <w:br/>
        <w:t>— Я... м-м-м... — несміливо почав вія. — Коли ніхто... тоді я дозволю собі...</w:t>
      </w:r>
    </w:p>
    <w:p>
      <w:r>
        <w:br/>
        <w:t>— Йдіть сюди, — владно перебив його американець.— Сядьте. Кажіть те, що перше спаде на думку. Не задумуйтесь, вимовляйте слова несвідомо, mechanically9. Зрозуміли?</w:t>
      </w:r>
    </w:p>
    <w:p>
      <w:r>
        <w:br/>
        <w:t>— Так, прошу, — охоче відповів піддослідний, трохи збентежений перед такою високою публікою; потім прокашлявся й налякано закліпав очима, ніби учень, що складає випускні іспити.</w:t>
      </w:r>
    </w:p>
    <w:p>
      <w:r>
        <w:br/>
        <w:t>— Дуб, — випалив на нього вчений.</w:t>
      </w:r>
    </w:p>
    <w:p>
      <w:r>
        <w:br/>
        <w:t>— Могутній,— прошепотів старий.</w:t>
      </w:r>
    </w:p>
    <w:p>
      <w:r>
        <w:br/>
        <w:t>— Як, пробачте? — перепитав учений, не зрозумівши.</w:t>
      </w:r>
    </w:p>
    <w:p>
      <w:r>
        <w:br/>
        <w:t>— Лісовий велетень, —несміливо пояснив піддослідний.</w:t>
      </w:r>
    </w:p>
    <w:p>
      <w:r>
        <w:br/>
        <w:t>— А... Вулиця.</w:t>
      </w:r>
    </w:p>
    <w:p>
      <w:r>
        <w:br/>
        <w:t>— Вулиця... вулиця в урочистих шатах.</w:t>
      </w:r>
    </w:p>
    <w:p>
      <w:r>
        <w:br/>
        <w:t>— Що ви маєте на увазі?</w:t>
      </w:r>
    </w:p>
    <w:p>
      <w:r>
        <w:br/>
        <w:t>— Якесь свято, прошу. Або похорон.</w:t>
      </w:r>
    </w:p>
    <w:p>
      <w:r>
        <w:br/>
        <w:t>— Ах, так. То треба було сказати просто "свято". По змозі одним словом.</w:t>
      </w:r>
    </w:p>
    <w:p>
      <w:r>
        <w:br/>
        <w:t>— Прошу.</w:t>
      </w:r>
    </w:p>
    <w:p>
      <w:r>
        <w:br/>
        <w:t>— Гаразд. Торгівля.</w:t>
      </w:r>
    </w:p>
    <w:p>
      <w:r>
        <w:br/>
        <w:t>— Процвітає. Криза нашої торгівлі. Політичний гендель.</w:t>
      </w:r>
    </w:p>
    <w:p>
      <w:r>
        <w:br/>
        <w:t>— Гм... Установа.</w:t>
      </w:r>
    </w:p>
    <w:p>
      <w:r>
        <w:br/>
        <w:t>— Яка, пробачте?</w:t>
      </w:r>
    </w:p>
    <w:p>
      <w:r>
        <w:br/>
        <w:t>— Однаково. Скажіть будь-яке слово, швидше!</w:t>
      </w:r>
    </w:p>
    <w:p>
      <w:r>
        <w:br/>
        <w:t>— Якби ви спитали "установи"...</w:t>
      </w:r>
    </w:p>
    <w:p>
      <w:r>
        <w:br/>
        <w:t>— Well. Установи!</w:t>
      </w:r>
    </w:p>
    <w:p>
      <w:r>
        <w:br/>
        <w:t>— Відповідні! —радісно вигукнув чоловічок.</w:t>
      </w:r>
    </w:p>
    <w:p>
      <w:r>
        <w:br/>
        <w:t>— Молот!</w:t>
      </w:r>
    </w:p>
    <w:p>
      <w:r>
        <w:br/>
        <w:t>— І ковадло. Між молотом і ковадлом. Розбив йому голову молотком.</w:t>
      </w:r>
    </w:p>
    <w:p>
      <w:r>
        <w:br/>
        <w:t>— Curious...10— пробурчав учений. — Кров!</w:t>
      </w:r>
    </w:p>
    <w:p>
      <w:r>
        <w:br/>
        <w:t>— До останньої краплі крові. Невинно пролита кров. Історія, писана кров'ю.</w:t>
      </w:r>
    </w:p>
    <w:p>
      <w:r>
        <w:br/>
        <w:t>— Вогонь!</w:t>
      </w:r>
    </w:p>
    <w:p>
      <w:r>
        <w:br/>
        <w:t>— Вогнем і мечем. Герой-пожежник. Полум'яна промова. Вогненні слова.</w:t>
      </w:r>
    </w:p>
    <w:p>
      <w:r>
        <w:br/>
        <w:t>— Дивний випадок, — спантеличено мовив професор. — Ну, ще раз. Ви повинні казати тільки перше слово, яке спаде на думку, чуєте? Тільки те, що automatically вискакує у вас, коли ви чуєте моє слово. Go on11. Рука!</w:t>
      </w:r>
    </w:p>
    <w:p>
      <w:r>
        <w:br/>
        <w:t>— Рука братньої допомоги. В міцних руках. Зціпивши кулаки. Брудні руки. Дамо по пальцях.</w:t>
      </w:r>
    </w:p>
    <w:p>
      <w:r>
        <w:br/>
        <w:t>— Очі!</w:t>
      </w:r>
    </w:p>
    <w:p>
      <w:r>
        <w:br/>
        <w:t>— На очах у всієї громадськості. Замилюють очі. Зняти полуду з очей. Берегти як зіницю ока. Невинні дитячі оченята. Дивитись правді в очі.</w:t>
      </w:r>
    </w:p>
    <w:p>
      <w:r>
        <w:br/>
        <w:t>— Не так багато. Пиво!</w:t>
      </w:r>
    </w:p>
    <w:p>
      <w:r>
        <w:br/>
        <w:t>— Плзенське світле. В чаду сп'яніння.</w:t>
      </w:r>
    </w:p>
    <w:p>
      <w:r>
        <w:br/>
        <w:t>— Музика!</w:t>
      </w:r>
    </w:p>
    <w:p>
      <w:r>
        <w:br/>
        <w:t>— Велична симфонія. Зіграний оркестр. Нація музикантів. Чарівні звуки. Ансамбль великих держав. Єрихонська сурма. Національний гімн.</w:t>
      </w:r>
    </w:p>
    <w:p>
      <w:r>
        <w:br/>
        <w:t>— Пляшка!</w:t>
      </w:r>
    </w:p>
    <w:p>
      <w:r>
        <w:br/>
        <w:t>— З кислотою. Нещасливе кохання. Сконала в лікарні у страшних муках.</w:t>
      </w:r>
    </w:p>
    <w:p>
      <w:r>
        <w:br/>
        <w:t>— Отрута.</w:t>
      </w:r>
    </w:p>
    <w:p>
      <w:r>
        <w:br/>
        <w:t>— Дихає отрутою. Отруєні джерела.</w:t>
      </w:r>
    </w:p>
    <w:p>
      <w:r>
        <w:br/>
        <w:t>Професор Роусс почухав потилицю.</w:t>
      </w:r>
    </w:p>
    <w:p>
      <w:r>
        <w:br/>
        <w:t>— Never heard that...12 Почнімо спочатку. Панове, я хотів би звернути вашу увагу на те, що завжди треба починати з plain13, звичайних речей, коли з'ясовуєш інтереси піддослідного, його profession14. Ну далі. Рахунок!</w:t>
      </w:r>
    </w:p>
    <w:p>
      <w:r>
        <w:br/>
        <w:t>— За великим рахунком. Звести рахунки з ворогами. Припадає на наш рахунок.</w:t>
      </w:r>
    </w:p>
    <w:p>
      <w:r>
        <w:br/>
        <w:t>— Гм. Папір.</w:t>
      </w:r>
    </w:p>
    <w:p>
      <w:r>
        <w:br/>
        <w:t>— Папір червоніє від сорому, — жваво відказав чоловічок.— Цінні папери. Папір усе стерпить...</w:t>
      </w:r>
    </w:p>
    <w:p>
      <w:r>
        <w:br/>
        <w:t>— Bless you15, — з досадою сказав професор. — Камінь.</w:t>
      </w:r>
    </w:p>
    <w:p>
      <w:r>
        <w:br/>
        <w:t>— Хто перший кине каменем. Камінь спотикання. Наріжний камінь. Надгробний камінь. Вічна пам'ять, — промовив піддослідний з щирим зворушенням.</w:t>
      </w:r>
    </w:p>
    <w:p>
      <w:r>
        <w:br/>
        <w:t>— Колесо!</w:t>
      </w:r>
    </w:p>
    <w:p>
      <w:r>
        <w:br/>
        <w:t>— Колеса історії. Колесо фортуни. Тріумфальна колісниця. Колісниця Джагернаута.</w:t>
      </w:r>
    </w:p>
    <w:p>
      <w:r>
        <w:br/>
        <w:t>— Ага! —вигукнув професор Роусс.— That's it16. Обрій.</w:t>
      </w:r>
    </w:p>
    <w:p>
      <w:r>
        <w:br/>
        <w:t>— Захмарений,— зраділо відказав старий. — Нові хмари на нашому політичному обрії. Широкі обрії.</w:t>
      </w:r>
    </w:p>
    <w:p>
      <w:r>
        <w:br/>
        <w:t>— Зброя!</w:t>
      </w:r>
    </w:p>
    <w:p>
      <w:r>
        <w:br/>
        <w:t>— Чиста зброя. У всеозброєнні. З розгорненими знаменами. Отруєна стріла, — натхненно заторохтів піддослідний. — Не складемо зброї. У запалі бою. Виборчі баталії.</w:t>
      </w:r>
    </w:p>
    <w:p>
      <w:r>
        <w:br/>
        <w:t>— Стихія!</w:t>
      </w:r>
    </w:p>
    <w:p>
      <w:r>
        <w:br/>
        <w:t>— Розбурхані стихії. Стихійний опір. У своїй стихії.</w:t>
      </w:r>
    </w:p>
    <w:p>
      <w:r>
        <w:br/>
        <w:t>— Годі! —зупинив його професор Роусс. — Ви працюєте в газеті, правда?</w:t>
      </w:r>
    </w:p>
    <w:p>
      <w:r>
        <w:br/>
        <w:t>— Так, з вашої ласки, — зрадів піддослідний. — Вже тридцять років. Я репортер Вашатко.</w:t>
      </w:r>
    </w:p>
    <w:p>
      <w:r>
        <w:br/>
        <w:t>— Дякую вам, — сухо вклонився наш славетний земляк-американець. — Finished, gentlemen17. Аналізом уявлень цього чоловіка ми... м-м-м... з'ясували, що він... є журналістом. Я гадаю, що не варто провадити експеримент далі. It would only waste your time18. Цей експеримент, пробачте, не вдався. So sorry, gentlemen19.</w:t>
      </w:r>
    </w:p>
    <w:p>
      <w:r>
        <w:br/>
        <w:t>— Ти диви, — вигукнув увечері в редакції пан Вашатко, переглядаючи матеріали, — поліція повідомляє, що труп Йозефа Чепелки знайшли. Він був закопаний у Суханековому садку біля паркана, а під ним лежав закривавлений мішок. Бачте, як угадав той Роусс! Ви не повірите, колего: я йому й слова не сказав про газету, а він як в око вліпив, що я газетяр. "Панове, — каже, — перед вами заслужений, видатний журналіст!.." Ну, і я ж написав у репортажі про його лекцію: "В колах фахівців висновки нашого уславленого співвітчизника здобули щире схвалення". Ні, стривайте, тут треба підправити стиль: "У колах фахівців цікаві висновки нашого уславленого співвітчизника по заслузі здобули щире й одностайне схвалення". Ось тепер буде все як слід</w:t>
      </w:r>
    </w:p>
    <w:p>
      <w:r>
        <w:br/>
        <w:t>1 Атож (англ.).</w:t>
      </w:r>
    </w:p>
    <w:p>
      <w:r>
        <w:br/>
        <w:t>2 Справді (англ.).</w:t>
      </w:r>
    </w:p>
    <w:p>
      <w:r>
        <w:br/>
        <w:t>3 Практика (англ.).</w:t>
      </w:r>
    </w:p>
    <w:p>
      <w:r>
        <w:br/>
        <w:t>4 Ось так; так ось; ну; гаразд (англ.).</w:t>
      </w:r>
    </w:p>
    <w:p>
      <w:r>
        <w:br/>
        <w:t>5 Навіювання (англ.).</w:t>
      </w:r>
    </w:p>
    <w:p>
      <w:r>
        <w:br/>
        <w:t>6 Зв'язки (англ.).</w:t>
      </w:r>
    </w:p>
    <w:p>
      <w:r>
        <w:br/>
        <w:t>7 Автоматично (англ.).</w:t>
      </w:r>
    </w:p>
    <w:p>
      <w:r>
        <w:br/>
        <w:t>8 Оце й усе (англ.).</w:t>
      </w:r>
    </w:p>
    <w:p>
      <w:r>
        <w:br/>
        <w:t>9 Машинально (англ.).</w:t>
      </w:r>
    </w:p>
    <w:p>
      <w:r>
        <w:br/>
        <w:t>10 Дивно (англ.).</w:t>
      </w:r>
    </w:p>
    <w:p>
      <w:r>
        <w:br/>
        <w:t>11 Давайте далі (англ.).</w:t>
      </w:r>
    </w:p>
    <w:p>
      <w:r>
        <w:br/>
        <w:t>12 Такого я ще не чув (англ.).</w:t>
      </w:r>
    </w:p>
    <w:p>
      <w:r>
        <w:br/>
        <w:t>13 Простих (англ.).</w:t>
      </w:r>
    </w:p>
    <w:p>
      <w:r>
        <w:br/>
        <w:t>14 Професія (англ.).</w:t>
      </w:r>
    </w:p>
    <w:p>
      <w:r>
        <w:br/>
        <w:t>15 Тут: бодай вам! (англ.).</w:t>
      </w:r>
    </w:p>
    <w:p>
      <w:r>
        <w:br/>
        <w:t>16 Ось воно що! (англ.).</w:t>
      </w:r>
    </w:p>
    <w:p>
      <w:r>
        <w:br/>
        <w:t>17 Кінець, панове (англ.).</w:t>
      </w:r>
    </w:p>
    <w:p>
      <w:r>
        <w:br/>
        <w:t>18 Нащо марнувати вам час (англ.).</w:t>
      </w:r>
    </w:p>
    <w:p>
      <w:r>
        <w:br/>
        <w:t>19 Вибачте, панове (англ.).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Експеримент професора Роусса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