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Експедиція в природу</w:t>
      </w:r>
    </w:p>
    <w:p>
      <w:r>
        <w:br/>
        <w:t xml:space="preserve"> &lt;p&gt;— Лежи, лежи, синку, тобі ще не можна рухатись. Отак. А тепер порозмовляємо. Скажи, синку, поясни мені: навіщо ви це зробили?</w:t>
      </w:r>
    </w:p>
    <w:p>
      <w:r>
        <w:br/>
        <w:t>— Навіщо? А хто його зна... Хотілося до природи, кортіло дихнути тією... дикою атмосферою...</w:t>
      </w:r>
    </w:p>
    <w:p>
      <w:r>
        <w:br/>
        <w:t>— Невже ви не розумієте, що півсфера над містом захищає усіх мешканців...</w:t>
      </w:r>
    </w:p>
    <w:p>
      <w:r>
        <w:br/>
        <w:t>— ...від грізних явищ природи — це ви хочете сказати?</w:t>
      </w:r>
    </w:p>
    <w:p>
      <w:r>
        <w:br/>
        <w:t>— Авжеж, синку. Півсфера дає...</w:t>
      </w:r>
    </w:p>
    <w:p>
      <w:r>
        <w:br/>
        <w:t>— ...можливість підтримувати оптимальний стан повітря — найкращі фізико-хімічні й температурні характеристики. А це в свою чергу...</w:t>
      </w:r>
    </w:p>
    <w:p>
      <w:r>
        <w:br/>
        <w:t>— Ну, от бач, ти все добре розумієш, синку, в тебе ж середня освіта, і все-таки ви наважились пошкодити цю півсферу. Це... ну, як би тобі пояснити... наче маленька дитина штрикає в долоні матері, теплі долоні, які її зігрівають. Де ваш здоровий глузд?</w:t>
      </w:r>
    </w:p>
    <w:p>
      <w:r>
        <w:br/>
        <w:t>— Здоровий глузд... Набридло нам жити під ковпаком! Від міста до міста довжелезні тунелі.</w:t>
      </w:r>
    </w:p>
    <w:p>
      <w:r>
        <w:br/>
        <w:t>— Так усе ж видно! І півсфера прозора, і труби-тунелі прозорі, їх просто непомітно. Хіба ми не милуємося хмарами, річками, плантаціями?</w:t>
      </w:r>
    </w:p>
    <w:p>
      <w:r>
        <w:br/>
        <w:t>— Та воно-то видно... Але ж хочеться дихнути тією атмосферою! Відчути її в роті і в носі, обличчям і руками! Як ви, дорослі, не розумієте, що в теплиці, в оранжереї, хоч і обладнаній ідеально...</w:t>
      </w:r>
    </w:p>
    <w:p>
      <w:r>
        <w:br/>
        <w:t>— І звідки це у вас взялося? Диво та й годі. Бач, він ще й посміхається. Добре, що нагодилися аварійники!</w:t>
      </w:r>
    </w:p>
    <w:p>
      <w:r>
        <w:br/>
        <w:t>— Добре... Зірвався задум.</w:t>
      </w:r>
    </w:p>
    <w:p>
      <w:r>
        <w:br/>
        <w:t>— Невже ви хотіли вискочити туди?!</w:t>
      </w:r>
    </w:p>
    <w:p>
      <w:r>
        <w:br/>
        <w:t>— А що ж? Для того й розплавили шмат ковпака, чи то пак півсфери. Якби Юрко не зачепив своєю лінзою так багато — не зразу б помітили!</w:t>
      </w:r>
    </w:p>
    <w:p>
      <w:r>
        <w:br/>
        <w:t>— І ви... хотіли в пролом... у ту крижану завію? Ви ж бачите, що там водяна пара замерзає і падає, наче вата! Ваші дихальні шляхи одразу б замерзли! Який жах!</w:t>
      </w:r>
    </w:p>
    <w:p>
      <w:r>
        <w:br/>
        <w:t>— Але ж, мамо, колись люди жили віч-на віч з природою.</w:t>
      </w:r>
    </w:p>
    <w:p>
      <w:r>
        <w:br/>
        <w:t>— Колись!.. На світанку цивілізації. А тепер... Чи ти, синку, не розумієш, що там — стихія?!</w:t>
      </w:r>
    </w:p>
    <w:p>
      <w:r>
        <w:br/>
        <w:t>— Отож і цікаво!</w:t>
      </w:r>
    </w:p>
    <w:p>
      <w:r>
        <w:br/>
        <w:t>— Їм цікаво! Там же неконтрольовані сили природи — вітри, бурі, дощі, снігопади, електричні розряди,— усе ж це вороже людині, вороже життю. Хаос, буяння страхітливих сил, руйнація.</w:t>
      </w:r>
    </w:p>
    <w:p>
      <w:r>
        <w:br/>
        <w:t>— Ми хотіли хоч трохи побути віч-на-віч із стихією, хотіли здійснити експедицію в природу...</w:t>
      </w:r>
    </w:p>
    <w:p>
      <w:r>
        <w:br/>
        <w:t>— Зрозумій, синку, що вся історія людства — це боротьба з природою, невтомна, невщухаюча боротьба. Хоч це коштувало величезної витрати енергії незчисленним поколінням, та все-таки людство свого досягло. Людина таки виділилася з природи, ізолювалась од неї, створила собі нову, другу природу, в якій виключено всякі випадковості. А ви пориваєтесь до стихії, надумали "експедицію в природу"... Ну, скажи, хіба це не хлоп'яцтво?</w:t>
      </w:r>
    </w:p>
    <w:p>
      <w:r>
        <w:br/>
        <w:t>— Те, що ми зробили, може, й хлоп'яцтво... Та певно, що хлоп'яцтво. Треба було все обміркувати серйозніше, зважити не тільки на міцність матеріалу півсфери, а й на міцність... опору дорослих. А ми експромтом. Згоден: погарячкували.</w:t>
      </w:r>
    </w:p>
    <w:p>
      <w:r>
        <w:br/>
        <w:t>— Е, ні, синку, не цієї згоди я хочу від тебе, мене зовсім не цікавить, як ви це вчинили — вміло чи ні. Я волію, щоб ти усвідомив шкідливість, абсурдність самого наміру. Чому ж ти мовчиш?</w:t>
      </w:r>
    </w:p>
    <w:p>
      <w:r>
        <w:br/>
        <w:t>— Думаю. Мені невтямки: чому це природа ворожа людині? Адже вона створила людину, виплекала на своєму лоні. Хіба людський рід виріс не в буянні тих самих стихій?</w:t>
      </w:r>
    </w:p>
    <w:p>
      <w:r>
        <w:br/>
        <w:t>— То був первісний етап. Він закінчився дуже давно, сотні тисяч років тому.</w:t>
      </w:r>
    </w:p>
    <w:p>
      <w:r>
        <w:br/>
        <w:t>— А хіба зараз людство не черпає в природи необхідну сировину?</w:t>
      </w:r>
    </w:p>
    <w:p>
      <w:r>
        <w:br/>
        <w:t>— Черпаємо, беремо скільки треба, п е р е м а г а ю ч и її опір. Ми не можемо обійтися без природи, це очевидно. Але єдність людини з природою здійснюється через протиріччя. Це єдність протилежностей. Коли ви, юнаки, усвідомите це, то в ваших головах не виникатимуть отакі химерні наміри.</w:t>
      </w:r>
    </w:p>
    <w:p>
      <w:r>
        <w:br/>
        <w:t>— Хтозна. Все незвідане вабить, дуже хвилює... Ех, коли б ви знали, мамо, як на нас війнуло! Як перехопило нам подих!</w:t>
      </w:r>
    </w:p>
    <w:p>
      <w:r>
        <w:br/>
        <w:t>— Просто дія низької температури.</w:t>
      </w:r>
    </w:p>
    <w:p>
      <w:r>
        <w:br/>
        <w:t>— "Просто дія..." Коли б то! Тут щось інше...</w:t>
      </w:r>
    </w:p>
    <w:p>
      <w:r>
        <w:br/>
        <w:t>— Заспокойся, синку. Вам, юнакам, на кожному кроці "щось інше". А подорослішаєте, і світ ніби зміниться для вас. Ось і батько прибув! Може, ти краще послухаєшся його. Добре, синку? Одужуй!</w:t>
      </w:r>
    </w:p>
    <w:p>
      <w:r>
        <w:br/>
        <w:t>— До побачення, мамо. Драстуйте, тату.</w:t>
      </w:r>
    </w:p>
    <w:p>
      <w:r>
        <w:br/>
        <w:t>— Драстуй, сину.</w:t>
      </w:r>
    </w:p>
    <w:p>
      <w:r>
        <w:br/>
        <w:t>— Ви теж будете говорити про хлоп'яцтво, абсурдність і здоровий глузд?</w:t>
      </w:r>
    </w:p>
    <w:p>
      <w:r>
        <w:br/>
        <w:t>— Не треба одразу наелектризовуватись. Ти ж хлопець уже не маленький і мусиш розуміти, що для мами все це...</w:t>
      </w:r>
    </w:p>
    <w:p>
      <w:r>
        <w:br/>
        <w:t>— Я розумію. Мама хоч і філософствувала, та весь час...</w:t>
      </w:r>
    </w:p>
    <w:p>
      <w:r>
        <w:br/>
        <w:t>— ...залишалась насамперед м а м о ю, правда?</w:t>
      </w:r>
    </w:p>
    <w:p>
      <w:r>
        <w:br/>
        <w:t>— Так. А ви?..</w:t>
      </w:r>
    </w:p>
    <w:p>
      <w:r>
        <w:br/>
        <w:t>— А я був і буду батьком. І теж скажу, що отакі вибрики — це навіть не хлоп'яцтво, а дитячість. Хто ж так готується до важкої експедиції?</w:t>
      </w:r>
    </w:p>
    <w:p>
      <w:r>
        <w:br/>
        <w:t>— Що не одягли скафандрів? Так це ж та сама оранжерея...</w:t>
      </w:r>
    </w:p>
    <w:p>
      <w:r>
        <w:br/>
        <w:t>— Треба виготовити теплий одяг. Розумієш, колись, у сиву давнину, люди взимку носили теплий одяг. Не закривали тільки обличчя та очі, дихали первісним повітрям.</w:t>
      </w:r>
    </w:p>
    <w:p>
      <w:r>
        <w:br/>
        <w:t>— Невже обходилися без скафандрів?</w:t>
      </w:r>
    </w:p>
    <w:p>
      <w:r>
        <w:br/>
        <w:t>— Звичайно. Вже мали моря електроенергії, почали застосовувати ядерну і... виробляли зимовий одяг. А ми, точніше — наші предки, одягли місто.</w:t>
      </w:r>
    </w:p>
    <w:p>
      <w:r>
        <w:br/>
        <w:t>— Зимовий одяг... От цікаво! А який він був?</w:t>
      </w:r>
    </w:p>
    <w:p>
      <w:r>
        <w:br/>
        <w:t>— Одужаєш — підеш по музеях і дізнаєшся. Чого ти насупився?</w:t>
      </w:r>
    </w:p>
    <w:p>
      <w:r>
        <w:br/>
        <w:t>— А коли ми все це вивчимо, то ви...</w:t>
      </w:r>
    </w:p>
    <w:p>
      <w:r>
        <w:br/>
        <w:t>— Тоді я перевірю вашу екіпіровку, обміркуємо разом план експедиції, зв'язок — усе, все треба врахувати!</w:t>
      </w:r>
    </w:p>
    <w:p>
      <w:r>
        <w:br/>
        <w:t>— І не будете відраджувати нас?!</w:t>
      </w:r>
    </w:p>
    <w:p>
      <w:r>
        <w:br/>
        <w:t>— Робити пролом у півсфері відраджуватиму.</w:t>
      </w:r>
    </w:p>
    <w:p>
      <w:r>
        <w:br/>
        <w:t>— А як же ми...</w:t>
      </w:r>
    </w:p>
    <w:p>
      <w:r>
        <w:br/>
        <w:t>— Я вас випущу через запасний вентиляційний тунель. Отам за монументом Невідомого космонавта.</w:t>
      </w:r>
    </w:p>
    <w:p>
      <w:r>
        <w:br/>
        <w:t>— Ой, тату!</w:t>
      </w:r>
    </w:p>
    <w:p>
      <w:r>
        <w:br/>
        <w:t>— Тільки тихо: не треба хвилювати маму...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Експедиція в природу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