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Екіпіровка мисливця</w:t>
      </w:r>
    </w:p>
    <w:p>
      <w:r>
        <w:br/>
        <w:t xml:space="preserve"> &lt;p&gt;"Без пристрою, — як каже народне прислiв'я, — й блохи не вб'іш".</w:t>
      </w:r>
    </w:p>
    <w:p>
      <w:r>
        <w:br/>
        <w:t>Мисливець, як ми знаімо, блiх не полюі, мисливець, коли вiн і справжнiй мисливець, — вiн полюі левiв, перепiлок, тигрiв, зайцiв, бiлок, носорогiв, бекасiв, жирафiв, дупелiв, бiзонiв, качок, ведмедiв, гусей, тегерукiв i iнших звiрiв та птиць, ризикуючи в окремих випадках заполювати крокодила або слона.</w:t>
      </w:r>
    </w:p>
    <w:p>
      <w:r>
        <w:br/>
        <w:t>Спробуйте забити слона або гiпопотама (вiн же бегемот) голими руками!</w:t>
      </w:r>
    </w:p>
    <w:p>
      <w:r>
        <w:br/>
        <w:t>В нашiй коротенькiй розвiдцi ми не будемо говорити про те, як повинен екiпiруватися мисливець на слона або на крокодила, — це дуже складна штука, та й практично не дуже для нас потрiбна, бо слони й крокодили плодяться на "дуже суверенних" територiях, звiдки ось уже кiлька столiть виводяться iноземнi вiйська.</w:t>
      </w:r>
    </w:p>
    <w:p>
      <w:r>
        <w:br/>
        <w:t>Поради нашi стосуватимуться мисливцiв, що полюють на територiї "вiд Кавказу до Алтаю, вiд Амуру до Днiпра..."</w:t>
      </w:r>
    </w:p>
    <w:p>
      <w:r>
        <w:br/>
        <w:t>Два принципи повиннi керувати нами, коли ми екiпiруімось на полювання:</w:t>
      </w:r>
    </w:p>
    <w:p>
      <w:r>
        <w:br/>
        <w:t>П е р ш и й: їдеш на день, бери хлiба на тиждень.</w:t>
      </w:r>
    </w:p>
    <w:p>
      <w:r>
        <w:br/>
        <w:t>Д р у г и й: на величезнiй нашiй територiї сила рiзного звiра може трапитись, — вiд нiжної перепiлочки до страшного бурого ведмедя чи уссурiйського тигра.</w:t>
      </w:r>
    </w:p>
    <w:p>
      <w:r>
        <w:br/>
        <w:t>До всього треба бути готовим, бо незручно буде, зустрiвши уссурiйського тигра, говорити йому:</w:t>
      </w:r>
    </w:p>
    <w:p>
      <w:r>
        <w:br/>
        <w:t>— Не їж мене, голубчику, бо забув я з собою взяти жаканiвську кулю, я вийшов тiльки на качок i найбiльший у мене шрiт номер четвертий! Тепер уже, як їхатиму, вiзьму й кулi на тебе, а сьогоднi не бий люто хвостом, а йди собi з богом, пошукай краще марала! Маралом, голубчику, i поснiдаіш!</w:t>
      </w:r>
    </w:p>
    <w:p>
      <w:r>
        <w:br/>
        <w:t>Тигр може не послухати вас i вами поснiдати.</w:t>
      </w:r>
    </w:p>
    <w:p>
      <w:r>
        <w:br/>
        <w:t>Ще раз пiдкреслюімо: на полюваннi треба бути готовим до всього, щоб потiм не жалкувати.</w:t>
      </w:r>
    </w:p>
    <w:p>
      <w:r>
        <w:br/>
        <w:t>Приготувавши рушницю з твердим футляром, бо в м'якому її можна в дорозi пошкодити, ви, розумiіться, одкладаіте набої, набитi рiзнокалiберним шротом, щоб було чим бити i бекаса, i тигра.</w:t>
      </w:r>
    </w:p>
    <w:p>
      <w:r>
        <w:br/>
        <w:t>Двадцять чотири набої ви кладете в патронташ (не забудьте, отже, патронташа), а решту, штук так 500 — 600, ви складаіте в спецiальний для набоїв ящик, оббитий непромокальним брезентом або шкiрою.</w:t>
      </w:r>
    </w:p>
    <w:p>
      <w:r>
        <w:br/>
        <w:t>Без шомпола з рiзними щiточками й ганчiрочками (чистити рушницю), флаконом рушничного масла (мастити рушницю) виїздити не можна, бо рушницю пiсля пострiлу обов'язково треба чистити.</w:t>
      </w:r>
    </w:p>
    <w:p>
      <w:r>
        <w:br/>
        <w:t>Покладiть обов'язково екстрактора, бо набiй у стволi може застряти, i без екстрактора ви його не витягнете.</w:t>
      </w:r>
    </w:p>
    <w:p>
      <w:r>
        <w:br/>
        <w:t>Ну, з рушницею, здаіться, все...</w:t>
      </w:r>
    </w:p>
    <w:p>
      <w:r>
        <w:br/>
        <w:t>Да, — бiнокль не забудьте, щоб можна було здалека наглядiти дичину, i компас, щоб не заблудитися.</w:t>
      </w:r>
    </w:p>
    <w:p>
      <w:r>
        <w:br/>
        <w:t>Що треба мисливцевi брати для транспортування додому забитої дичини?</w:t>
      </w:r>
    </w:p>
    <w:p>
      <w:r>
        <w:br/>
        <w:t>Коли ви їдете полювати птицю, берiть для неї сiтку (це-для бекасiв). Сiтка — це та ж сама широко розповсюджена серед населення "авоська", тiльки вiдповiдним способом реконструйована.</w:t>
      </w:r>
    </w:p>
    <w:p>
      <w:r>
        <w:br/>
        <w:t>Для качок потрiбнi — тороки чи, як їх iще називають, "удавки" — коротенькi ремiнчики з кiльцем на кiнцi — робити петлю. В ту петлю просуваіться качача голова, петля зашморгуіться, й качка гордо висить у вас бiля пояса.</w:t>
      </w:r>
    </w:p>
    <w:p>
      <w:r>
        <w:br/>
        <w:t>На вовка ви берете з собою тачку, краще з колесами на шарикопiдшипниках — легше везти. Для ведмедя чи лося — тритонку.</w:t>
      </w:r>
    </w:p>
    <w:p>
      <w:r>
        <w:br/>
        <w:t>Цi всi речi для дичини ви берете, коли їдете полювати па день-два... Коли ж передбачаіться полювання тривале — два тижнi чи мiсяць, — обов'язково берiть з собою невеличкий льодник, де зберiгатимете дичину до того часу, коли будете її вже чи солити, чи коптити. Отже, значить, не забудьте взяти з собою бочку для солоної дичини i кiлька ящикiв для копченої.</w:t>
      </w:r>
    </w:p>
    <w:p>
      <w:r>
        <w:br/>
        <w:t>Як солити й коптити дичину, — прочитайте про це перед полюванням у вiдповiдних пiдручниках, бо це в план нашої розвiдки не входить.</w:t>
      </w:r>
    </w:p>
    <w:p>
      <w:r>
        <w:br/>
        <w:t>О д е ж а. Штани й куртка, кепка чи капелюха — це зрозумiло. Чоботи — двi пари: однi чоботи шкiрянi — ходити по сухому, другi чоботи гумовi — ходити по мокрому. Взимку до двох пар чобiт беруться ще й повстяники. Плащ-палатка. Для полювання взимку — бiлий халат, для полювання влiтку — зелений халат, для полювання восени — кiлька халатiв рiзного кольору, залежно вiд того, де полюватимете, чи на полi, чи в лiсi, чи на лузi.</w:t>
      </w:r>
    </w:p>
    <w:p>
      <w:r>
        <w:br/>
        <w:t>Все це, як ви вже й самi догадуітесь, потрiбно для маскування.</w:t>
      </w:r>
    </w:p>
    <w:p>
      <w:r>
        <w:br/>
        <w:t>Спальний мiшок — спати.</w:t>
      </w:r>
    </w:p>
    <w:p>
      <w:r>
        <w:br/>
        <w:t>Рукавицi, щоб руки не мерзли.</w:t>
      </w:r>
    </w:p>
    <w:p>
      <w:r>
        <w:br/>
        <w:t>Накомарник, щоб комарi не кусали.</w:t>
      </w:r>
    </w:p>
    <w:p>
      <w:r>
        <w:br/>
        <w:t>Коли ж ви не побажаіте тягти з собою спальний мiшок та накомарник, вiзьмiть iз собою невеличкий розбiрний мисливський будиночок, з розкладним лiжком — дуже зручна штука: i виспатись ість де, i негоду перебути ість де.</w:t>
      </w:r>
    </w:p>
    <w:p>
      <w:r>
        <w:br/>
        <w:t>Щоправда, можна збудувати замiсть розбiрного будиночка звичайнiсiнький курiнь, але тодi вiзьмiть iз собою метрiв з десяток непромокальної матерiї покрити зверху курiнь, щоб пiд час дощу курiнь не протiкав.</w:t>
      </w:r>
    </w:p>
    <w:p>
      <w:r>
        <w:br/>
        <w:t>Мисливець, як вiдомо, весь час ходить, — бережiть ноги, щоб не намуляти їх.</w:t>
      </w:r>
    </w:p>
    <w:p>
      <w:r>
        <w:br/>
        <w:t>Найкраще вiд намуляння нiг — частiше мити ноги.</w:t>
      </w:r>
    </w:p>
    <w:p>
      <w:r>
        <w:br/>
        <w:t>Для цього ви берете з собою емальовану велику миску, мило й рушника. Помили ноги — намастiть їх вазелiном, або ланолiном, або кремом "Снiжинка". Потiм припудрiть тальком: всi цi "антинамульники" повиннi бути у вас пiд рукою.</w:t>
      </w:r>
    </w:p>
    <w:p>
      <w:r>
        <w:br/>
        <w:t>Взимку, щоб ноги не мерзли, поверх шкарпеток та онуч обгортайте ноги газетами чи журналами.</w:t>
      </w:r>
    </w:p>
    <w:p>
      <w:r>
        <w:br/>
        <w:t>Ї ж а м и с л и в с ь к а. Полювання — процес не легкий, — весь час напруження, багато ходити, чимало на собi носити, — все це до певної мiри людину виснажуі, отже, треба добре пiд час полювання їсти й пити.</w:t>
      </w:r>
    </w:p>
    <w:p>
      <w:r>
        <w:br/>
        <w:t>Не будемо рекомендувати, що саме з їжi маі брати кожний мисливець: у всякого, — як то кажуть, — своя доля i свiй шлях широкий, — свої, тобто, уподобання.</w:t>
      </w:r>
    </w:p>
    <w:p>
      <w:r>
        <w:br/>
        <w:t>Любите сало — берiть сало, любите ковбасу — берiть ковбасу, любите охотницькi сосиски — берiть сосиски, яйця, консерви, шинку, овочi, фрукти, — берiть, словом, все, що вам бiльше до вподоби, але обов'язково берiть багато.</w:t>
      </w:r>
    </w:p>
    <w:p>
      <w:r>
        <w:br/>
        <w:t>Нi, не багато берiть, а берiть ще бiльше, бо обов'язково буде мало.</w:t>
      </w:r>
    </w:p>
    <w:p>
      <w:r>
        <w:br/>
        <w:t>Це перевiрено вiковим досвiдом, — хоч скiльки б ви взяли на полювання харчiв, все'дно — мало!</w:t>
      </w:r>
    </w:p>
    <w:p>
      <w:r>
        <w:br/>
        <w:t>Вони, харчi, очевидно, пiд час ходьби втрушуються.</w:t>
      </w:r>
    </w:p>
    <w:p>
      <w:r>
        <w:br/>
        <w:t>Для харчiв — рюкзак, торба, сiтка.</w:t>
      </w:r>
    </w:p>
    <w:p>
      <w:r>
        <w:br/>
        <w:t>Для чаю чи кави — термос. Погано в нас те, що термоси виробляють малi, найбiльший — на лiтр.</w:t>
      </w:r>
    </w:p>
    <w:p>
      <w:r>
        <w:br/>
        <w:t>Є чутки, що незабаром вироблятимуть спецiальний мисливський термос на цеберку чаю чи кави... Тодi буде самий раз!</w:t>
      </w:r>
    </w:p>
    <w:p>
      <w:r>
        <w:br/>
        <w:t>Двi фляги. Одна — для води, друга для того, хто що любить.</w:t>
      </w:r>
    </w:p>
    <w:p>
      <w:r>
        <w:br/>
        <w:t>— А що у вас у другiй флязi? — запитуіте ви свого товариша.</w:t>
      </w:r>
    </w:p>
    <w:p>
      <w:r>
        <w:br/>
        <w:t>— Боржом!</w:t>
      </w:r>
    </w:p>
    <w:p>
      <w:r>
        <w:br/>
        <w:t>— Збiльшена кислотнiсть?</w:t>
      </w:r>
    </w:p>
    <w:p>
      <w:r>
        <w:br/>
        <w:t>— Збiльшена! А у вас?</w:t>
      </w:r>
    </w:p>
    <w:p>
      <w:r>
        <w:br/>
        <w:t>— Єсентуки N 17!</w:t>
      </w:r>
    </w:p>
    <w:p>
      <w:r>
        <w:br/>
        <w:t>— Зменшена кислотнiсть?</w:t>
      </w:r>
    </w:p>
    <w:p>
      <w:r>
        <w:br/>
        <w:t>— Зменшена!</w:t>
      </w:r>
    </w:p>
    <w:p>
      <w:r>
        <w:br/>
        <w:t>— Кiльки взяли?</w:t>
      </w:r>
    </w:p>
    <w:p>
      <w:r>
        <w:br/>
        <w:t>— Взяв! А ви?</w:t>
      </w:r>
    </w:p>
    <w:p>
      <w:r>
        <w:br/>
        <w:t>— Я — шпроти!</w:t>
      </w:r>
    </w:p>
    <w:p>
      <w:r>
        <w:br/>
        <w:t>— Ну, як питимемо боржом, ви менi шпрота дасте, а я до ваших ксентукiв N 17 — кiльку. Гаразд?</w:t>
      </w:r>
    </w:p>
    <w:p>
      <w:r>
        <w:br/>
        <w:t>— Гаразд!</w:t>
      </w:r>
    </w:p>
    <w:p>
      <w:r>
        <w:br/>
        <w:t>З флягами в нас теж не дуже добре. Для води фляга нiчого, пiдходяща; для боржому чи ісентукiв — замала: треба збiльшити.</w:t>
      </w:r>
    </w:p>
    <w:p>
      <w:r>
        <w:br/>
        <w:t>Розумiіться, що ви на полювання берете з собою казанок, кухоль, ложку, нiж, виделку, сiль, перець, лавровий лист, сиру картоплю, пшоно, моркву, петрушку, топiрець (дрова рубати) i брусок (топiрця гострити).</w:t>
      </w:r>
    </w:p>
    <w:p>
      <w:r>
        <w:br/>
        <w:t>Ви вже, ясна рiч, догадались, що все це береться для того, щоб iзварити чудесну польову кашу, — i то кашу не з куркою, чи з iндиком, чи з бараниною, а кашу з чирям, або з крижнем, або з широконоскою.</w:t>
      </w:r>
    </w:p>
    <w:p>
      <w:r>
        <w:br/>
        <w:t>Ох, i каша! Ох, i каша!</w:t>
      </w:r>
    </w:p>
    <w:p>
      <w:r>
        <w:br/>
        <w:t>Тiльки одне в тiй кашi недобре: казанки замалi!</w:t>
      </w:r>
    </w:p>
    <w:p>
      <w:r>
        <w:br/>
        <w:t>Для швидшого розпалювання вогню (багаття) берiть iз собою сухий спирт. Пiдкреслюімо — сухий спирт, а не мокрий. Вiд мокрого — слiпнуть.</w:t>
      </w:r>
    </w:p>
    <w:p>
      <w:r>
        <w:br/>
        <w:t>Н а в с я к в и п а д о к. Поводитися на полюваннi треба обережно. Стрiляти тiльки туди, де ви напевно знаіте, що не стоїть ваш товариш, iнакше можете замiсть крижня влiпити заряд шроту в спину або й нижче, в симпатичного Iвана Iвановича.</w:t>
      </w:r>
    </w:p>
    <w:p>
      <w:r>
        <w:br/>
        <w:t>От для таких випадкiв кожний мисливець повинен мати бинт, вату, йод, стрептоцид, пенiцилiн, шприц, голку для шприца, спирт (медицинський, а не якийсь iнший) i камфору в ампулах...</w:t>
      </w:r>
    </w:p>
    <w:p>
      <w:r>
        <w:br/>
        <w:t>Найкраще напарником по полюванню мати досвiдченого лiкаря, не гiнеколога, а хiрурга.</w:t>
      </w:r>
    </w:p>
    <w:p>
      <w:r>
        <w:br/>
        <w:t>Запасливий мисливець бере з собою iз лiкiв: аспiрин, пiрамiдон з кофеїном, сульфатiазол, складану кружку або, краще, гумову грiлку з довгою гумовою трубкою з наконечником, яка (грiлка) замiняі собою кружку.</w:t>
      </w:r>
    </w:p>
    <w:p>
      <w:r>
        <w:br/>
        <w:t>Непогано (хоч це й дуже складно!) мати з собою невеличку карету "швидкої допомоги", а ще краще — санiтарний самольот.</w:t>
      </w:r>
    </w:p>
    <w:p>
      <w:r>
        <w:br/>
        <w:t>Полюіте, розумiіться, ви з с о б а к о ю, — лягавим улiтку, i з собаками — гончаками восени i взимку.</w:t>
      </w:r>
    </w:p>
    <w:p>
      <w:r>
        <w:br/>
        <w:t>Для собак берiть харчi, миску, свисток, сурму (для гончакiв), поводок i нагая...</w:t>
      </w:r>
    </w:p>
    <w:p>
      <w:r>
        <w:br/>
        <w:t>Здаіться, все!</w:t>
      </w:r>
    </w:p>
    <w:p>
      <w:r>
        <w:br/>
        <w:t>Екiпiруйтеся, дорогi товаришi мисливцi!</w:t>
      </w:r>
    </w:p>
    <w:p>
      <w:r>
        <w:br/>
        <w:t>Не забувайте нiчого, бо в лiсi, чи на озерi, чи на лузi — нiде нiчого не дiстанете: все треба мати з собою!</w:t>
      </w:r>
    </w:p>
    <w:p>
      <w:r>
        <w:br/>
        <w:t>Нi пера вам нi пуху!</w:t>
      </w:r>
    </w:p>
    <w:p>
      <w:r>
        <w:br/>
        <w:t>1947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Екіпіровка мисливця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