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Дзвін б'є на сполох</w:t>
      </w:r>
    </w:p>
    <w:p>
      <w:r>
        <w:br/>
        <w:t xml:space="preserve"> &lt;p&gt;На самому краю болота жив дід, увесь сріблястий і такий тоненький, що міг би вільно полізти у вушко голки. Жив він сам, із собакою і болотяними птахами, яких рятував од мисливців і морозів.</w:t>
      </w:r>
    </w:p>
    <w:p>
      <w:r>
        <w:br/>
        <w:t>Глузували селяни з його дружби з птахами, однак він на те не зважав. Чаплі й лелеки, чайки й дикі качки кружляли довкола його хати, неначе вітаючися з ним. Селяни вірили, що старий знає мову птахів, що він з ними у змові і що вони завчасу попереджують його про пошесті й непогоду.</w:t>
      </w:r>
    </w:p>
    <w:p>
      <w:r>
        <w:br/>
        <w:t>— Це той самий, що з птахами розмовляє! — шепотілися люди, коли старий приходив у село. А приходив він уранці й увечері завжди в той самий час — коли зірка з'являється на небі,— і бив у дзвін. За свою службу він не просив ніякої плати.</w:t>
      </w:r>
    </w:p>
    <w:p>
      <w:r>
        <w:br/>
        <w:t>Лише одну умову поставив старий селянам багато років тому — вони не повинні вбивати птахів, ні поки він живий, ні після його смерті. Село цю умову прийняло зі сміхом: кому потрібні його птахи? Нехай буде так, не чіпатимуть вони його птахів. Основне, аби хтось обов'язки дзвонаря виконував справно, аби дзвін не мовчав!</w:t>
      </w:r>
    </w:p>
    <w:p>
      <w:r>
        <w:br/>
        <w:t>І дзвін не мовчав, сповіщаючи про весілля і родини, про свята і смерть. На поля і луки виливав він свою мідну душу. З часом старий і дзвін так зріднилися, що дзвін відмовлявся дзвонити, коли хтось інший сіпав за мотузок. Тож чи варто дивуватися, що село вирішило: між старим і дзвоном є якийсь таємний зв'язок.</w:t>
      </w:r>
    </w:p>
    <w:p>
      <w:r>
        <w:br/>
        <w:t>На всі розпитування цікавих старий відповідав мовчанням, ішов до птахів чи повертався до дзвону, і той, зрадівши доторкові його руки, вихлюпував тріумфальний клекіт. Люди й звірі, хмари й вітри замовкали й прислухалися до його пісні.</w:t>
      </w:r>
    </w:p>
    <w:p>
      <w:r>
        <w:br/>
        <w:t>Втім, бувало, що дзвін бив на сполох і в непризначений час. Тоді селяни відразу кидали сапи, коси й бігли в село гасити пожежу або знімали шапки й тихо шепотіли: "Царство йому небесне!" А над полями й луками ще довго, наче зітхання неба, тріпотіла приглушена луна дзвону. Правда, таке траплялося рідко. Частіше лунав радісний дзвін... Він провіщав початок робочого дня: батьки йшли в поле, діти — до школи, а малюки — гратися. Там минали роки... Жовтів і знову зеленів очерет, дзвіниця устромляла свій шпиль у широке небо над рівниною, хлопчаки ставали вусатими суворими батьками, а старий став усе сріблястішим, усе тонкішим, і все тихішою була пісня дзвону.</w:t>
      </w:r>
    </w:p>
    <w:p>
      <w:r>
        <w:br/>
        <w:t>А одного ранку голосу дзвону люди не почули. Важким каменем лягла на село тиша, всім було не по собі.</w:t>
      </w:r>
    </w:p>
    <w:p>
      <w:r>
        <w:br/>
        <w:t>"Заспав старий! — вирішили селяни, поглядаючи в бік болота, над яким безладно кружляла зграя птахів.— Увечері віддзвонить".</w:t>
      </w:r>
    </w:p>
    <w:p>
      <w:r>
        <w:br/>
        <w:t>Але й увечері дзвін мовчав. І вранці наступного дня теж мовчав. Кілька селян зібралися піти на болото, аби довідатися, що сталося зі старим. Хатина його була порожня — ні старого, ні собаки не було. "Може, в очереті заблудився?" — подумали селяни, гадаючи, що старий зник в очереті, як зникають коники чи латаття. Все ж їх стурбувала зграя птахів, що кружляла над болотом. Зненацька наймолодший з гурту сказав:</w:t>
      </w:r>
    </w:p>
    <w:p>
      <w:r>
        <w:br/>
        <w:t>— Принаймні, тепер можна пополювати!</w:t>
      </w:r>
    </w:p>
    <w:p>
      <w:r>
        <w:br/>
        <w:t>— Ми обіцяли не стріляти в птахів! — нагадав йому статечний селянин, однак парубок розреготався і підніс рушницю. Просвистіла куля, почувся зойк підстреленого птаха, а відразу за ним несподівано долинув голосний дзвін.</w:t>
      </w:r>
    </w:p>
    <w:p>
      <w:r>
        <w:br/>
        <w:t>— Мабуть, повернувся старий! Але як він дзвонить? — вигукнув кремезний селянин і з сумнівом похитав головою.— Ні на службу, ні за покійником так не дзвонять. Щось сталося!</w:t>
      </w:r>
    </w:p>
    <w:p>
      <w:r>
        <w:br/>
        <w:t>— Пожежа? Війна? — гадали селяни і всі, як один, побігли в село, а дзвін і далі дзвонив несамовито й заклично.</w:t>
      </w:r>
    </w:p>
    <w:p>
      <w:r>
        <w:br/>
        <w:t>Не довіряючи власним очам, люди подерлися на дзвіницю, аби пересвідчитися, що біля дзвону нікого немає. А дзвін бив на сполох сам по собі дедалі наполегливіше й голосніше. Зупинити його нікому не вдалося. Сполох не переривався ні вдень, ні вночі. Мукала худоба, плакали діти, лиховісно кричали птахи, кидаючись людям прямо в обличчя. Від птахів не було ніякого порятунку, і тоді хтось запропонував стріляти — одних уб'ють, інші переполошаться й повтікають!</w:t>
      </w:r>
    </w:p>
    <w:p>
      <w:r>
        <w:br/>
        <w:t>Знялася неймовірна стрілянина. Кілька птахів із закривавленими крильми впали на землю, а дзвін зовсім знавіснів. Сполох зворушив і небо, і землю. Селяни ватою затикали вуха, а діти ховали голови під подушки. Все надаремно. Дзвін проникав крізь скло і крізь подушки. Здавалося, він бив на сполох у головах людей, народжувався в них самих. Пора було тікати від самих себе.</w:t>
      </w:r>
    </w:p>
    <w:p>
      <w:r>
        <w:br/>
        <w:t>— Щось треба робити! — знепокоєно мовив староста села і наказав трьом найхоробрішим юнакам залізти на дзвіницю і сталевим тросом обплутати серце дзвона. Проте, хоч як його обплутували, сполох не переривався. Розкоти дзвону не змовкали ні на мить, люди тремтіли від самої думки про дзвін і зачинялися в домівках.</w:t>
      </w:r>
    </w:p>
    <w:p>
      <w:r>
        <w:br/>
        <w:t>Зима й голод насувалися однаково швидко. Оглушені, виморені безсонням люди без усякої на те причини сварилися навіть через несуттєві дрібниці.</w:t>
      </w:r>
    </w:p>
    <w:p>
      <w:r>
        <w:br/>
        <w:t>Нарешті хтось запропонував зруйнувати дзвіницю. Тоді, мовляв, дзвін замовкне назавжди. Де там! Дзвін і після того, як дзвіницю зрівняли із землею, не переставав бити на сполох. Голос його став навіть пронизливіший і звучніший. Ні сніг його не приглушував, ні вітер не міг кудись віднести.</w:t>
      </w:r>
    </w:p>
    <w:p>
      <w:r>
        <w:br/>
        <w:t>— Це справжнісіньке пекло, люди добрі! — спересердя вигукнув один із селян.</w:t>
      </w:r>
    </w:p>
    <w:p>
      <w:r>
        <w:br/>
        <w:t>Інший зметикував, що найліпше було б закопати дзвін у землю: благословенна земля поглине його звук, звільнить їх од напасті.</w:t>
      </w:r>
    </w:p>
    <w:p>
      <w:r>
        <w:br/>
        <w:t>Спершу з цієї пропозиції лише глузували. Але коли їм урвався терпець, вони викопали глибочезну яму, кинули в неї дзвін і засипали його землею й камінням.</w:t>
      </w:r>
    </w:p>
    <w:p>
      <w:r>
        <w:br/>
        <w:t>На хвильку їм здалося, що нарешті вони позбулися лиха, проте щойно кинули останню лопату землі, як дзвін знову забив на сполох, різкіше й несамовитіше, ніж до цього. І хоч як намагалися вони заглушити його, він гримів, наче проклятий. Сполох ішов з-під землі, з неба, звідусіль накидався на село. Вже земля одягнула зелену сорочку й хмари запахли весною, а дзвін усе бив і бив.</w:t>
      </w:r>
    </w:p>
    <w:p>
      <w:r>
        <w:br/>
        <w:t>Не залишалося нічого іншого, як рятуватися втечею. Люди стали квапливо збирати своє хатнє збіжжя, аби переселятися у нові краї, хоча серце стискувалося від самого лише погляду на будинки й поля, що доводилося їм покидати. Все було готове, залишилося тільки старим людям і дітям повсідатися на вози, і можна було рушати. І зненацька над головами біженців з'явилося двоє лелек. Вони кружляли над селом низько-низько, ледь помахуючи крилами від утоми. Як би зраділи люди їм раніше — адже це їхні давні друзі, провісники весни. І з якою ненавистю дивилися вони на них тепер!</w:t>
      </w:r>
    </w:p>
    <w:p>
      <w:r>
        <w:br/>
        <w:t>— Якщо я мушу покидати свою рідну домівку, то нехай і вони забираються геть! — заволав товстий селянин і, побачивши, що один лелека, замість того, щоб сісти на дах, опустився на землю, побіг з палицею в руках, аби добити знесиленого птаха. Проте, щойно він замахнувся, як один хлопчина, що був по коліна товстунові, схопив лелеку й притис його до грудей.</w:t>
      </w:r>
    </w:p>
    <w:p>
      <w:r>
        <w:br/>
        <w:t>— Не дам! Не дам! — кричав малюк, захищаючи птаха своїм тілом, поки зрештою товстун не відступив.</w:t>
      </w:r>
    </w:p>
    <w:p>
      <w:r>
        <w:br/>
        <w:t>Люди не могли отямитися від подиву, як раптом хтось, сам собі не вірячи, вигукнув:</w:t>
      </w:r>
    </w:p>
    <w:p>
      <w:r>
        <w:br/>
        <w:t>— Люди, дзвін перестав бити!</w:t>
      </w:r>
    </w:p>
    <w:p>
      <w:r>
        <w:br/>
        <w:t>Натовп одразу затих. Усі довго слухали тишу, не наважуючись заговорити, аби знову не розбудити дзвін.</w:t>
      </w:r>
    </w:p>
    <w:p>
      <w:r>
        <w:br/>
        <w:t>"Чому він замовк?" — запитували всі одне одного очима, але нараз погляди усіх схрестилися на малюкові з птахом у руках, і їм усе стало зрозуміле. Пригадався їм старий, який умів розмовляти з птахами, зринула в пам'яті давня умова з ним. Кинули селяни рушниці й почали заносити пожитки назад у будинки.</w:t>
      </w:r>
    </w:p>
    <w:p>
      <w:r>
        <w:br/>
        <w:t>Якою чарівною була тиша! З якою ніжністю опустилася вона на людей і поля! Люди тепер рідко говорили, побоюючись порушити її своїми голосами: лише вітер на краю болота перемовлявся з очеретом і ніс у світ легенду про дзвін, який бив на сполох, про хлопчика й лелеку, про старого, котрий знав мову птахів.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Дзвін б'є на сполох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