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в колодязі</w:t>
      </w:r>
    </w:p>
    <w:p>
      <w:r>
        <w:br/>
        <w:t xml:space="preserve"> &lt;p&gt;Сонні яблуні голосять на вітрі і простягають тонкі руки до хмар. Вони затуляють у степу понурий будинок пані Логвин, яка по смерті чоловіка стала мовчазною, підозріливою і вже кілька місяців не скидає жалобу. На першому поверсі господиня тримає ресторан у стилі прибалтійських конурок, ресторан називається "Колодязь". Коли в залі не грає музика, можна прислухатись і почути, як під підлогою плюскоче вода. Пані Логвин клянеться, що нічого не знає про сучасні звукові ефекти і що насправді то співає джерело. Траса Полтава-Київ дає їй клієнтів і обслугу, а розвалена держава сякий-такий прибуток.</w:t>
      </w:r>
    </w:p>
    <w:p>
      <w:r>
        <w:br/>
        <w:t>Якось пізно восени на світанку пані Логвин не спала. То читала при світлі нічника, то зайнялася бухгалтерією, від якої в неї розігралася мігрень. Вона дивилася в стелю і згадувала небіжчика, як він сміявся, як сідав у потріпану машину, поправляючи люстерко, як часто по дорозі діставав із кишені валідол — був жовтаво-блідий з гострим поглядом заляканого звіра. У молодості небіжчик любив брехнути, а тому вона, як не силувала себе, повірити, що дуже хворий, не могла. Чому вона йому не вірила?</w:t>
      </w:r>
    </w:p>
    <w:p>
      <w:r>
        <w:br/>
        <w:t>Нараз жінка почула легкий сигнал електросторожа; тримаючи рушник на голові, підійшла до вікна. Дерева були ще в листі, урочисті і тихі, мов на похороні. Пані Логвин уявила, як вона вийде, як пошарить рукою в траві і знайде хрумкі золотисті плоди, як відкусить солодкаве від холоду яблуко і воно заповнить її єство.</w:t>
      </w:r>
    </w:p>
    <w:p>
      <w:r>
        <w:br/>
        <w:t>Біля садової хвіртки стояла маленька сутула дівчина. Рюкзачок і сплутане волосся казали, що подорожує вона давно. Мандрівниця знайшла за огорожею кілька великих сяючих куль з прозорими краплинами і тепер жадібно їла, присьорбуючи духмяний сік. Між білнастою травою були яблука ще, але мала не поспішала.</w:t>
      </w:r>
    </w:p>
    <w:p>
      <w:r>
        <w:br/>
        <w:t>Господиня відчинила балкон, дівчина чула, як відірвалися двері від одвірків, як шаркнула фіранка, як хтось там, угорі, дивився на неї, але голови не підняла.</w:t>
      </w:r>
    </w:p>
    <w:p>
      <w:r>
        <w:br/>
        <w:t>— Доброго ранку, — якомога спокійніше сказала пані Логвин, — може хочеш зайти?</w:t>
      </w:r>
    </w:p>
    <w:p>
      <w:r>
        <w:br/>
        <w:t>— Так, люба пані.</w:t>
      </w:r>
    </w:p>
    <w:p>
      <w:r>
        <w:br/>
        <w:t>Господиня спустилася з флігеля, як була, в атласному халаті, що мінився фіолетовим і чорним, та з рушником на голові. Поперек шиї виднівся обережний шрам. Дівчина поклала на стіл яблука, вони світилися, мов сонця.</w:t>
      </w:r>
    </w:p>
    <w:p>
      <w:r>
        <w:br/>
        <w:t>— Та нехай вже, — махнула вдова, — їх там вистачить. Повернись-но до світла. Ти така маленька, чия ти? Скільки тобі років, ти голодна?</w:t>
      </w:r>
    </w:p>
    <w:p>
      <w:r>
        <w:br/>
        <w:t>— Так, люба пані. Я сирота, живу в притулку для інвалідів.</w:t>
      </w:r>
    </w:p>
    <w:p>
      <w:r>
        <w:br/>
        <w:t>— То ти вже доросла?</w:t>
      </w:r>
    </w:p>
    <w:p>
      <w:r>
        <w:br/>
        <w:t>— Авжеж, доросла.</w:t>
      </w:r>
    </w:p>
    <w:p>
      <w:r>
        <w:br/>
        <w:t>— І така маленька, як півлюдини. Можна я зватиму тебе Половинка? Ти така вродлива.</w:t>
      </w:r>
    </w:p>
    <w:p>
      <w:r>
        <w:br/>
        <w:t>— Так, люба пані.</w:t>
      </w:r>
    </w:p>
    <w:p>
      <w:r>
        <w:br/>
        <w:t>Вдова наказала дівчині піднятися до флігеля та вмитися з дороги. І раптом та хутко, по-мавпячому побігла сходами вгору. Господиня завмерла. Вітальня стала схожою на духовку, вона ледве сапала розкалене повітря. Але кругле бліде личко, зелені, як півсвіту, очі вже дивилися на неї, мов ізсередини. У неї виникло непоборне бажання ввімкнути всі електросторожі, натиснути кнопку сигналізації, закричати. Але так тривало тільки мить.</w:t>
      </w:r>
    </w:p>
    <w:p>
      <w:r>
        <w:br/>
        <w:t>Половинка зійшла перевдягнена, усміхнена, і, доки глитала розігріті біфштекси, пані Логвин невідривно дивилася на неї. Зрештою подумала: дівчина як дівчина, чого мене кидає?</w:t>
      </w:r>
    </w:p>
    <w:p>
      <w:r>
        <w:br/>
        <w:t>Половинка хутко помила тарілку, запитала:</w:t>
      </w:r>
    </w:p>
    <w:p>
      <w:r>
        <w:br/>
        <w:t>— Люба пані хоче кави? Я маю рідкісний рецепт.</w:t>
      </w:r>
    </w:p>
    <w:p>
      <w:r>
        <w:br/>
        <w:t>Після кави вдова запропонувала гості роботу на кухні.</w:t>
      </w:r>
    </w:p>
    <w:p>
      <w:r>
        <w:br/>
        <w:t>Дівчина була вельми смирна, не гострила язика об її нерви. І, зрештою, якби не ця звичка вештатися на чотирьох, вона брала б удвічі дорожче.</w:t>
      </w:r>
    </w:p>
    <w:p>
      <w:r>
        <w:br/>
        <w:t>З новою працівницею справи в пані Логвин пішли вгору. Траса Полтава-Київ гула про маленьку офіціантку на чотирьох ногах, яка бігала, мов літала, по залу. Пані пошила їй сукенку з шифону у квітах і птахах, дівчина старалася ще більше. Вона мила до сяяння тарілки, чемно й манірно подавала гостям, удосвіта готувала страви. Тепер господиня виставила за двері дівиць, які курили, пили і до півночі варнякали з гостями. І тільки зрідка, перед сторонніми, вона ляскала Половинку по руках, аби не забувала та ходила по-людському.</w:t>
      </w:r>
    </w:p>
    <w:p>
      <w:r>
        <w:br/>
        <w:t>А потім надійшли грудневі морози, і машини майже не спинялися на трасі. Пані Логвин зажурилася, а служниця вийняла з рюкзака скрипочку завбільшки з пенал, стала на ґанку і заграла. Вона була пластична і пружна, мов ласка, довге густе волосся здіймалося вгору, захоплене віхолою. Хіба повз таке пройдеш?</w:t>
      </w:r>
    </w:p>
    <w:p>
      <w:r>
        <w:br/>
        <w:t>Водії знову почали зупинятися, несли до ресторану запах бензину і степу, пом’яті гаманці і гучно розмовляли. Це не будинок, а колодязь, казали вони. Що тут під підлогою, ріка чи нечиста сила? Лягали долі, прикладали вуха. Дехто навіть поривався зірвати дошки, але сувора вдова не допустила.</w:t>
      </w:r>
    </w:p>
    <w:p>
      <w:r>
        <w:br/>
        <w:t>Вечорами господиня з Половинкою вмикали електросторожів, піднімалися до флігеля й співали. Пані Логвин розчісувала й заплітала волосся Половинки, що важіло, мов пісок. Половинка встигала бути скрізь, встигала робити все і заміняла їй усіх. При цьому небагато їла і недорого брала.</w:t>
      </w:r>
    </w:p>
    <w:p>
      <w:r>
        <w:br/>
        <w:t>Якось пані Логвин вийшла на терасу, залишивши Половинку біля телевізора. Але Половинка зустріла її на терасі. Господиня зайшла у вітальню, але Половинка вже була там, подала їй пальто. Пані Логвин відмахнулася рукою від думок — останнім часом мігрень доводила її до божевілля.</w:t>
      </w:r>
    </w:p>
    <w:p>
      <w:r>
        <w:br/>
        <w:t>Однієї ночі вдова прокинулася від світла в саду. Вона стрепенулася, підійшла до вікна. Вікна чоловікової спальні на першому поверсі світилися. Туди ніхто не ходив з дня його смерті. Яке вона має право, чого їй треба?</w:t>
      </w:r>
    </w:p>
    <w:p>
      <w:r>
        <w:br/>
        <w:t>Сходи дихнули сирістю і пусткою, вусібіч ринули з-під ніг миші. Вона, мов у лихоманці, подумала про капкани — скільки ж це їх треба, де їх узяти? Гидливо ступала на підлогу, боячись придавити довгі й тонкі хвости. Рвонула до себе двері кімнати. Блимав нічник. На ліжку лежав її чоловік, а навколо поралися вісім Половинок. Намагалися стягти черевики, прикладали голови до серця, бризкали на нього водою. А одна стояла на вікні у повний зріст і тихо грала на скрипці.</w:t>
      </w:r>
    </w:p>
    <w:p>
      <w:r>
        <w:br/>
        <w:t>У передпокої заверещав телефон. Пані Логвин вискочила, мов ошпарена, схопила трубку. У всіх вікнах навколо сміялися голови Половинок.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в колодязі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