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вже літа скоро пройде...</w:t>
      </w:r>
    </w:p>
    <w:p>
      <w:r>
        <w:br/>
        <w:t xml:space="preserve"> Два вже літа скоро пройде,&lt;br /&gt;</w:t>
        <w:br/>
        <w:t>Як я закохався;&lt;br /&gt;</w:t>
        <w:br/>
        <w:t>Якби знав я своє горе,&lt;br /&gt;</w:t>
        <w:br/>
        <w:t>Лучче б був не знався&lt;br /&gt;</w:t>
        <w:br/>
        <w:t>Я з тобою, дівчинонько,&lt;br /&gt;</w:t>
        <w:br/>
        <w:t>То б не знав і муки,&lt;br /&gt;</w:t>
        <w:br/>
        <w:t>Не знав би я, як то любить,&lt;br /&gt;</w:t>
        <w:br/>
        <w:t>Не знав би і скуки.&lt;br /&gt;</w:t>
        <w:br/>
        <w:t>Як не бачу тебе тиждень,&lt;br /&gt;</w:t>
        <w:br/>
        <w:t>То за год щитаю;&lt;br /&gt;</w:t>
        <w:br/>
        <w:t>А побачу, і то тяжко,&lt;br /&gt;</w:t>
        <w:br/>
        <w:t>Що казать не знаю.&lt;br /&gt;</w:t>
        <w:br/>
        <w:t>Сказать тобі, що я люблю —&lt;br /&gt;</w:t>
        <w:br/>
        <w:t>Ти скажеш: "Я знаю", —&lt;br /&gt;</w:t>
        <w:br/>
        <w:t>Назвать тебе голубкою —&lt;br /&gt;</w:t>
        <w:br/>
        <w:t>Я долі не маю:&lt;br /&gt;</w:t>
        <w:br/>
        <w:t>Бо якби звав голубкою,&lt;br /&gt;</w:t>
        <w:br/>
        <w:t>То вже б і своєю.&lt;br /&gt;</w:t>
        <w:br/>
        <w:t>Не буть тобі, дівчинонько,&lt;br /&gt;</w:t>
        <w:br/>
        <w:t>Ніколи моєю;&lt;br /&gt;</w:t>
        <w:br/>
        <w:t>Тяжко мені се казати,&lt;br /&gt;</w:t>
        <w:br/>
        <w:t>Не моя в сім воля,&lt;br /&gt;</w:t>
        <w:br/>
        <w:t>За що ж мене так карає,&lt;br /&gt;</w:t>
        <w:br/>
        <w:t>За що злая доля?&lt;br /&gt;</w:t>
        <w:br/>
        <w:t>Тяжко мені жить на світі,&lt;br /&gt;</w:t>
        <w:br/>
        <w:t>Тяжко, як без роду!&lt;br /&gt;</w:t>
        <w:br/>
        <w:t>Хіба ж себе отруїти&lt;br /&gt;</w:t>
        <w:br/>
        <w:t>Або з камнем в воду?&lt;br /&gt;</w:t>
        <w:br/>
        <w:t>Годів два назад, не більше,&lt;br /&gt;</w:t>
        <w:br/>
        <w:t>І я був моторний,&lt;br /&gt;</w:t>
        <w:br/>
        <w:t>Шабля збоку, кінь гусарський,&lt;br /&gt;</w:t>
        <w:br/>
        <w:t>Що як в'юн проворний.&lt;br /&gt;</w:t>
        <w:br/>
        <w:t>Рижий мастю, очі чорні,&lt;br /&gt;</w:t>
        <w:br/>
        <w:t>Як сонце сіяє,&lt;br /&gt;</w:t>
        <w:br/>
        <w:t>Із-під копит іскри скачуть,&lt;br /&gt;</w:t>
        <w:br/>
        <w:t>Як вихор літає, —&lt;br /&gt;</w:t>
        <w:br/>
        <w:t>Як Палій, і я у полі&lt;br /&gt;</w:t>
        <w:br/>
        <w:t>На нім красувався,&lt;br /&gt;</w:t>
        <w:br/>
        <w:t>Був щасливий і веселий&lt;br /&gt;</w:t>
        <w:br/>
        <w:t>І з горем не знався.&lt;br /&gt;</w:t>
        <w:br/>
        <w:t>Було, зарже підо мною,&lt;br /&gt;</w:t>
        <w:br/>
        <w:t>Сам весь затрясеться,&lt;br /&gt;</w:t>
        <w:br/>
        <w:t>Півгодини не постоїть,&lt;br /&gt;</w:t>
        <w:br/>
        <w:t>Хропе, скаче, рветься;&lt;br /&gt;</w:t>
        <w:br/>
        <w:t>Отак серце моє бідне&lt;br /&gt;</w:t>
        <w:br/>
        <w:t>В грудях в мене б'ється!&lt;br /&gt;</w:t>
        <w:br/>
        <w:t>Отак воно, нещасливе,&lt;br /&gt;</w:t>
        <w:br/>
        <w:t>У ніч і в день рветься.&lt;br /&gt;</w:t>
        <w:br/>
        <w:t>Кінь же скаче, що веселий&lt;br /&gt;</w:t>
        <w:br/>
        <w:t>Да горя не знає;&lt;br /&gt;</w:t>
        <w:br/>
        <w:t>А серденько, що нудиться,&lt;br /&gt;</w:t>
        <w:br/>
        <w:t>Да щастя не має.&lt;br /&gt;</w:t>
        <w:br/>
        <w:t>Сяду, було, я на нього,&lt;br /&gt;</w:t>
        <w:br/>
        <w:t>Щоб погарцювати.&lt;br /&gt;</w:t>
        <w:br/>
        <w:t>Не було і в думці в мене,&lt;br /&gt;</w:t>
        <w:br/>
        <w:t>Шоб так горювати.&lt;br /&gt;</w:t>
        <w:br/>
        <w:t>Тепер і сам я не знаю,&lt;br /&gt;</w:t>
        <w:br/>
        <w:t>Що буде зі мною,&lt;br /&gt;</w:t>
        <w:br/>
        <w:t>Мучусь, мучусь і скучаю&lt;br /&gt;</w:t>
        <w:br/>
        <w:t>Серцем за тобою.&lt;br /&gt;</w:t>
        <w:br/>
        <w:t>Чому мені люта доля&lt;br /&gt;</w:t>
        <w:br/>
        <w:t>Ні в чім не пособить,&lt;br /&gt;</w:t>
        <w:br/>
        <w:t>За що мене, бідолаху,&lt;br /&gt;</w:t>
        <w:br/>
        <w:t>Із ума ізводить?&lt;br /&gt;</w:t>
        <w:br/>
        <w:t>Нащо ж було мені тебе&lt;br /&gt;</w:t>
        <w:br/>
        <w:t>Да так полюбити?&lt;br /&gt;</w:t>
        <w:br/>
        <w:t>На те хіба, щоби віку&lt;br /&gt;</w:t>
        <w:br/>
        <w:t>Собі вкоротити?&lt;br /&gt;</w:t>
        <w:br/>
        <w:t>Бо я кріпко, дуже люблю,&lt;br /&gt;</w:t>
        <w:br/>
        <w:t>Не можна вже більше;&lt;br /&gt;</w:t>
        <w:br/>
        <w:t>І чим дальше, і чим дальше,&lt;br /&gt;</w:t>
        <w:br/>
        <w:t>То все мені гірше!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вже літа скоро пройде...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