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сонети про славу</w:t>
      </w:r>
    </w:p>
    <w:p>
      <w:r>
        <w:br/>
        <w:t xml:space="preserve"> 1</w:t>
      </w:r>
    </w:p>
    <w:p>
      <w:r>
        <w:br/>
        <w:t>У слави теж дівочі примхи є:&lt;br /&gt;</w:t>
        <w:br/>
        <w:t>Відкинувши настійне женихання,&lt;br /&gt;</w:t>
        <w:br/>
        <w:t>Вона своє непрохане кохання&lt;br /&gt;</w:t>
        <w:br/>
        <w:t>Байдужому частенько віддає.&lt;br /&gt;</w:t>
        <w:br/>
        <w:t>Вона — циганка: ти їй душу звір,&lt;br /&gt;</w:t>
        <w:br/>
        <w:t>А їй нічого — відійшла й забула;&lt;br /&gt;</w:t>
        <w:br/>
        <w:t>Кокетка юна, що зізнань не чула,&lt;br /&gt;</w:t>
        <w:br/>
        <w:t>Що в кожнім шепті чує поговір.</w:t>
      </w:r>
    </w:p>
    <w:p>
      <w:r>
        <w:br/>
        <w:t>Вона — циганка із Єгипту, віть&lt;br /&gt;</w:t>
        <w:br/>
        <w:t>Із дерева ревнивця Потіфара.&lt;br /&gt;</w:t>
        <w:br/>
        <w:t>Закохані поети, появіть&lt;br /&gt;</w:t>
        <w:br/>
        <w:t>Свою зневагу їй! Це буде кара&lt;br /&gt;</w:t>
        <w:br/>
        <w:t>Така для неї, що сама до вас&lt;br /&gt;</w:t>
        <w:br/>
        <w:t>Вона повернеться у добрий час.</w:t>
      </w:r>
    </w:p>
    <w:p>
      <w:r>
        <w:br/>
        <w:t>2</w:t>
      </w:r>
    </w:p>
    <w:p>
      <w:r>
        <w:br/>
        <w:t>Так не буває, щоб і кози ситі,&lt;br /&gt;</w:t>
        <w:br/>
        <w:t>і сіно ціле.&lt;br /&gt;</w:t>
        <w:br/>
        <w:t>(Прислів'я)</w:t>
      </w:r>
    </w:p>
    <w:p>
      <w:r>
        <w:br/>
        <w:t>О, як себе виснажує й тривожить&lt;br /&gt;</w:t>
        <w:br/>
        <w:t>Незадоволений земним буттям,&lt;br /&gt;</w:t>
        <w:br/>
        <w:t>Що торсає життя своє, як зошит,&lt;br /&gt;</w:t>
        <w:br/>
        <w:t>Шинкуючи незайманим ім'ям!&lt;br /&gt;</w:t>
        <w:br/>
        <w:t>Де слива, синяві своїй не рада?&lt;br /&gt;</w:t>
        <w:br/>
        <w:t>Де лілія, що в'яне самохіть?&lt;br /&gt;</w:t>
        <w:br/>
        <w:t>Болотним смородом яка наяда&lt;br /&gt;</w:t>
        <w:br/>
        <w:t>Свій тихий грот захоче отруїть?</w:t>
      </w:r>
    </w:p>
    <w:p>
      <w:r>
        <w:br/>
        <w:t>Пахтять квітки у луках і в гаю,&lt;br /&gt;</w:t>
        <w:br/>
        <w:t>Що так бджола їх працьовита любить;&lt;br /&gt;</w:t>
        <w:br/>
        <w:t>Не тратить слива синяву свою,&lt;br /&gt;</w:t>
        <w:br/>
        <w:t>I в чистім озері не видно твані:&lt;br /&gt;</w:t>
        <w:br/>
        <w:t>Чому ж людина в марному змаганні&lt;br /&gt;</w:t>
        <w:br/>
        <w:t>Терзає світ увесь і душу губить?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сонети про славу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