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гренадери</w:t>
      </w:r>
    </w:p>
    <w:p>
      <w:r>
        <w:br/>
        <w:t xml:space="preserve"> До Франції два гренадери йшли,&lt;br /&gt;</w:t>
        <w:br/>
        <w:t>Що були в російськім полоні,&lt;br /&gt;</w:t>
        <w:br/>
        <w:t>А як у німецьку господу зайшли,&lt;br /&gt;</w:t>
        <w:br/>
        <w:t>Схилили чоло на долоні.</w:t>
      </w:r>
    </w:p>
    <w:p>
      <w:r>
        <w:br/>
        <w:t>Пірнули сердеги в журливих думках&lt;br /&gt;</w:t>
        <w:br/>
        <w:t>Об рідного краю злій долі,&lt;br /&gt;</w:t>
        <w:br/>
        <w:t>Що військо велике розбите у прах,&lt;br /&gt;</w:t>
        <w:br/>
        <w:t>А цісар, їх цісар в неволі.</w:t>
      </w:r>
    </w:p>
    <w:p>
      <w:r>
        <w:br/>
        <w:t>Заплакали гірко, і сльози рясні&lt;br /&gt;</w:t>
        <w:br/>
        <w:t>В очах їх жалібно тремтіли.&lt;br /&gt;</w:t>
        <w:br/>
        <w:t>Один з них промовив: "О, горе мені,&lt;br /&gt;</w:t>
        <w:br/>
        <w:t>Як рани старі заболіли".</w:t>
      </w:r>
    </w:p>
    <w:p>
      <w:r>
        <w:br/>
        <w:t>А другий говорить: "Скінчився наш спів,&lt;br /&gt;</w:t>
        <w:br/>
        <w:t>Не жаль було б нині вмирати,&lt;br /&gt;</w:t>
        <w:br/>
        <w:t>Та жінка і діти зостались самі,&lt;br /&gt;</w:t>
        <w:br/>
        <w:t>Прийдеться самим загибати".</w:t>
      </w:r>
    </w:p>
    <w:p>
      <w:r>
        <w:br/>
        <w:t>"Пусте жінка й діти! При чім вони тут!&lt;br /&gt;</w:t>
        <w:br/>
        <w:t>Гей, інші тепер в мене болі.&lt;br /&gt;</w:t>
        <w:br/>
        <w:t>Як будуть голодні — в старці хай ідуть,—&lt;br /&gt;</w:t>
        <w:br/>
        <w:t>Мій цісар, мій цар у неволі.</w:t>
      </w:r>
    </w:p>
    <w:p>
      <w:r>
        <w:br/>
        <w:t>Ось слухай: як стріну в дорозі я скін,&lt;br /&gt;</w:t>
        <w:br/>
        <w:t>Сповни мою волю послідню,&lt;br /&gt;</w:t>
        <w:br/>
        <w:t>Візьми мертве тіло до рідних сторін,&lt;br /&gt;</w:t>
        <w:br/>
        <w:t>Щоб в землю я ліг свою рідну.</w:t>
      </w:r>
    </w:p>
    <w:p>
      <w:r>
        <w:br/>
        <w:t>Та знай: в домовину мені не забудь&lt;br /&gt;</w:t>
        <w:br/>
        <w:t>Рушницю покласти у руку,&lt;br /&gt;</w:t>
        <w:br/>
        <w:t>Пропам'ятний хрест мій положиш на грудь&lt;br /&gt;</w:t>
        <w:br/>
        <w:t>І вірну припашеш шаблюку.</w:t>
      </w:r>
    </w:p>
    <w:p>
      <w:r>
        <w:br/>
        <w:t>От бачиш, я, брате, так хочу лежать,&lt;br /&gt;</w:t>
        <w:br/>
        <w:t>Немов на шпильдвах, в домовині,&lt;br /&gt;</w:t>
        <w:br/>
        <w:t>Аж чую в могилі я громи гармат&lt;br /&gt;</w:t>
        <w:br/>
        <w:t>І гомін копит на долині.</w:t>
      </w:r>
    </w:p>
    <w:p>
      <w:r>
        <w:br/>
        <w:t>Як цісар над гріб мій конем надлетить,&lt;br /&gt;</w:t>
        <w:br/>
        <w:t>За ним стануть кулями бити,&lt;br /&gt;</w:t>
        <w:br/>
        <w:t>Я встану із гробу й візьму в руки щит,&lt;br /&gt;</w:t>
        <w:br/>
        <w:t>Щоб цісаря ним заслонити!"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гренадери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