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голоси</w:t>
      </w:r>
    </w:p>
    <w:p>
      <w:r>
        <w:br/>
        <w:t xml:space="preserve"> 1. Богиня Аттіки в прозорому одінню,&lt;br /&gt;</w:t>
        <w:br/>
        <w:t>Елладо радісна, твій люд мене створив;&lt;br /&gt;</w:t>
        <w:br/>
        <w:t>Безсмертний жар несла я смертному створінню,&lt;br /&gt;</w:t>
        <w:br/>
        <w:t>До вогких уст земних я надила богів.</w:t>
      </w:r>
    </w:p>
    <w:p>
      <w:r>
        <w:br/>
        <w:t>2. У шаті жалібнiй, дитя покірне Сходу,&lt;br /&gt;</w:t>
        <w:br/>
        <w:t>Я полюбила дах убогого житла,&lt;br /&gt;</w:t>
        <w:br/>
        <w:t>На ваших берегах, о галілейські води,&lt;br /&gt;</w:t>
        <w:br/>
        <w:t>В росі господніх сліз я серцем проросла.</w:t>
      </w:r>
    </w:p>
    <w:p>
      <w:r>
        <w:br/>
        <w:t>1. Мій сміх божественний торкає темні вії,&lt;br /&gt;</w:t>
        <w:br/>
        <w:t>Тривогою жаги горить очей блакить,&lt;br /&gt;</w:t>
        <w:br/>
        <w:t>Твій мед, о Пристрасте, із уст бездумних віє,&lt;br /&gt;</w:t>
        <w:br/>
        <w:t>I тіло осяйне твій промінь золотить.</w:t>
      </w:r>
    </w:p>
    <w:p>
      <w:r>
        <w:br/>
        <w:t>2. Зітхання й тягота життя моє окрили,&lt;br /&gt;</w:t>
        <w:br/>
        <w:t>Для зранених сердець відрада й супокій,&lt;br /&gt;</w:t>
        <w:br/>
        <w:t>Від тягарів земних мене підносять крила&lt;br /&gt;</w:t>
        <w:br/>
        <w:t>Туди, де жде мене жених небесний мій.</w:t>
      </w:r>
    </w:p>
    <w:p>
      <w:r>
        <w:br/>
        <w:t>1. Парoським мармуром плечей моїх звабливих&lt;br /&gt;</w:t>
        <w:br/>
        <w:t>Манила я серця для радості й утіх,&lt;br /&gt;</w:t>
        <w:br/>
        <w:t>I в круговім танку, і в іонійських співах&lt;br /&gt;</w:t>
        <w:br/>
        <w:t>Кіпріду славила на учтах голосних.</w:t>
      </w:r>
    </w:p>
    <w:p>
      <w:r>
        <w:br/>
        <w:t>2. Блажен, хто хилить слух на голос мій побожний,&lt;br /&gt;</w:t>
        <w:br/>
        <w:t>Блажен, хто молиться, не встаючи з колін,-&lt;br /&gt;</w:t>
        <w:br/>
        <w:t>О небо — книга з тих, що зрозуміє кожний,&lt;br /&gt;</w:t>
        <w:br/>
        <w:t>Коли лише любив, коли лиш плакав він.</w:t>
      </w:r>
    </w:p>
    <w:p>
      <w:r>
        <w:br/>
        <w:t>1. Ерот, мене Ерот владичною рукою&lt;br /&gt;</w:t>
        <w:br/>
        <w:t>З дитинства ще повів у почеті своїм,&lt;br /&gt;</w:t>
        <w:br/>
        <w:t>I відтоді жага стрілою золотою&lt;br /&gt;</w:t>
        <w:br/>
        <w:t>Іскриться і тремтить в цім серці грозовім.</w:t>
      </w:r>
    </w:p>
    <w:p>
      <w:r>
        <w:br/>
        <w:t>2. Саронських пестощів, ні конвалiй, ні рожі&lt;br /&gt;</w:t>
        <w:br/>
        <w:t>Не відало моє задумане чоло,-&lt;br /&gt;</w:t>
        <w:br/>
        <w:t>Лиш квіту вічності я знала барви гожі&lt;br /&gt;</w:t>
        <w:br/>
        <w:t>Містичні пахощі і золоте стебло.</w:t>
      </w:r>
    </w:p>
    <w:p>
      <w:r>
        <w:br/>
        <w:t>1. Котурни скинувши для дії хорової,&lt;br /&gt;</w:t>
        <w:br/>
        <w:t>Як Артеміда, я на Фрігії горах&lt;br /&gt;</w:t>
        <w:br/>
        <w:t>Водила ігрища, і кликала "Евое",&lt;br /&gt;</w:t>
        <w:br/>
        <w:t>I вина пінила на запашних устах.</w:t>
      </w:r>
    </w:p>
    <w:p>
      <w:r>
        <w:br/>
        <w:t>2. Заступниця усім і пристань нещасливим,&lt;br /&gt;</w:t>
        <w:br/>
        <w:t>Як лілія бліда у затінку садів,&lt;br /&gt;</w:t>
        <w:br/>
        <w:t>Струмила я свій чар, і непорочним дівам&lt;br /&gt;</w:t>
        <w:br/>
        <w:t>Була я захистом в години тихих снів.</w:t>
      </w:r>
    </w:p>
    <w:p>
      <w:r>
        <w:br/>
        <w:t>1. В священній Аттіці на побережних кручах&lt;br /&gt;</w:t>
        <w:br/>
        <w:t>Під іонійський гімн і хвиль гучний привіт —&lt;br /&gt;</w:t>
        <w:br/>
        <w:t>Він розцвітавсь по всіх слідах моїх летючих,&lt;br /&gt;</w:t>
        <w:br/>
        <w:t>О Вродо, твій рясний і променистий цвіт.</w:t>
      </w:r>
    </w:p>
    <w:p>
      <w:r>
        <w:br/>
        <w:t>2. Вагались мудреці, душа в сумнім ваганні&lt;br /&gt;</w:t>
        <w:br/>
        <w:t>Прощалась з божеством, відбившися доріг,&lt;br /&gt;</w:t>
        <w:br/>
        <w:t>Я виплекала в ній надію і змагання,&lt;br /&gt;</w:t>
        <w:br/>
        <w:t>Я землю привела до господевих ніг.</w:t>
      </w:r>
    </w:p>
    <w:p>
      <w:r>
        <w:br/>
        <w:t>1. Ти, келиху дзвінкий, вина і меду повний,&lt;br /&gt;</w:t>
        <w:br/>
        <w:t>О Пристрасте, де твій неподоланний спів?&lt;br /&gt;</w:t>
        <w:br/>
        <w:t>Твоя дочка в сльозах і горнеться, безмовна,&lt;br /&gt;</w:t>
        <w:br/>
        <w:t>До вкритих травами і згаслих вівтарів.</w:t>
      </w:r>
    </w:p>
    <w:p>
      <w:r>
        <w:br/>
        <w:t>2. Любов без берега і чистота без плями...&lt;br /&gt;</w:t>
        <w:br/>
        <w:t>Посиротився світ, і люд замкнув серця.&lt;br /&gt;</w:t>
        <w:br/>
        <w:t>Коли ж ти займешся над людськими ночами,&lt;br /&gt;</w:t>
        <w:br/>
        <w:t>О Зоре нoвих днів, без краю і кінця?</w:t>
      </w:r>
    </w:p>
    <w:p>
      <w:r>
        <w:br/>
        <w:t>Перекладач: Микола Зеров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голоси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